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Great Phrases</w:t>
      </w:r>
    </w:p>
    <w:p>
      <w:r>
        <w:t>Sayings, verses and short poems for cards, signs and scrapbooks. From jameslantos.com/phrases.</w:t>
      </w:r>
    </w:p>
    <w:p>
      <w:pPr>
        <w:pStyle w:val="Heading1"/>
      </w:pPr>
      <w:r>
        <w:t>ABCs and alphabets</w:t>
      </w:r>
    </w:p>
    <w:p>
      <w:pPr>
        <w:pStyle w:val="Heading2"/>
      </w:pPr>
      <w:r>
        <w:t>ABCs of ???</w:t>
      </w:r>
    </w:p>
    <w:p>
      <w:r>
        <w:t>ABC’s of ADOPTION</w:t>
      </w:r>
      <w:r>
        <w:br/>
      </w:r>
      <w:r>
        <w:t>A is for Adoption...</w:t>
      </w:r>
      <w:r>
        <w:br/>
      </w:r>
      <w:r>
        <w:t>The way my family came together.</w:t>
      </w:r>
      <w:r>
        <w:br/>
      </w:r>
      <w:r>
        <w:t>Did you know that adoption is forever?</w:t>
      </w:r>
      <w:r>
        <w:br/>
      </w:r>
      <w:r>
        <w:t>B is for Birth mother...</w:t>
      </w:r>
      <w:r>
        <w:br/>
      </w:r>
      <w:r>
        <w:t>the woman who gave birth to me.</w:t>
      </w:r>
      <w:r>
        <w:br/>
      </w:r>
      <w:r>
        <w:t>Birth parents make an adoption plan so that we can join our families.</w:t>
      </w:r>
      <w:r>
        <w:br/>
      </w:r>
      <w:r>
        <w:t>C is for Children...</w:t>
      </w:r>
      <w:r>
        <w:br/>
      </w:r>
      <w:r>
        <w:t>Hooray for the children in our families!</w:t>
      </w:r>
      <w:r>
        <w:br/>
      </w:r>
      <w:r>
        <w:t>We come from many, many countries.</w:t>
      </w:r>
      <w:r>
        <w:br/>
      </w:r>
      <w:r>
        <w:t>D is for Daddy...</w:t>
      </w:r>
      <w:r>
        <w:br/>
      </w:r>
      <w:r>
        <w:t>who loves me very much.</w:t>
      </w:r>
      <w:r>
        <w:br/>
      </w:r>
      <w:r>
        <w:t>I really look forward to being with him so much.</w:t>
      </w:r>
      <w:r>
        <w:br/>
      </w:r>
      <w:r>
        <w:t>E is for Embrace...</w:t>
      </w:r>
      <w:r>
        <w:br/>
      </w:r>
      <w:r>
        <w:t>I was embraced by my family!</w:t>
      </w:r>
      <w:r>
        <w:br/>
      </w:r>
      <w:r>
        <w:t>And it is special because of me.</w:t>
      </w:r>
      <w:r>
        <w:br/>
      </w:r>
      <w:r>
        <w:t>F is for Foster Family...</w:t>
      </w:r>
      <w:r>
        <w:br/>
      </w:r>
      <w:r>
        <w:t>some of us live with foster families before we are adopted.</w:t>
      </w:r>
      <w:r>
        <w:br/>
      </w:r>
      <w:r>
        <w:t>They nurture us until with our family we are united.</w:t>
      </w:r>
      <w:r>
        <w:br/>
      </w:r>
      <w:r>
        <w:t>G is for Grandparents...</w:t>
      </w:r>
      <w:r>
        <w:br/>
      </w:r>
      <w:r>
        <w:t>so happy to have a grandchild like me!</w:t>
      </w:r>
      <w:r>
        <w:br/>
      </w:r>
      <w:r>
        <w:t>They are proud of the new addition to our family.</w:t>
      </w:r>
      <w:r>
        <w:br/>
      </w:r>
      <w:r>
        <w:t>H is for Home...</w:t>
      </w:r>
      <w:r>
        <w:br/>
      </w:r>
      <w:r>
        <w:t>to make sure my home was the right place for me,</w:t>
      </w:r>
      <w:r>
        <w:br/>
      </w:r>
      <w:r>
        <w:t>the adoption agency looked at the plan very closely.</w:t>
      </w:r>
      <w:r>
        <w:br/>
      </w:r>
      <w:r>
        <w:t>I is for I...</w:t>
      </w:r>
      <w:r>
        <w:br/>
      </w:r>
      <w:r>
        <w:t>I am special indeed!</w:t>
      </w:r>
      <w:r>
        <w:br/>
      </w:r>
      <w:r>
        <w:t>Many wonderful things begin with a small seed.</w:t>
      </w:r>
      <w:r>
        <w:br/>
      </w:r>
      <w:r>
        <w:t>J is for Joy...</w:t>
      </w:r>
      <w:r>
        <w:br/>
      </w:r>
      <w:r>
        <w:t>my parents jumped for joy when they heard I was born.</w:t>
      </w:r>
      <w:r>
        <w:br/>
      </w:r>
      <w:r>
        <w:t>With a child, their lives took a new form.</w:t>
      </w:r>
      <w:r>
        <w:br/>
      </w:r>
      <w:r>
        <w:t>K is for Kisses...</w:t>
      </w:r>
      <w:r>
        <w:br/>
      </w:r>
      <w:r>
        <w:t>my mom and dad kiss me a lot.</w:t>
      </w:r>
      <w:r>
        <w:br/>
      </w:r>
      <w:r>
        <w:t>I am sure they will continue even after I am no longer a tot.</w:t>
      </w:r>
      <w:r>
        <w:br/>
      </w:r>
      <w:r>
        <w:t>L is for Love...</w:t>
      </w:r>
      <w:r>
        <w:br/>
      </w:r>
      <w:r>
        <w:t>all the members of my family love each other!</w:t>
      </w:r>
      <w:r>
        <w:br/>
      </w:r>
      <w:r>
        <w:t>Because of adoption, our hearts locked together.</w:t>
      </w:r>
      <w:r>
        <w:br/>
      </w:r>
      <w:r>
        <w:t>M is for Mommy...</w:t>
      </w:r>
      <w:r>
        <w:br/>
      </w:r>
      <w:r>
        <w:t>who carried me in her heart and mind before I was born.</w:t>
      </w:r>
      <w:r>
        <w:br/>
      </w:r>
      <w:r>
        <w:t>She wished for a child every evening and morn.</w:t>
      </w:r>
      <w:r>
        <w:br/>
      </w:r>
      <w:r>
        <w:t>N is for Nursery...</w:t>
      </w:r>
      <w:r>
        <w:br/>
      </w:r>
      <w:r>
        <w:t>The room designed especially for me!</w:t>
      </w:r>
      <w:r>
        <w:br/>
      </w:r>
      <w:r>
        <w:t>Reading and playing there makes me very happy.</w:t>
      </w:r>
      <w:r>
        <w:br/>
      </w:r>
      <w:r>
        <w:t>O is for Orphanage...</w:t>
      </w:r>
      <w:r>
        <w:br/>
      </w:r>
      <w:r>
        <w:t>that is where some of us stay,</w:t>
      </w:r>
      <w:r>
        <w:br/>
      </w:r>
      <w:r>
        <w:t>Until our happy adoption day!</w:t>
      </w:r>
      <w:r>
        <w:br/>
      </w:r>
      <w:r>
        <w:t>P is for Paperwork...</w:t>
      </w:r>
      <w:r>
        <w:br/>
      </w:r>
      <w:r>
        <w:t>Mom and Dad had to fill out paperwork to adopt me.</w:t>
      </w:r>
      <w:r>
        <w:br/>
      </w:r>
      <w:r>
        <w:t>They had to record many things about their history.</w:t>
      </w:r>
      <w:r>
        <w:br/>
      </w:r>
      <w:r>
        <w:t>Q is for Questions...</w:t>
      </w:r>
      <w:r>
        <w:br/>
      </w:r>
      <w:r>
        <w:t>we all have questions as we grow.</w:t>
      </w:r>
      <w:r>
        <w:br/>
      </w:r>
      <w:r>
        <w:t>Your parents will help you find out what you want to know.</w:t>
      </w:r>
      <w:r>
        <w:br/>
      </w:r>
      <w:r>
        <w:t>R is for Reading...</w:t>
      </w:r>
      <w:r>
        <w:br/>
      </w:r>
      <w:r>
        <w:t>there are good books to read about adoption.</w:t>
      </w:r>
      <w:r>
        <w:br/>
      </w:r>
      <w:r>
        <w:t>I can learn how my experiences are shared with other children.</w:t>
      </w:r>
      <w:r>
        <w:br/>
      </w:r>
      <w:r>
        <w:t>S is for Social Worker...</w:t>
      </w:r>
      <w:r>
        <w:br/>
      </w:r>
      <w:r>
        <w:t>who helped Mom and Dad adopt me.</w:t>
      </w:r>
      <w:r>
        <w:br/>
      </w:r>
      <w:r>
        <w:t>Social workers are there to counsel our family.</w:t>
      </w:r>
      <w:r>
        <w:br/>
      </w:r>
      <w:r>
        <w:t>T is for Teddy Bear...</w:t>
      </w:r>
      <w:r>
        <w:br/>
      </w:r>
      <w:r>
        <w:t>my favorite toy.</w:t>
      </w:r>
      <w:r>
        <w:br/>
      </w:r>
      <w:r>
        <w:t>Teddy is always here for me and brings me lots of joy.</w:t>
      </w:r>
      <w:r>
        <w:br/>
      </w:r>
      <w:r>
        <w:t>U is for Understanding...</w:t>
      </w:r>
      <w:r>
        <w:br/>
      </w:r>
      <w:r>
        <w:t>understanding that an adoption plan is made from love.</w:t>
      </w:r>
      <w:r>
        <w:br/>
      </w:r>
      <w:r>
        <w:t>The angels smile on adoptive families all over the world from above.</w:t>
      </w:r>
      <w:r>
        <w:br/>
      </w:r>
      <w:r>
        <w:t>V is for Voice...</w:t>
      </w:r>
      <w:r>
        <w:br/>
      </w:r>
      <w:r>
        <w:t>Mom and Dad smiled big smiles when they heard my voice the very first time.</w:t>
      </w:r>
      <w:r>
        <w:br/>
      </w:r>
      <w:r>
        <w:t>Before I was born, they dreamed about it sometimes.</w:t>
      </w:r>
      <w:r>
        <w:br/>
      </w:r>
      <w:r>
        <w:t>W is for Waiting...</w:t>
      </w:r>
      <w:r>
        <w:br/>
      </w:r>
      <w:r>
        <w:t>my parents waited and waited for me to join them.</w:t>
      </w:r>
      <w:r>
        <w:br/>
      </w:r>
      <w:r>
        <w:t>Hurray for parents taking good care of their children.</w:t>
      </w:r>
      <w:r>
        <w:br/>
      </w:r>
      <w:r>
        <w:t>X is for eXcellent...</w:t>
      </w:r>
      <w:r>
        <w:br/>
      </w:r>
      <w:r>
        <w:t>adoption is an excellent idea,</w:t>
      </w:r>
      <w:r>
        <w:br/>
      </w:r>
      <w:r>
        <w:t>Here, there and everywhere.</w:t>
      </w:r>
      <w:r>
        <w:br/>
      </w:r>
      <w:r>
        <w:t>Y is for You...</w:t>
      </w:r>
      <w:r>
        <w:br/>
      </w:r>
      <w:r>
        <w:t>wonderful you if you are adopted too.</w:t>
      </w:r>
      <w:r>
        <w:br/>
      </w:r>
      <w:r>
        <w:t>The world is a better place because of you.</w:t>
      </w:r>
      <w:r>
        <w:br/>
      </w:r>
      <w:r>
        <w:t>Z is for Zzzzzzz...</w:t>
      </w:r>
      <w:r>
        <w:br/>
      </w:r>
      <w:r>
        <w:t>the soft sound I make while sleeping at night!</w:t>
      </w:r>
      <w:r>
        <w:br/>
      </w:r>
      <w:r>
        <w:t>Now I am where I belong and it feels perfectly right.</w:t>
      </w:r>
    </w:p>
    <w:p>
      <w:pPr>
        <w:pStyle w:val="Heading2"/>
      </w:pPr>
      <w:r>
        <w:t>ABCs of Aging</w:t>
      </w:r>
    </w:p>
    <w:p>
      <w:r>
        <w:t>A is for arthritis,</w:t>
      </w:r>
      <w:r>
        <w:br/>
      </w:r>
      <w:r>
        <w:t>B is for bad back,</w:t>
      </w:r>
      <w:r>
        <w:br/>
      </w:r>
      <w:r>
        <w:t>C is for the chest pains. Corned Beef? Cardiac?</w:t>
      </w:r>
      <w:r>
        <w:br/>
      </w:r>
      <w:r>
        <w:t>D is for dental decay and decline,</w:t>
      </w:r>
      <w:r>
        <w:br/>
      </w:r>
      <w:r>
        <w:t>E is for eyesight - can't read that top line.</w:t>
      </w:r>
      <w:r>
        <w:br/>
      </w:r>
      <w:r>
        <w:t>F is for fissures and fluid retention</w:t>
      </w:r>
      <w:r>
        <w:br/>
      </w:r>
      <w:r>
        <w:t>G is for gas (which I'd rather not mention</w:t>
      </w:r>
      <w:r>
        <w:br/>
      </w:r>
      <w:r>
        <w:t>and not to forget other gastrointestinal glitches)</w:t>
      </w:r>
      <w:r>
        <w:br/>
      </w:r>
      <w:r>
        <w:t>H is high blood pressure</w:t>
      </w:r>
      <w:r>
        <w:br/>
      </w:r>
      <w:r>
        <w:t>I is for itches, and lots of incisions</w:t>
      </w:r>
      <w:r>
        <w:br/>
      </w:r>
      <w:r>
        <w:t>J is for joints, that now fail to flex</w:t>
      </w:r>
      <w:r>
        <w:br/>
      </w:r>
      <w:r>
        <w:t>L is for libido - what happened to sex?</w:t>
      </w:r>
      <w:r>
        <w:br/>
      </w:r>
      <w:r>
        <w:t>Wait! I forgot about K!</w:t>
      </w:r>
      <w:r>
        <w:br/>
      </w:r>
      <w:r>
        <w:t>K is for my knees that crack all the time</w:t>
      </w:r>
      <w:r>
        <w:br/>
      </w:r>
      <w:r>
        <w:t>(But forgive me, I get a few lapses in my M-memory from time to time)</w:t>
      </w:r>
      <w:r>
        <w:br/>
      </w:r>
      <w:r>
        <w:t>N is for nerve (pinched) and neck (stiff) and neurosis</w:t>
      </w:r>
      <w:r>
        <w:br/>
      </w:r>
      <w:r>
        <w:t>O is for osteo-for all the bones that crack</w:t>
      </w:r>
      <w:r>
        <w:br/>
      </w:r>
      <w:r>
        <w:t>P is for prescriptions, that cost a small fortune</w:t>
      </w:r>
      <w:r>
        <w:br/>
      </w:r>
      <w:r>
        <w:t>Q is for queasiness. Fatal or just the flu?</w:t>
      </w:r>
      <w:r>
        <w:br/>
      </w:r>
      <w:r>
        <w:t>Give me another pill and I'll be good as new!</w:t>
      </w:r>
      <w:r>
        <w:br/>
      </w:r>
      <w:r>
        <w:t>R is for reflux - one meal turns into two</w:t>
      </w:r>
      <w:r>
        <w:br/>
      </w:r>
      <w:r>
        <w:t>S is for sleepless nights,</w:t>
      </w:r>
      <w:r>
        <w:br/>
      </w:r>
      <w:r>
        <w:t>counting fears on how to pay my medical bills!</w:t>
      </w:r>
      <w:r>
        <w:br/>
      </w:r>
      <w:r>
        <w:t>T is for tinnitus - I hear bells in my ears</w:t>
      </w:r>
      <w:r>
        <w:br/>
      </w:r>
      <w:r>
        <w:t>and the word "terminal" also rings too near</w:t>
      </w:r>
      <w:r>
        <w:br/>
      </w:r>
      <w:r>
        <w:t>U is for urinary and the difficulties that flow (or not)</w:t>
      </w:r>
      <w:r>
        <w:br/>
      </w:r>
      <w:r>
        <w:t>V is for vertigo, as life spins by</w:t>
      </w:r>
      <w:r>
        <w:br/>
      </w:r>
      <w:r>
        <w:t>W is worry, for pains yet unfound</w:t>
      </w:r>
      <w:r>
        <w:br/>
      </w:r>
      <w:r>
        <w:t>X is for X ray - and what one might find</w:t>
      </w:r>
      <w:r>
        <w:br/>
      </w:r>
      <w:r>
        <w:t>Y is for year (another one I'm still alive).</w:t>
      </w:r>
      <w:r>
        <w:br/>
      </w:r>
      <w:r>
        <w:t>Z is for zest</w:t>
      </w:r>
      <w:r>
        <w:br/>
      </w:r>
      <w:r>
        <w:t>For surviving the symptoms my body's deployed,</w:t>
      </w:r>
      <w:r>
        <w:br/>
      </w:r>
      <w:r>
        <w:t>And keeping twenty-six doctors gainfully employed.</w:t>
      </w:r>
    </w:p>
    <w:p>
      <w:pPr>
        <w:pStyle w:val="Heading2"/>
      </w:pPr>
      <w:r>
        <w:t>ABCs of Animals</w:t>
      </w:r>
    </w:p>
    <w:p>
      <w:r>
        <w:t>A - aardvark, alligator, anaconda, angel fish, ant, anteater, antelope, ape, armadillo</w:t>
      </w:r>
      <w:r>
        <w:br/>
      </w:r>
      <w:r>
        <w:t>B - baboon, badger, bald eagle, bat, bearded dragon, bears, beaver, bees, beetle, bighorn, bird, bison, boa constrictor, boar, bobcat, bookworm (child reading?), buffalo, bugs, bunny, butterflies</w:t>
      </w:r>
      <w:r>
        <w:br/>
      </w:r>
      <w:r>
        <w:t>C - camel, canary, cat, capybara, caterpillar, centipede, chameleon, cheetah, chicken (child with chicken pox?), chimpanzee, cobra, colt, cow, coyote, crab, crayfish, crocodile, cubs</w:t>
      </w:r>
      <w:r>
        <w:br/>
      </w:r>
      <w:r>
        <w:t>D - deer, dinosaur, dog, dolphin, donkey, dragon, dragonfly, dromedary, duck</w:t>
      </w:r>
      <w:r>
        <w:br/>
      </w:r>
      <w:r>
        <w:t>E - eagle, Easter bunny, echidna, eel, eland, elephant, elk, emu</w:t>
      </w:r>
      <w:r>
        <w:br/>
      </w:r>
      <w:r>
        <w:t>F - falcon, fawn, feline, Fennec fox, ferret, finch, firefly, fish, flamingo, flock, fly, foal, fox, frog</w:t>
      </w:r>
      <w:r>
        <w:br/>
      </w:r>
      <w:r>
        <w:t>G - gazelle, gecko, gerbil, gibbon, Gila monster, giraffe, goat, gopher, gorilla, grasshopper, grizzly bear, Guinea pig</w:t>
      </w:r>
      <w:r>
        <w:br/>
      </w:r>
      <w:r>
        <w:t>H - hamster, hartebeest, hawk, hedgehog, hen, herd (of animals), heron, hippo, hobby horse, hog, honey badger, horse, hummingbird, hyena</w:t>
      </w:r>
      <w:r>
        <w:br/>
      </w:r>
      <w:r>
        <w:t>I - ibex, ibis, iguana, inchworm, insect</w:t>
      </w:r>
      <w:r>
        <w:br/>
      </w:r>
      <w:r>
        <w:t>J - jackals, jaguar, jelly fish, jerboa</w:t>
      </w:r>
      <w:r>
        <w:br/>
      </w:r>
      <w:r>
        <w:t>K - kangaroo, killdeer, King Cobra, kitten, kiwi, koala, Komodo dragon, kookaburra</w:t>
      </w:r>
      <w:r>
        <w:br/>
      </w:r>
      <w:r>
        <w:t>L - lady bug, lamb, lemur, leopard, lions, lizard, llama, lobster, lop-eared bunny, lynx</w:t>
      </w:r>
      <w:r>
        <w:br/>
      </w:r>
      <w:r>
        <w:t>M - macaw, manatee, marmot, marsupial, meerkat, Mickey Mouse, mockingbird, mole, mongoose, monkey, moose, mosquito, mountain goat, mountain lion, mouse, mule, mustang</w:t>
      </w:r>
      <w:r>
        <w:br/>
      </w:r>
      <w:r>
        <w:t>N - narwhal, Nativity, newt, Noah's Ark</w:t>
      </w:r>
      <w:r>
        <w:br/>
      </w:r>
      <w:r>
        <w:t>O - ocelot, octopus, okapi, opossum, orangutan, orca, ostrich, otter, owl, ox</w:t>
      </w:r>
      <w:r>
        <w:br/>
      </w:r>
      <w:r>
        <w:t>P - pachyderm, panda, panther, parrot, partridge, peacock, pelican, penguin, pig, piranha, platypus, polar bear, pony, porcupine, porpoise, prairie dog, praying mantis, puffin, puppy, puma, python</w:t>
      </w:r>
      <w:r>
        <w:br/>
      </w:r>
      <w:r>
        <w:t>Q - eQuus (horse), quacker (duck!), quadruped, quail, quarter horse, quetzal</w:t>
      </w:r>
      <w:r>
        <w:br/>
      </w:r>
      <w:r>
        <w:t>R - rabbit, raccoon, ram, rat, rattle snake, reindeer, reptile, rhinoceros, robin, rocking horse</w:t>
      </w:r>
      <w:r>
        <w:br/>
      </w:r>
      <w:r>
        <w:t>S - sand dollar, scorpion, sea horse, seal, shark, sheep, shrew, skunk, snail, snake, sparrow, spider, spider monkey, spoonbill, squirrel, starfish, stingray, stork, swan</w:t>
      </w:r>
      <w:r>
        <w:br/>
      </w:r>
      <w:r>
        <w:t>T - tadpole, tapir, tarantula, Teddy bear, tiger, toad, tortoise, toucan, tree frog, turkey, turtle</w:t>
      </w:r>
      <w:r>
        <w:br/>
      </w:r>
      <w:r>
        <w:t>U - umbrella bird, unicorn</w:t>
      </w:r>
      <w:r>
        <w:br/>
      </w:r>
      <w:r>
        <w:t>V - vampire bat, veterinarian, vicuna, viper, vixen, vole, vulture</w:t>
      </w:r>
      <w:r>
        <w:br/>
      </w:r>
      <w:r>
        <w:t>W - wallaby, walrus, warthog, wasp, weasel, whale, whooping crane, wildebeest, wolf, woodpecker</w:t>
      </w:r>
      <w:r>
        <w:br/>
      </w:r>
      <w:r>
        <w:t>X - eXoskeleton, foX, lynX, Xebu, xenops, xerophilous animal (i. e. camel), xerus (African ground squirrel), x-ray fish</w:t>
      </w:r>
      <w:r>
        <w:br/>
      </w:r>
      <w:r>
        <w:t>Y – yak</w:t>
      </w:r>
      <w:r>
        <w:br/>
      </w:r>
      <w:r>
        <w:t>Z - zebra, zebu, zoophilist (person who likes animals), zygodactyl bird (i.e. parrot)</w:t>
      </w:r>
    </w:p>
    <w:p>
      <w:pPr>
        <w:pStyle w:val="Heading2"/>
      </w:pPr>
      <w:r>
        <w:t>Abc Bible Verses</w:t>
      </w:r>
    </w:p>
    <w:p>
      <w:r>
        <w:t>A - As for me and my house we will serve the Lord. Joshua 24:15</w:t>
      </w:r>
      <w:r>
        <w:br/>
      </w:r>
      <w:r>
        <w:t>A - As for God, his way is perfect. Psalm 18:30</w:t>
      </w:r>
      <w:r>
        <w:br/>
      </w:r>
      <w:r>
        <w:t>B - Believe in the Lord Jesus, and you will be saved - you and your household. Acts 16:31</w:t>
      </w:r>
      <w:r>
        <w:br/>
      </w:r>
      <w:r>
        <w:t>B - Be doers of the word and not hearers only, deceiving your own selves. James 1:22</w:t>
      </w:r>
      <w:r>
        <w:br/>
      </w:r>
      <w:r>
        <w:t>C - Commit your way to the Lord. Psalm 37:5 C - Children, obey your parents. Ephesians 6:1</w:t>
      </w:r>
      <w:r>
        <w:br/>
      </w:r>
      <w:r>
        <w:t>D - Depart from evil and do good. Psalm 34:14</w:t>
      </w:r>
      <w:r>
        <w:br/>
      </w:r>
      <w:r>
        <w:t>D - Delight yourself in the Lord and He will give you the desires of your heart. Psalm 37:4</w:t>
      </w:r>
      <w:r>
        <w:br/>
      </w:r>
      <w:r>
        <w:t>E - Early will I seek thee. Psalm 63:1</w:t>
      </w:r>
      <w:r>
        <w:br/>
      </w:r>
      <w:r>
        <w:t>E - Even a child is known by his doings. Proverbs 20:11</w:t>
      </w:r>
      <w:r>
        <w:br/>
      </w:r>
      <w:r>
        <w:t>E - Every good and perfect gift is from above James 1:17</w:t>
      </w:r>
      <w:r>
        <w:br/>
      </w:r>
      <w:r>
        <w:t>F - Fear not: for I am with thee. Isaiah 43:5</w:t>
      </w:r>
      <w:r>
        <w:br/>
      </w:r>
      <w:r>
        <w:t>F - Forgive and you shall be forgiven. Luke 6:37</w:t>
      </w:r>
      <w:r>
        <w:br/>
      </w:r>
      <w:r>
        <w:t>F - For God so loved the world that He gave His one and only Son, that whoever believes in Him shall not perish but have eternal life. John 3:16</w:t>
      </w:r>
      <w:r>
        <w:br/>
      </w:r>
      <w:r>
        <w:t>F - For with God nothing shall be impossible. Luke 1:37</w:t>
      </w:r>
      <w:r>
        <w:br/>
      </w:r>
      <w:r>
        <w:t>G - Glory to God in the highest. Luke 1:14</w:t>
      </w:r>
      <w:r>
        <w:br/>
      </w:r>
      <w:r>
        <w:t>G - God gives us richly all things to enjoy. I Timothy 6:17</w:t>
      </w:r>
      <w:r>
        <w:br/>
      </w:r>
      <w:r>
        <w:t>G - God is love. 1 John 4:8b</w:t>
      </w:r>
      <w:r>
        <w:br/>
      </w:r>
      <w:r>
        <w:t>H - Honor thy father and mother. Exodus 20:12.</w:t>
      </w:r>
      <w:r>
        <w:br/>
      </w:r>
      <w:r>
        <w:t>H - He that keepth the Law, happy is he. Proverbs 29:18</w:t>
      </w:r>
      <w:r>
        <w:br/>
      </w:r>
      <w:r>
        <w:t>H - He is not here; He has risen! Luke 24:6a</w:t>
      </w:r>
      <w:r>
        <w:br/>
      </w:r>
      <w:r>
        <w:t>I - If we confess our sins, He is faithful and just to forgive us our sins. I John 1:9</w:t>
      </w:r>
      <w:r>
        <w:br/>
      </w:r>
      <w:r>
        <w:t>I - If ye shall ask anything in My name, I will do it. John 14:14</w:t>
      </w:r>
      <w:r>
        <w:br/>
      </w:r>
      <w:r>
        <w:t>I - In the beginning God created the heavens and the earth. Genesis1:1</w:t>
      </w:r>
      <w:r>
        <w:br/>
      </w:r>
      <w:r>
        <w:t>J - Jesus Christ, the same yesterday, today and forever. Hebrews 13:8</w:t>
      </w:r>
      <w:r>
        <w:br/>
      </w:r>
      <w:r>
        <w:t>J - Jesus answered, "I am the way and the truth and the life. No one comes to the Father except through Me. John 14:6</w:t>
      </w:r>
      <w:r>
        <w:br/>
      </w:r>
      <w:r>
        <w:t>J - Jesus said, 'Let the little children come to me.' Matthew 19:14</w:t>
      </w:r>
      <w:r>
        <w:br/>
      </w:r>
      <w:r>
        <w:t>K - Know that the Lord is God. It is he who made us. Psalm 100:3</w:t>
      </w:r>
      <w:r>
        <w:br/>
      </w:r>
      <w:r>
        <w:t>K - Keep thy tongue from evil and your lips from speaking lies. Psalm 34:13</w:t>
      </w:r>
      <w:r>
        <w:br/>
      </w:r>
      <w:r>
        <w:t>L - Lo, I'm with you always. Matthew 28:20</w:t>
      </w:r>
      <w:r>
        <w:br/>
      </w:r>
      <w:r>
        <w:t>L - Love is patient, love is kind. It does not envy, it does not boast, it is not proud. 1 Corinthians 13:4</w:t>
      </w:r>
      <w:r>
        <w:br/>
      </w:r>
      <w:r>
        <w:t>M - Make a joyful noise unto the lord, all ye lands. Psalm 100:1</w:t>
      </w:r>
      <w:r>
        <w:br/>
      </w:r>
      <w:r>
        <w:t>M - My help comes from the Lord, the Maker of heaven and earth. Psalm 121:2</w:t>
      </w:r>
      <w:r>
        <w:br/>
      </w:r>
      <w:r>
        <w:t>N - No man can serve two masters. Matthew 6:24</w:t>
      </w:r>
      <w:r>
        <w:br/>
      </w:r>
      <w:r>
        <w:t>N - Never will I leave you; never will I forsake you. Hebrews 13:5</w:t>
      </w:r>
      <w:r>
        <w:br/>
      </w:r>
      <w:r>
        <w:t>O - Obey your parents in the Lord, for this is right. Ephesians 6:1</w:t>
      </w:r>
      <w:r>
        <w:br/>
      </w:r>
      <w:r>
        <w:t>O - Obey them that have rule over you. Hebrews 13:17</w:t>
      </w:r>
      <w:r>
        <w:br/>
      </w:r>
      <w:r>
        <w:t>O - O give thanks to the Lord, for He is good; His love endures forever. Psalms 118:1</w:t>
      </w:r>
      <w:r>
        <w:br/>
      </w:r>
      <w:r>
        <w:t>P - Praise ye the Lord: for it is good to sing praises unto our God. Psalm 147:1</w:t>
      </w:r>
      <w:r>
        <w:br/>
      </w:r>
      <w:r>
        <w:t>P - Praise be to the Lord...who made heaven and earth. 2 Chronicles 2:12</w:t>
      </w:r>
      <w:r>
        <w:br/>
      </w:r>
      <w:r>
        <w:t>P - Pray without ceasing. I Thess. 5:17</w:t>
      </w:r>
      <w:r>
        <w:br/>
      </w:r>
      <w:r>
        <w:t>Q - Quench not the Spirit. I Thess. 5:19</w:t>
      </w:r>
      <w:r>
        <w:br/>
      </w:r>
      <w:r>
        <w:t>Q - Quiet words of the wise are more to be heeded than the shouts of a ruler of fools. Ecclesiastes 9:17</w:t>
      </w:r>
      <w:r>
        <w:br/>
      </w:r>
      <w:r>
        <w:t>R - Rejoice in the Lord always. Psalm 33:1</w:t>
      </w:r>
      <w:r>
        <w:br/>
      </w:r>
      <w:r>
        <w:t>R - Remember the Sabbath day, to keep it holy. Exodus 20:8)</w:t>
      </w:r>
      <w:r>
        <w:br/>
      </w:r>
      <w:r>
        <w:t>S - Sing to the Lord a new song. Psalm 96:1</w:t>
      </w:r>
      <w:r>
        <w:br/>
      </w:r>
      <w:r>
        <w:t>S - Seek ye first the kingdom of God. Matthew 6:33</w:t>
      </w:r>
      <w:r>
        <w:br/>
      </w:r>
      <w:r>
        <w:t>T - Thou shall not steal. Exodus 20:15</w:t>
      </w:r>
      <w:r>
        <w:br/>
      </w:r>
      <w:r>
        <w:t>T - Trust in the Lord with all your heart and lean not on your own understanding. Proverbs 3:5</w:t>
      </w:r>
      <w:r>
        <w:br/>
      </w:r>
      <w:r>
        <w:t>T - The heavens declare the glory of God. Psalm 19:1</w:t>
      </w:r>
      <w:r>
        <w:br/>
      </w:r>
      <w:r>
        <w:t>U - Understanding is a fountain of life to those who have it. Proverbs 16:22</w:t>
      </w:r>
      <w:r>
        <w:br/>
      </w:r>
      <w:r>
        <w:t>U - Unto thee, O God, do we give thanks. Psalm 75:1</w:t>
      </w:r>
      <w:r>
        <w:br/>
      </w:r>
      <w:r>
        <w:t>U - Unto you is born a Saviour. Luke 2:10)</w:t>
      </w:r>
      <w:r>
        <w:br/>
      </w:r>
      <w:r>
        <w:t>V - Verily, verily I say unto you, He that believeth on me has everlasting life. John 6:47</w:t>
      </w:r>
      <w:r>
        <w:br/>
      </w:r>
      <w:r>
        <w:t>V - Victory rests with the Lord. Proverbs 21:31b</w:t>
      </w:r>
      <w:r>
        <w:br/>
      </w:r>
      <w:r>
        <w:t>W - Whatsoever ye would that men should do to you, do ye to them. Matthew 7:12b</w:t>
      </w:r>
      <w:r>
        <w:br/>
      </w:r>
      <w:r>
        <w:t>W - When I am afraid, I will trust in You. Psalm 56:3</w:t>
      </w:r>
      <w:r>
        <w:br/>
      </w:r>
      <w:r>
        <w:t>X - eXcept a man be born again, he cannot see the kingdom of God. John 3:3</w:t>
      </w:r>
      <w:r>
        <w:br/>
      </w:r>
      <w:r>
        <w:t>X - eXceeding great and precious promises are given unto us. 2 Peter 1:4)</w:t>
      </w:r>
      <w:r>
        <w:br/>
      </w:r>
      <w:r>
        <w:t>Y - You shall not bear false witness. Exodus 20:16</w:t>
      </w:r>
      <w:r>
        <w:br/>
      </w:r>
      <w:r>
        <w:t>Y - You shall have no other gods before Me. Exodus 20:3</w:t>
      </w:r>
      <w:r>
        <w:br/>
      </w:r>
      <w:r>
        <w:t>Z - Zion heard, and was glad. Psalm 97:8</w:t>
      </w:r>
      <w:r>
        <w:br/>
      </w:r>
      <w:r>
        <w:t>Z - (Be) Zealous for the fear of the Lord. Proverbs 23:17</w:t>
      </w:r>
    </w:p>
    <w:p>
      <w:pPr>
        <w:pStyle w:val="Heading2"/>
      </w:pPr>
      <w:r>
        <w:t>ABCs of Family – Celebration</w:t>
      </w:r>
    </w:p>
    <w:p>
      <w:r>
        <w:t>A Star Is Born (or) Always On My Mind</w:t>
      </w:r>
      <w:r>
        <w:br/>
      </w:r>
      <w:r>
        <w:t>B usy as a Bee (or) Bright and Beautiful</w:t>
      </w:r>
      <w:r>
        <w:br/>
      </w:r>
      <w:r>
        <w:t>C elebrate Each Day</w:t>
      </w:r>
      <w:r>
        <w:br/>
      </w:r>
      <w:r>
        <w:t>D addy's Little Girl (or) Dear to My Heart</w:t>
      </w:r>
      <w:r>
        <w:br/>
      </w:r>
      <w:r>
        <w:t>E verything is Coming Up Roses</w:t>
      </w:r>
      <w:r>
        <w:br/>
      </w:r>
      <w:r>
        <w:t>F un in the Sun (or) Friends like you mean so much</w:t>
      </w:r>
      <w:r>
        <w:br/>
      </w:r>
      <w:r>
        <w:t>G reen, Green Grass of Home (or) Guess how much I love you!</w:t>
      </w:r>
      <w:r>
        <w:br/>
      </w:r>
      <w:r>
        <w:t>H aving a Ball (or) Heartstrings</w:t>
      </w:r>
      <w:r>
        <w:br/>
      </w:r>
      <w:r>
        <w:t>I Love To Laugh (or) I love to...</w:t>
      </w:r>
      <w:r>
        <w:br/>
      </w:r>
      <w:r>
        <w:t>J ingle Bells (or) Just a little smile!</w:t>
      </w:r>
      <w:r>
        <w:br/>
      </w:r>
      <w:r>
        <w:t>K infolks (or) Kind words; loving hearts</w:t>
      </w:r>
      <w:r>
        <w:br/>
      </w:r>
      <w:r>
        <w:t>L oads of Love (or) Little thing mean a lot!</w:t>
      </w:r>
      <w:r>
        <w:br/>
      </w:r>
      <w:r>
        <w:t>M aking Memories</w:t>
      </w:r>
      <w:r>
        <w:br/>
      </w:r>
      <w:r>
        <w:t>N ew friends are silver but old are gold (or) Nice thoughts of you!</w:t>
      </w:r>
      <w:r>
        <w:br/>
      </w:r>
      <w:r>
        <w:t>O ne moment in time (or) Once in a Lifetime!</w:t>
      </w:r>
      <w:r>
        <w:br/>
      </w:r>
      <w:r>
        <w:t>P retty as a Picture</w:t>
      </w:r>
      <w:r>
        <w:br/>
      </w:r>
      <w:r>
        <w:t>Q uilts are stitched with love</w:t>
      </w:r>
      <w:r>
        <w:br/>
      </w:r>
      <w:r>
        <w:t>R eady or not here I grow (or) Remembering...</w:t>
      </w:r>
      <w:r>
        <w:br/>
      </w:r>
      <w:r>
        <w:t>S weet as can be</w:t>
      </w:r>
      <w:r>
        <w:br/>
      </w:r>
      <w:r>
        <w:t>T errific!</w:t>
      </w:r>
      <w:r>
        <w:br/>
      </w:r>
      <w:r>
        <w:t>U nforgettable (or) Unbelievable</w:t>
      </w:r>
      <w:r>
        <w:br/>
      </w:r>
      <w:r>
        <w:t>V ery, very special...</w:t>
      </w:r>
      <w:r>
        <w:br/>
      </w:r>
      <w:r>
        <w:t>W inter Wonderland (or) Wonderful!</w:t>
      </w:r>
      <w:r>
        <w:br/>
      </w:r>
      <w:r>
        <w:t>X-tra special people</w:t>
      </w:r>
      <w:r>
        <w:br/>
      </w:r>
      <w:r>
        <w:t>Y ou light up my life</w:t>
      </w:r>
      <w:r>
        <w:br/>
      </w:r>
      <w:r>
        <w:t>Z ip-a-de-do-da!</w:t>
      </w:r>
    </w:p>
    <w:p>
      <w:pPr>
        <w:pStyle w:val="Heading2"/>
      </w:pPr>
      <w:r>
        <w:t>ABCs About Character Traits</w:t>
      </w:r>
    </w:p>
    <w:p>
      <w:r>
        <w:t>Create an ABC album of character traits to pay tribute to a child, mentor or friend, as a gift, or just because.</w:t>
      </w:r>
    </w:p>
    <w:p>
      <w:r>
        <w:t>A Accomplished, Admirable, Adventurous, Adorable, Athletic, Attractive, Active, Agile, Artistic, Amiable, Amazing, Ambitious, Amusing, Awesome</w:t>
      </w:r>
    </w:p>
    <w:p>
      <w:r>
        <w:t>B Bubbly, Bashful, Beautiful, Bright, Beloved, Bouncy, Bold, Becoming, Brilliant, Busy</w:t>
      </w:r>
    </w:p>
    <w:p>
      <w:r>
        <w:t>C Cute, Childlike, Creative, Classic, Cuddly, Cultured, Classy, Compassionate, Charismatic, Courteous, Considerate, Cordial, Caring, Charming, Cheerful, Courageous</w:t>
      </w:r>
    </w:p>
    <w:p>
      <w:r>
        <w:t>D Diverse, Darling, Dedicated, Dynamic, Dainty, Daring, Debonair, Delicate, Dependable, Determined,</w:t>
      </w:r>
    </w:p>
    <w:p>
      <w:r>
        <w:t>E Ethical, Elegant, Energetic, Exquisite, Effervescent, Eager, Earnest, Easy-going, Eccentric, Encouraging, Engaging, Enjoyable, Enthusiastic, Extraordinary</w:t>
      </w:r>
    </w:p>
    <w:p>
      <w:r>
        <w:t>F Funny, Friendly, Family-oriented, Fast, Fun, Focused, Fair, Flashy, Fashionable, Fantastic, Fearless, Flamboyant</w:t>
      </w:r>
    </w:p>
    <w:p>
      <w:r>
        <w:t>G Good, Giggly, Goofy, Good-humored, Good-natured, Gracious, Generous, Gentle, Gabby, Gentile, Genuine, Gifted, Glamorous, Growing</w:t>
      </w:r>
    </w:p>
    <w:p>
      <w:r>
        <w:t>H Handy, Happy, Headstrong, Hopeful, Huggable, Humorous, Honest, Honeybunch, Humble, Humane</w:t>
      </w:r>
    </w:p>
    <w:p>
      <w:r>
        <w:t>I Intelligent, Ingenious, Imaginative, Important, Incredible, Independent, Industrious, Innocent, Inquisitive, Insistent, Interesting, Irresistible</w:t>
      </w:r>
    </w:p>
    <w:p>
      <w:r>
        <w:t>J Jolly, Jovial, Joyous, Jazzy, Joker, Jubilant</w:t>
      </w:r>
    </w:p>
    <w:p>
      <w:r>
        <w:t>K Kicky, Kind, Keen, Kind-hearted, Knock-out, Knowledgeable, Kooky,</w:t>
      </w:r>
    </w:p>
    <w:p>
      <w:r>
        <w:t>L Loyal, Lively, Loved, Loving, Ladylike, Leader, Likable, Limber Lovable</w:t>
      </w:r>
    </w:p>
    <w:p>
      <w:r>
        <w:t>M Muscular, Meek, Mild-mannered, Mannered, Musical, Magical, Magnificent, Marvelous, Messy, Mischievous, Mysterious</w:t>
      </w:r>
    </w:p>
    <w:p>
      <w:r>
        <w:t>N Nice, Nimble, Nutty, Noble, Naughty, Notorious</w:t>
      </w:r>
    </w:p>
    <w:p>
      <w:r>
        <w:t>O Objective, Obliging, Observant, Obsessed, Obedient, Optimistic, Open-hearted, Open-minded, Organized, Outgoing, Outrageous, Outspoken, Outstanding</w:t>
      </w:r>
    </w:p>
    <w:p>
      <w:r>
        <w:t>P Pretty, Precious, Popular, Patriotic, Polite, Patient, Peaceful, Perceptive, Persistent, Persuasive, Playful, Pleasant, Polite, Pretty, Punctual</w:t>
      </w:r>
    </w:p>
    <w:p>
      <w:r>
        <w:t>Q Quirky, Quiet, Quick, Quizzical</w:t>
      </w:r>
    </w:p>
    <w:p>
      <w:r>
        <w:t>R Religious, Rugged, Radiant, Reasonable, Refreshing, Reliable, Remarkable, Resourceful, Respectful, Rewarding</w:t>
      </w:r>
    </w:p>
    <w:p>
      <w:r>
        <w:t>S Smart, Serious, Shy, Studious, Strong, Spirited, Spiritual, Sexy, Snuggly, Sophisticated, Sharp, Saucy, Self-assured, Sensible, Sensitive, Sentimental, Sincere, Skillful, Special, Spontaneous, Strong</w:t>
      </w:r>
    </w:p>
    <w:p>
      <w:r>
        <w:t>T Tiny, Talkative, Thoughtful, Truthful, Talented, Tenacious, Thankful, Ticklish, Timid, Tireless, Trustworthy</w:t>
      </w:r>
    </w:p>
    <w:p>
      <w:r>
        <w:t>U Unique, Unfailing, Upbeat, Unbelievable, Uninhibited, Unusual</w:t>
      </w:r>
    </w:p>
    <w:p>
      <w:r>
        <w:t>V Vivacious, Vigorous, Valuable, Vibrant, Vigorous, Vulnerable</w:t>
      </w:r>
    </w:p>
    <w:p>
      <w:r>
        <w:t>W Wise, Warm, Whimsical, Wild, Wacky, Warm-hearted, Welcoming, Willful, Witty, Wonderful</w:t>
      </w:r>
    </w:p>
    <w:p>
      <w:r>
        <w:t>X Xtra special, eXtraordinary, eXcellent, eXciting, eXpressive, eXuberant, eXquisite</w:t>
      </w:r>
    </w:p>
    <w:p>
      <w:r>
        <w:t>Y Young, Youthful, Yakkity, Yummy</w:t>
      </w:r>
    </w:p>
    <w:p>
      <w:r>
        <w:t>Z Zesty, Zany, Zealous, Zingy, Zippy</w:t>
      </w:r>
    </w:p>
    <w:p>
      <w:pPr>
        <w:pStyle w:val="Heading2"/>
      </w:pPr>
      <w:r>
        <w:t>ABCs Christianity</w:t>
      </w:r>
    </w:p>
    <w:p>
      <w:r>
        <w:t>A lthough things are not perfect</w:t>
      </w:r>
      <w:r>
        <w:br/>
      </w:r>
      <w:r>
        <w:t>B ecause of trial or pain</w:t>
      </w:r>
      <w:r>
        <w:br/>
      </w:r>
      <w:r>
        <w:t>C ontinue in thanksgiving</w:t>
      </w:r>
      <w:r>
        <w:br/>
      </w:r>
      <w:r>
        <w:t>D o not begin to blame</w:t>
      </w:r>
      <w:r>
        <w:br/>
      </w:r>
      <w:r>
        <w:t>E ven when the times are hard</w:t>
      </w:r>
      <w:r>
        <w:br/>
      </w:r>
      <w:r>
        <w:t>F ierce winds are bound to blow</w:t>
      </w:r>
      <w:r>
        <w:br/>
      </w:r>
      <w:r>
        <w:t>G od is forever able</w:t>
      </w:r>
      <w:r>
        <w:br/>
      </w:r>
      <w:r>
        <w:t>H old on to what you know</w:t>
      </w:r>
      <w:r>
        <w:br/>
      </w:r>
      <w:r>
        <w:t>I magine life without His love</w:t>
      </w:r>
      <w:r>
        <w:br/>
      </w:r>
      <w:r>
        <w:t>J oy would cease to be</w:t>
      </w:r>
      <w:r>
        <w:br/>
      </w:r>
      <w:r>
        <w:t>K eep thanking Him for all the things</w:t>
      </w:r>
      <w:r>
        <w:br/>
      </w:r>
      <w:r>
        <w:t>L ove imparts to thee</w:t>
      </w:r>
      <w:r>
        <w:br/>
      </w:r>
      <w:r>
        <w:t>M ove out of "Camp Complaining"</w:t>
      </w:r>
      <w:r>
        <w:br/>
      </w:r>
      <w:r>
        <w:t>N o weapon that is known</w:t>
      </w:r>
      <w:r>
        <w:br/>
      </w:r>
      <w:r>
        <w:t>O n earth can yield the power</w:t>
      </w:r>
      <w:r>
        <w:br/>
      </w:r>
      <w:r>
        <w:t>P raise can do alone (or prayer can do alone)</w:t>
      </w:r>
      <w:r>
        <w:br/>
      </w:r>
      <w:r>
        <w:t>Q uit looking at the future</w:t>
      </w:r>
      <w:r>
        <w:br/>
      </w:r>
      <w:r>
        <w:t>R edeem the time at hand</w:t>
      </w:r>
      <w:r>
        <w:br/>
      </w:r>
      <w:r>
        <w:t>S tart every day with worship</w:t>
      </w:r>
      <w:r>
        <w:br/>
      </w:r>
      <w:r>
        <w:t>T o "thank" is a command</w:t>
      </w:r>
      <w:r>
        <w:br/>
      </w:r>
      <w:r>
        <w:t>U ntil we see Him coming</w:t>
      </w:r>
      <w:r>
        <w:br/>
      </w:r>
      <w:r>
        <w:t>V ictorious in the sky</w:t>
      </w:r>
      <w:r>
        <w:br/>
      </w:r>
      <w:r>
        <w:t>W e'll run the race with gratitude</w:t>
      </w:r>
      <w:r>
        <w:br/>
      </w:r>
      <w:r>
        <w:t>eXalting God most high</w:t>
      </w:r>
      <w:r>
        <w:br/>
      </w:r>
      <w:r>
        <w:t>Y es, there will be good times and yes</w:t>
      </w:r>
      <w:r>
        <w:br/>
      </w:r>
      <w:r>
        <w:t>some will be bad, but...</w:t>
      </w:r>
      <w:r>
        <w:br/>
      </w:r>
      <w:r>
        <w:t>Z ion waits in glory...where none are ever sad!</w:t>
      </w:r>
      <w:r>
        <w:br/>
      </w:r>
      <w:r>
        <w:t>(alternate ending:</w:t>
      </w:r>
      <w:r>
        <w:br/>
      </w:r>
      <w:r>
        <w:t>Yes, there will be bad times and there will be good, but</w:t>
      </w:r>
      <w:r>
        <w:br/>
      </w:r>
      <w:r>
        <w:t>Zzzz peacefully at night...you're in the care of God!)</w:t>
      </w:r>
    </w:p>
    <w:p>
      <w:pPr>
        <w:pStyle w:val="Heading2"/>
      </w:pPr>
      <w:r>
        <w:t>ABCs of Christian Parenting</w:t>
      </w:r>
    </w:p>
    <w:p>
      <w:r>
        <w:t>A - Affirm who your children are in Christ.</w:t>
      </w:r>
      <w:r>
        <w:br/>
      </w:r>
      <w:r>
        <w:t>B - Build a foundation of love and trust.</w:t>
      </w:r>
      <w:r>
        <w:br/>
      </w:r>
      <w:r>
        <w:t>C - Communicate openly and often.</w:t>
      </w:r>
      <w:r>
        <w:br/>
      </w:r>
      <w:r>
        <w:t>D - Discipline consistently and fairly.</w:t>
      </w:r>
      <w:r>
        <w:br/>
      </w:r>
      <w:r>
        <w:t>E - Expect the best of them.</w:t>
      </w:r>
      <w:r>
        <w:br/>
      </w:r>
      <w:r>
        <w:t>F - Forgive frequently.</w:t>
      </w:r>
      <w:r>
        <w:br/>
      </w:r>
      <w:r>
        <w:t>G - Give unconditional love.</w:t>
      </w:r>
      <w:r>
        <w:br/>
      </w:r>
      <w:r>
        <w:t>H - Help them to grow spiritually.</w:t>
      </w:r>
      <w:r>
        <w:br/>
      </w:r>
      <w:r>
        <w:t>I - Invest time in them.</w:t>
      </w:r>
      <w:r>
        <w:br/>
      </w:r>
      <w:r>
        <w:t>J - Join in family night fun.</w:t>
      </w:r>
      <w:r>
        <w:br/>
      </w:r>
      <w:r>
        <w:t>K - Keep Christ central in your home.</w:t>
      </w:r>
      <w:r>
        <w:br/>
      </w:r>
      <w:r>
        <w:t>L - Live what you teach.</w:t>
      </w:r>
      <w:r>
        <w:br/>
      </w:r>
      <w:r>
        <w:t>M - Make your home atmosphere positive.</w:t>
      </w:r>
      <w:r>
        <w:br/>
      </w:r>
      <w:r>
        <w:t>N - Notice and commend achievements.</w:t>
      </w:r>
      <w:r>
        <w:br/>
      </w:r>
      <w:r>
        <w:t>O - Organize family vacations</w:t>
      </w:r>
      <w:r>
        <w:br/>
      </w:r>
      <w:r>
        <w:t>P - Pray for them faithfully.</w:t>
      </w:r>
      <w:r>
        <w:br/>
      </w:r>
      <w:r>
        <w:t>Q - Quote Scripture when appropriate.</w:t>
      </w:r>
      <w:r>
        <w:br/>
      </w:r>
      <w:r>
        <w:t>R - Release them as they're ready.</w:t>
      </w:r>
      <w:r>
        <w:br/>
      </w:r>
      <w:r>
        <w:t>S - Set a good example.</w:t>
      </w:r>
      <w:r>
        <w:br/>
      </w:r>
      <w:r>
        <w:t>T - Train them well in the ways of the Lord</w:t>
      </w:r>
      <w:r>
        <w:br/>
      </w:r>
      <w:r>
        <w:t>U - Understand their God - given gifts.</w:t>
      </w:r>
      <w:r>
        <w:br/>
      </w:r>
      <w:r>
        <w:t>V - Value each child individually.</w:t>
      </w:r>
      <w:r>
        <w:br/>
      </w:r>
      <w:r>
        <w:t>W - Welcome creativity.</w:t>
      </w:r>
      <w:r>
        <w:br/>
      </w:r>
      <w:r>
        <w:t>X - eXplain why when you say no.</w:t>
      </w:r>
      <w:r>
        <w:br/>
      </w:r>
      <w:r>
        <w:t>Y - Yearn to see them become all they can be.</w:t>
      </w:r>
      <w:r>
        <w:br/>
      </w:r>
      <w:r>
        <w:t>Z - Zero in on Christian values.</w:t>
      </w:r>
    </w:p>
    <w:p>
      <w:pPr>
        <w:pStyle w:val="Heading2"/>
      </w:pPr>
      <w:r>
        <w:t>ABCs of Christmas</w:t>
      </w:r>
    </w:p>
    <w:p>
      <w:r>
        <w:t>A is for angel adorning the tree</w:t>
      </w:r>
      <w:r>
        <w:br/>
      </w:r>
      <w:r>
        <w:t>B is for Bells that chime out in glee</w:t>
      </w:r>
      <w:r>
        <w:br/>
      </w:r>
      <w:r>
        <w:t>C is for Candy to please girls and boys</w:t>
      </w:r>
      <w:r>
        <w:br/>
      </w:r>
      <w:r>
        <w:t>D is for Dreams which we truly enjoy</w:t>
      </w:r>
      <w:r>
        <w:br/>
      </w:r>
      <w:r>
        <w:t>E is for Evergreens decking the room</w:t>
      </w:r>
      <w:r>
        <w:br/>
      </w:r>
      <w:r>
        <w:t>F is for flowers of sweetest perfume</w:t>
      </w:r>
      <w:r>
        <w:br/>
      </w:r>
      <w:r>
        <w:t>G is for gifts that bring us delight</w:t>
      </w:r>
      <w:r>
        <w:br/>
      </w:r>
      <w:r>
        <w:t>H is for Holly with red berries bright</w:t>
      </w:r>
      <w:r>
        <w:br/>
      </w:r>
      <w:r>
        <w:t>I is for ice, winters delicate art</w:t>
      </w:r>
      <w:r>
        <w:br/>
      </w:r>
      <w:r>
        <w:t>J is for Joy that sings to our hearts</w:t>
      </w:r>
      <w:r>
        <w:br/>
      </w:r>
      <w:r>
        <w:t>K is for Kris Kringle with fur cap and coat</w:t>
      </w:r>
      <w:r>
        <w:br/>
      </w:r>
      <w:r>
        <w:t>L is for Letters the children all wrote</w:t>
      </w:r>
      <w:r>
        <w:br/>
      </w:r>
      <w:r>
        <w:t>M is for Mistletoe inviting a kiss</w:t>
      </w:r>
      <w:r>
        <w:br/>
      </w:r>
      <w:r>
        <w:t>N is for the Night that brought us such bliss</w:t>
      </w:r>
      <w:r>
        <w:br/>
      </w:r>
      <w:r>
        <w:t>O is the for Ornaments - aah's they attract</w:t>
      </w:r>
      <w:r>
        <w:br/>
      </w:r>
      <w:r>
        <w:t>P is the Peddler just opening his pack</w:t>
      </w:r>
      <w:r>
        <w:br/>
      </w:r>
      <w:r>
        <w:t>Q is for Quadrille in which each one must dance</w:t>
      </w:r>
      <w:r>
        <w:br/>
      </w:r>
      <w:r>
        <w:t>R is for the Reindeer that gallop and prance</w:t>
      </w:r>
      <w:r>
        <w:br/>
      </w:r>
      <w:r>
        <w:t>S is for Snow drifting down from above</w:t>
      </w:r>
      <w:r>
        <w:br/>
      </w:r>
      <w:r>
        <w:t>T is for Teddy, so easy to love</w:t>
      </w:r>
      <w:r>
        <w:br/>
      </w:r>
      <w:r>
        <w:t>U is for uproar that goes on all day</w:t>
      </w:r>
      <w:r>
        <w:br/>
      </w:r>
      <w:r>
        <w:t>V is for Voices that carol a lay</w:t>
      </w:r>
      <w:r>
        <w:br/>
      </w:r>
      <w:r>
        <w:t>W for wreathes hung up on the wall</w:t>
      </w:r>
      <w:r>
        <w:br/>
      </w:r>
      <w:r>
        <w:t>X is for Xmas with pleasures for all</w:t>
      </w:r>
      <w:r>
        <w:br/>
      </w:r>
      <w:r>
        <w:t>Y is for Yule-log that burns clear and bright</w:t>
      </w:r>
      <w:r>
        <w:br/>
      </w:r>
      <w:r>
        <w:t>Z is for Zest shown form morning till night</w:t>
      </w:r>
    </w:p>
    <w:p>
      <w:pPr>
        <w:pStyle w:val="Heading2"/>
      </w:pPr>
      <w:r>
        <w:t>More ABCs of Christmas</w:t>
      </w:r>
    </w:p>
    <w:p>
      <w:r>
        <w:t>A - Is for Angels with Halos so bright,</w:t>
      </w:r>
      <w:r>
        <w:br/>
      </w:r>
      <w:r>
        <w:t>Whose carols were heard on the first Christmas Night.</w:t>
      </w:r>
      <w:r>
        <w:br/>
      </w:r>
      <w:r>
        <w:t>B - Is for Baby, the Christ Child so dear,</w:t>
      </w:r>
      <w:r>
        <w:br/>
      </w:r>
      <w:r>
        <w:t>We celebrate Christmas, His birthday each year.</w:t>
      </w:r>
      <w:r>
        <w:br/>
      </w:r>
      <w:r>
        <w:t>C - Is for Churches where candles burn bright,</w:t>
      </w:r>
      <w:r>
        <w:br/>
      </w:r>
      <w:r>
        <w:t>And shed a warm glow on Christmas Eve Night.</w:t>
      </w:r>
      <w:r>
        <w:br/>
      </w:r>
      <w:r>
        <w:t>D - Is for Doorways with garlands of green,</w:t>
      </w:r>
      <w:r>
        <w:br/>
      </w:r>
      <w:r>
        <w:t>To make Christmas merry, as far as they are seen.</w:t>
      </w:r>
      <w:r>
        <w:br/>
      </w:r>
      <w:r>
        <w:t>E - Is for Evergreen Garlands galore,</w:t>
      </w:r>
      <w:r>
        <w:br/>
      </w:r>
      <w:r>
        <w:t>We hang at our windows, fireplace, and doors.</w:t>
      </w:r>
      <w:r>
        <w:br/>
      </w:r>
      <w:r>
        <w:t>F - Is for Frosty the Snowman so white,</w:t>
      </w:r>
      <w:r>
        <w:br/>
      </w:r>
      <w:r>
        <w:t>Who helps to make Christmas merry and bright.</w:t>
      </w:r>
      <w:r>
        <w:br/>
      </w:r>
      <w:r>
        <w:t>G - Is for Greetings, a Merry Hello,</w:t>
      </w:r>
      <w:r>
        <w:br/>
      </w:r>
      <w:r>
        <w:t>With a heart full of love for people we know.</w:t>
      </w:r>
      <w:r>
        <w:br/>
      </w:r>
      <w:r>
        <w:t>H - Is for Holly with Berries so red,</w:t>
      </w:r>
      <w:r>
        <w:br/>
      </w:r>
      <w:r>
        <w:t>To make Wreaths to hang over head.</w:t>
      </w:r>
      <w:r>
        <w:br/>
      </w:r>
      <w:r>
        <w:t>I - Is for Ice on snow-covered hills,</w:t>
      </w:r>
      <w:r>
        <w:br/>
      </w:r>
      <w:r>
        <w:t>Where Sledding is fun, along with the spills.</w:t>
      </w:r>
      <w:r>
        <w:br/>
      </w:r>
      <w:r>
        <w:t>J - Is for Jingle Bells merrily ringing to the whole world,</w:t>
      </w:r>
      <w:r>
        <w:br/>
      </w:r>
      <w:r>
        <w:t>Joy they are bringing to each boy and girl.</w:t>
      </w:r>
      <w:r>
        <w:br/>
      </w:r>
      <w:r>
        <w:t>K - Is for Kris Kringle as merrily he stands,</w:t>
      </w:r>
      <w:r>
        <w:br/>
      </w:r>
      <w:r>
        <w:t>That is what they call Santa in some other lands.</w:t>
      </w:r>
      <w:r>
        <w:br/>
      </w:r>
      <w:r>
        <w:t>L - Is for Lanterns. I am sure that their light,</w:t>
      </w:r>
      <w:r>
        <w:br/>
      </w:r>
      <w:r>
        <w:t>Helped Mary and Joseph on the first Christmas Night.</w:t>
      </w:r>
      <w:r>
        <w:br/>
      </w:r>
      <w:r>
        <w:t>M - Is for Music, much Joy it will bring,</w:t>
      </w:r>
      <w:r>
        <w:br/>
      </w:r>
      <w:r>
        <w:t>On Christmas Eve as sweet carolers sing.</w:t>
      </w:r>
      <w:r>
        <w:br/>
      </w:r>
      <w:r>
        <w:t>N - Is for Noel the Angles did sing,</w:t>
      </w:r>
      <w:r>
        <w:br/>
      </w:r>
      <w:r>
        <w:t>To Herald the Birth of Jesus our King.</w:t>
      </w:r>
      <w:r>
        <w:br/>
      </w:r>
      <w:r>
        <w:t>O - Is for Ornaments hung on the Tree,</w:t>
      </w:r>
      <w:r>
        <w:br/>
      </w:r>
      <w:r>
        <w:t>To sparkle and glisten for all to see.</w:t>
      </w:r>
      <w:r>
        <w:br/>
      </w:r>
      <w:r>
        <w:t>P - Is for Presents and Packages Gay,</w:t>
      </w:r>
      <w:r>
        <w:br/>
      </w:r>
      <w:r>
        <w:t>All under the tree for our Christmas Day.</w:t>
      </w:r>
      <w:r>
        <w:br/>
      </w:r>
      <w:r>
        <w:t>Q - Is for Quiet Christmas Eve Night,</w:t>
      </w:r>
      <w:r>
        <w:br/>
      </w:r>
      <w:r>
        <w:t>With snow covered hills glistening bright.</w:t>
      </w:r>
      <w:r>
        <w:br/>
      </w:r>
      <w:r>
        <w:t>R - Is for Reindeer who help Santa deliver,</w:t>
      </w:r>
      <w:r>
        <w:br/>
      </w:r>
      <w:r>
        <w:t>Presents to everyone without even a quiver.</w:t>
      </w:r>
      <w:r>
        <w:br/>
      </w:r>
      <w:r>
        <w:t>S - Is for Shepherds who first saw the Star,</w:t>
      </w:r>
      <w:r>
        <w:br/>
      </w:r>
      <w:r>
        <w:t>Over Bethlehem's Manger and followed afar.</w:t>
      </w:r>
      <w:r>
        <w:br/>
      </w:r>
      <w:r>
        <w:t>T - Is for Tree we decorate gay,</w:t>
      </w:r>
      <w:r>
        <w:br/>
      </w:r>
      <w:r>
        <w:t>Then wait for Santa to hurry our way.</w:t>
      </w:r>
      <w:r>
        <w:br/>
      </w:r>
      <w:r>
        <w:t>U - Is for Universe-the whole wide world,</w:t>
      </w:r>
      <w:r>
        <w:br/>
      </w:r>
      <w:r>
        <w:t>Where Christmas brings joy to each boy and girl.</w:t>
      </w:r>
      <w:r>
        <w:br/>
      </w:r>
      <w:r>
        <w:t>V - Is for Vixen, a happy reindeer,</w:t>
      </w:r>
      <w:r>
        <w:br/>
      </w:r>
      <w:r>
        <w:t>That helps Santa deliver the presents each year.</w:t>
      </w:r>
      <w:r>
        <w:br/>
      </w:r>
      <w:r>
        <w:t>W - Is for Wise Men who brought gifts so rare,</w:t>
      </w:r>
      <w:r>
        <w:br/>
      </w:r>
      <w:r>
        <w:t>And fell down and worshipped the Christ Child there.</w:t>
      </w:r>
      <w:r>
        <w:br/>
      </w:r>
      <w:r>
        <w:t>X - Is for X-Mas some spell it that way,</w:t>
      </w:r>
      <w:r>
        <w:br/>
      </w:r>
      <w:r>
        <w:t>But we prefer Christ at the head of our day.</w:t>
      </w:r>
      <w:r>
        <w:br/>
      </w:r>
      <w:r>
        <w:t>Y - Is for Yule Logs whose bright sparks fly high,</w:t>
      </w:r>
      <w:r>
        <w:br/>
      </w:r>
      <w:r>
        <w:t>And give a warm welcome to friends passing by.</w:t>
      </w:r>
      <w:r>
        <w:br/>
      </w:r>
      <w:r>
        <w:t>Z - Is the last of the Letters and yet,</w:t>
      </w:r>
      <w:r>
        <w:br/>
      </w:r>
      <w:r>
        <w:t>It's the only one in the whole Alphabet,</w:t>
      </w:r>
      <w:r>
        <w:br/>
      </w:r>
      <w:r>
        <w:t>That doesn't stand for something you see,</w:t>
      </w:r>
      <w:r>
        <w:br/>
      </w:r>
      <w:r>
        <w:t>Or that can be found on a Christmas Tree.</w:t>
      </w:r>
      <w:r>
        <w:br/>
      </w:r>
      <w:r>
        <w:t>But we must use it to make things complete,</w:t>
      </w:r>
      <w:r>
        <w:br/>
      </w:r>
      <w:r>
        <w:t>So here at the end let us repeat,</w:t>
      </w:r>
      <w:r>
        <w:br/>
      </w:r>
      <w:r>
        <w:t>What is said as he drove out of sight,</w:t>
      </w:r>
      <w:r>
        <w:br/>
      </w:r>
      <w:r>
        <w:t>"Merry Christmas to All, and to All a Good Night!"</w:t>
      </w:r>
      <w:r>
        <w:br/>
      </w:r>
      <w:r>
        <w:t>(If anyone thinks of an ending for this using a word that starts with "Z" please let me know.)</w:t>
      </w:r>
    </w:p>
    <w:p>
      <w:pPr>
        <w:pStyle w:val="Heading2"/>
      </w:pPr>
      <w:r>
        <w:t>More ABCs About Christmas</w:t>
      </w:r>
    </w:p>
    <w:p>
      <w:r>
        <w:t>A is for Angels in Bethlehem's sky.</w:t>
      </w:r>
      <w:r>
        <w:br/>
      </w:r>
      <w:r>
        <w:t>"Glorias" echoed from on high.</w:t>
      </w:r>
      <w:r>
        <w:br/>
      </w:r>
      <w:r>
        <w:t>B is for Bells ringing with cheer.</w:t>
      </w:r>
      <w:r>
        <w:br/>
      </w:r>
      <w:r>
        <w:t>Christmas Day will soon be here.</w:t>
      </w:r>
      <w:r>
        <w:br/>
      </w:r>
      <w:r>
        <w:t>C is for Candle, each flickering flame</w:t>
      </w:r>
      <w:r>
        <w:br/>
      </w:r>
      <w:r>
        <w:t>Tells us on Christmas the Savior came.</w:t>
      </w:r>
      <w:r>
        <w:br/>
      </w:r>
      <w:r>
        <w:t>D is for Doorways in trim, so gay.</w:t>
      </w:r>
      <w:r>
        <w:br/>
      </w:r>
      <w:r>
        <w:t>Welcome, welcome they seem to say.</w:t>
      </w:r>
      <w:r>
        <w:br/>
      </w:r>
      <w:r>
        <w:t>E is for Evergreens, seen everywhere.</w:t>
      </w:r>
      <w:r>
        <w:br/>
      </w:r>
      <w:r>
        <w:t>Perfume of Christmas filling the air.</w:t>
      </w:r>
      <w:r>
        <w:br/>
      </w:r>
      <w:r>
        <w:t>F is for Fireplace, a fine spot to rest,</w:t>
      </w:r>
      <w:r>
        <w:br/>
      </w:r>
      <w:r>
        <w:t>But for hanging stockings, it's really best.</w:t>
      </w:r>
      <w:r>
        <w:br/>
      </w:r>
      <w:r>
        <w:t>G is for Gifts wrapped up and tied,</w:t>
      </w:r>
      <w:r>
        <w:br/>
      </w:r>
      <w:r>
        <w:t>With love for dear ones wrapped up inside</w:t>
      </w:r>
      <w:r>
        <w:br/>
      </w:r>
      <w:r>
        <w:t>H is for Holly of bright red and green.</w:t>
      </w:r>
      <w:r>
        <w:br/>
      </w:r>
      <w:r>
        <w:t>At Christmas Time it's always seen.</w:t>
      </w:r>
      <w:r>
        <w:br/>
      </w:r>
      <w:r>
        <w:t>I is for Infant so precious and dear.</w:t>
      </w:r>
      <w:r>
        <w:br/>
      </w:r>
      <w:r>
        <w:t>His birthday we celebrate every year.</w:t>
      </w:r>
      <w:r>
        <w:br/>
      </w:r>
      <w:r>
        <w:t>J is for Jingle Bells as sleighing we go</w:t>
      </w:r>
      <w:r>
        <w:br/>
      </w:r>
      <w:r>
        <w:t>Over the hillsides covered with snow.</w:t>
      </w:r>
      <w:r>
        <w:br/>
      </w:r>
      <w:r>
        <w:t>K is for Kitchen with sweet smells galore.</w:t>
      </w:r>
      <w:r>
        <w:br/>
      </w:r>
      <w:r>
        <w:t>The sample was good, but give me some more.</w:t>
      </w:r>
      <w:r>
        <w:br/>
      </w:r>
      <w:r>
        <w:t>L is for Love; it seems to abound</w:t>
      </w:r>
      <w:r>
        <w:br/>
      </w:r>
      <w:r>
        <w:t>When Christmas time comes around.</w:t>
      </w:r>
      <w:r>
        <w:br/>
      </w:r>
      <w:r>
        <w:t>M is for Music as carols we hear,</w:t>
      </w:r>
      <w:r>
        <w:br/>
      </w:r>
      <w:r>
        <w:t>Familiar tunes from far and near.</w:t>
      </w:r>
      <w:r>
        <w:br/>
      </w:r>
      <w:r>
        <w:t>N is for Noel, the French people's way</w:t>
      </w:r>
      <w:r>
        <w:br/>
      </w:r>
      <w:r>
        <w:t>Of saying this is Christmas Day.</w:t>
      </w:r>
      <w:r>
        <w:br/>
      </w:r>
      <w:r>
        <w:t>O is for Ornament, colorful and bright</w:t>
      </w:r>
      <w:r>
        <w:br/>
      </w:r>
      <w:r>
        <w:t>On a tree, such a beautiful sight.</w:t>
      </w:r>
      <w:r>
        <w:br/>
      </w:r>
      <w:r>
        <w:t>P is for Peace, the Christ child its Prince</w:t>
      </w:r>
      <w:r>
        <w:br/>
      </w:r>
      <w:r>
        <w:t>Never another before or since.</w:t>
      </w:r>
      <w:r>
        <w:br/>
      </w:r>
      <w:r>
        <w:t>Q is for Quiet, that first Christmas night</w:t>
      </w:r>
      <w:r>
        <w:br/>
      </w:r>
      <w:r>
        <w:t>As shepherds watched a star so bright.</w:t>
      </w:r>
      <w:r>
        <w:br/>
      </w:r>
      <w:r>
        <w:t>R is for Reindeer that pulled Santa's sleigh</w:t>
      </w:r>
      <w:r>
        <w:br/>
      </w:r>
      <w:r>
        <w:t>From rooftop to rooftop. Up, up and away!</w:t>
      </w:r>
      <w:r>
        <w:br/>
      </w:r>
      <w:r>
        <w:t>S is for Santa, a fellow so jolly,</w:t>
      </w:r>
      <w:r>
        <w:br/>
      </w:r>
      <w:r>
        <w:t>Suit as red as the berries of holly.</w:t>
      </w:r>
      <w:r>
        <w:br/>
      </w:r>
      <w:r>
        <w:t>T is for Trees, in each house they stand</w:t>
      </w:r>
      <w:r>
        <w:br/>
      </w:r>
      <w:r>
        <w:t>Trimmed and lighted, looking so grand.</w:t>
      </w:r>
      <w:r>
        <w:br/>
      </w:r>
      <w:r>
        <w:t>U is for Universe. Wherever you go</w:t>
      </w:r>
      <w:r>
        <w:br/>
      </w:r>
      <w:r>
        <w:t>Signs of Christmas clearly show.</w:t>
      </w:r>
      <w:r>
        <w:br/>
      </w:r>
      <w:r>
        <w:t>V is for Village, full of neighbors and friends.</w:t>
      </w:r>
      <w:r>
        <w:br/>
      </w:r>
      <w:r>
        <w:t>Christmas greeting they all like to send.</w:t>
      </w:r>
      <w:r>
        <w:br/>
      </w:r>
      <w:r>
        <w:t>W is for Window through which we see</w:t>
      </w:r>
      <w:r>
        <w:br/>
      </w:r>
      <w:r>
        <w:t>What Mom has prepared so lovingly.</w:t>
      </w:r>
      <w:r>
        <w:br/>
      </w:r>
      <w:r>
        <w:t>X is for Xmas, exciting, you see,</w:t>
      </w:r>
      <w:r>
        <w:br/>
      </w:r>
      <w:r>
        <w:t>But it's Christmas, Christmas always to me.</w:t>
      </w:r>
      <w:r>
        <w:br/>
      </w:r>
      <w:r>
        <w:t>Y is for Yarn, all knitted and warm</w:t>
      </w:r>
      <w:r>
        <w:br/>
      </w:r>
      <w:r>
        <w:t>To protect us during a winter storm.</w:t>
      </w:r>
      <w:r>
        <w:br/>
      </w:r>
      <w:r>
        <w:t>Z is for Zero as temperatures fall,</w:t>
      </w:r>
      <w:r>
        <w:br/>
      </w:r>
      <w:r>
        <w:t>Cocoa and cookies for one and for all.</w:t>
      </w:r>
    </w:p>
    <w:p>
      <w:r>
        <w:t>Everyone celebrates Christmas a little differently. Be sure to include special foods, places and celebrations in an ABC album about your family's traditions.</w:t>
      </w:r>
    </w:p>
    <w:p>
      <w:r>
        <w:t>A A Christmas Carol, Away in a Manager, Advent, Angels, Adeste Fideles, All I want for Christmas is . . . Angels we have heard on high, Angelfood candy, Animals, Annunciation, Aunts, Anticipation,</w:t>
      </w:r>
    </w:p>
    <w:p>
      <w:r>
        <w:t>B Blitzen, Birth of the Jesus, Bah humbug, Bells, Bell-ringers (for the Salvation Army), Baking Christmas Cookies, Building a Snowman, Baby's first, Bundled up,</w:t>
      </w:r>
    </w:p>
    <w:p>
      <w:r>
        <w:t>C Comet, Cupid, Christmas Tree, Cookies, Caramels, Caroling, Carol of the Bells, Christ is born in Bethlehem, Come, Thou Long Expected . . . Christmas Cards, Census, Choir, Cold, Cousins, Christmas joys, Cookies for Santa, Christmas letter, Cutting down the tree, Candlelight, Concerts,</w:t>
      </w:r>
    </w:p>
    <w:p>
      <w:r>
        <w:t>D Dancer, Donner, Dasher, Deck The Halls, Do You Hear What I Hear, Dream, Dashing through the snow, Dancing, Delight, Dinner, Daddy</w:t>
      </w:r>
    </w:p>
    <w:p>
      <w:r>
        <w:t>E Elves, Epiphany, Christmas Eve, Eight tiny reindeer, Eating, Egg nog, Enjoying,</w:t>
      </w:r>
    </w:p>
    <w:p>
      <w:r>
        <w:t>F Fudge, The First Noel, Frankincense, Feliz Navidad, Frosty the Snowman, Family, Friends, Food, Finding the tree, Fresh snow, Fireplace,</w:t>
      </w:r>
    </w:p>
    <w:p>
      <w:r>
        <w:t>G God Rest ye Merry Gentleman, Garland, Gold, Go Tell it On the Mountain, Greensleeves, Gabriel, Good will toward men, Games, Gingerbread, Grandparents,</w:t>
      </w:r>
    </w:p>
    <w:p>
      <w:r>
        <w:t>H Happy Birthday Baby Jesus, Home, Hark the Herald Angels sing, Here We Come a' Caroling, He sees you when you're sleeping, He knows when you're awake, Humbug, Ham, Hanging our stocking by the chimney with care, Home for the Holidays, Helping,</w:t>
      </w:r>
    </w:p>
    <w:p>
      <w:r>
        <w:t>I It came upon a Midnight Clear, I'll be Home for Christmas, I Saw Mommy Kissing Santa... I saw three ships, It's Beginning to Look a lot Like Christmas, Jolly Old Saint Nicholas, Icicles,</w:t>
      </w:r>
    </w:p>
    <w:p>
      <w:r>
        <w:t>J Jesus, Jesse Tree, Joseph, Jingle Bells, Joy to the World, Joy, Jesus's birthday</w:t>
      </w:r>
    </w:p>
    <w:p>
      <w:r>
        <w:t>K Keilbasa (polish sausage), Kisses under the mistletoe, Kids, Kings, Kitchen capers,</w:t>
      </w:r>
    </w:p>
    <w:p>
      <w:r>
        <w:t>L Lights let it snow! Let There Be Peace on Earth, Lo, How a Rose E'er Blooming, Lefse, Laughter,</w:t>
      </w:r>
    </w:p>
    <w:p>
      <w:r>
        <w:t>M Mary, Manger, Mrs. Claus, Magi, Mistletoe, Myrrh, Midnight Service, Most Wonderful Day of the Year, My Favorite Things, Messiah, Making Christmas Candy, Mommy, Christmas Morning, Merry Christmas,</w:t>
      </w:r>
    </w:p>
    <w:p>
      <w:r>
        <w:t>N Nativity, No Room In The Inn, Nutcracker, Nieces and Nephews,</w:t>
      </w:r>
    </w:p>
    <w:p>
      <w:r>
        <w:t>O O Christmas Tree, O Tannenbaum, Ornaments, Oh Come All Ye Faithful, O Come, Little Children, O Come, O Come, Emmanuel, O Little Town of Bethlehem, Oh Holy Night, Over the River and Through the Woods, Opening gifts,</w:t>
      </w:r>
    </w:p>
    <w:p>
      <w:r>
        <w:t>P Prancer, Presents Peace on Earth, Peanut Brittle, Popcorn strings, Parties</w:t>
      </w:r>
    </w:p>
    <w:p>
      <w:r>
        <w:t>Q Quilts to snuggle in, Questions about... Quite a...</w:t>
      </w:r>
    </w:p>
    <w:p>
      <w:r>
        <w:t>R Rudolph, Reindeer, Ribbons, Rocking around the Christmas Tree, Roman census, Reading the Christmas story, Relaxing, Resting, Relatives,</w:t>
      </w:r>
    </w:p>
    <w:p>
      <w:r>
        <w:t>S Silent Night, Santa Claus, Scrooge, Swaddling Clothes, Stockings, St. Nicholas, Shepherds, Snow, Star, Sheep, Service, Santa Claus Is Coming To Town, Silver Bells, Simply Having A Wonderful Christmas Time, Silver and Gold, Snowman, Snowball fight, Sledding, Shopping, Stable, Sleigh Ride, Skiing, Snomobiling, Skating, Sitting on Santa's lap, Season's greetings,</w:t>
      </w:r>
    </w:p>
    <w:p>
      <w:r>
        <w:t>T Three Kings, Twelve Days of Christmas, Tinsel, Tree, Toyland, Turkey, Turtles, Tree Trimming, Traditions,</w:t>
      </w:r>
    </w:p>
    <w:p>
      <w:r>
        <w:t>U Up on the Housetop, Uncles, Under the tree, Unforgettable, Unbelievable,</w:t>
      </w:r>
    </w:p>
    <w:p>
      <w:r>
        <w:t>V Vixen, Vigil, Visiting, Vacation, Very...</w:t>
      </w:r>
    </w:p>
    <w:p>
      <w:r>
        <w:t>W Wreath, Wrapping paper, White Christmas, We wish you a Merry Christmas, Wassail Song, We Three Kings of Orient Are, Winter Wonderland, Wrapping Presents, Waiting for Santa, Wishes,</w:t>
      </w:r>
    </w:p>
    <w:p>
      <w:r>
        <w:t>X eXra special day, eXtraordinary,</w:t>
      </w:r>
    </w:p>
    <w:p>
      <w:r>
        <w:t>Y Yes, Virginia there is a Santa Claus, Yule Log, Yearly letter,</w:t>
      </w:r>
    </w:p>
    <w:p>
      <w:r>
        <w:t>Z Zipping up to keep warm, zzzzzz's</w:t>
      </w:r>
    </w:p>
    <w:p>
      <w:pPr>
        <w:pStyle w:val="Heading2"/>
      </w:pPr>
      <w:r>
        <w:t>ABCs of Dad</w:t>
      </w:r>
    </w:p>
    <w:p>
      <w:r>
        <w:t>A is for the Admiration I have for all you are</w:t>
      </w:r>
      <w:r>
        <w:br/>
      </w:r>
      <w:r>
        <w:t>B is because you're the Best of the Best</w:t>
      </w:r>
      <w:r>
        <w:br/>
      </w:r>
      <w:r>
        <w:t>C is for the Contributions you have made</w:t>
      </w:r>
      <w:r>
        <w:br/>
      </w:r>
      <w:r>
        <w:t>D is for the Delight I feel at being your Daughter</w:t>
      </w:r>
      <w:r>
        <w:br/>
      </w:r>
      <w:r>
        <w:t>E is for the Ethics you bring to every transaction</w:t>
      </w:r>
      <w:r>
        <w:br/>
      </w:r>
      <w:r>
        <w:t>F is for Fabulous Father and Friend</w:t>
      </w:r>
      <w:r>
        <w:br/>
      </w:r>
      <w:r>
        <w:t>G is for Grandfather, Generous with his time and affection</w:t>
      </w:r>
      <w:r>
        <w:br/>
      </w:r>
      <w:r>
        <w:t>H is for the most Honest man I know</w:t>
      </w:r>
      <w:r>
        <w:br/>
      </w:r>
      <w:r>
        <w:t>I is for your Integrity</w:t>
      </w:r>
      <w:r>
        <w:br/>
      </w:r>
      <w:r>
        <w:t>J is for Jack-of-all-trades, there's nothing you can't do</w:t>
      </w:r>
      <w:r>
        <w:br/>
      </w:r>
      <w:r>
        <w:t>K is for the Kindness that you show</w:t>
      </w:r>
      <w:r>
        <w:br/>
      </w:r>
      <w:r>
        <w:t>L is for your Luck in finding a Lovely Lady to Love</w:t>
      </w:r>
      <w:r>
        <w:br/>
      </w:r>
      <w:r>
        <w:t>M is for the Morals you uphold</w:t>
      </w:r>
      <w:r>
        <w:br/>
      </w:r>
      <w:r>
        <w:t>N is for the Nice Neighbor you've always been</w:t>
      </w:r>
      <w:r>
        <w:br/>
      </w:r>
      <w:r>
        <w:t>O is for the Oodles of Outstanding things you do</w:t>
      </w:r>
      <w:r>
        <w:br/>
      </w:r>
      <w:r>
        <w:t>P is for your Practical approach to life's challenges</w:t>
      </w:r>
      <w:r>
        <w:br/>
      </w:r>
      <w:r>
        <w:t>Q is for the Quality you bring to every task</w:t>
      </w:r>
      <w:r>
        <w:br/>
      </w:r>
      <w:r>
        <w:t>R is for your Remarkable sense of Responsibility</w:t>
      </w:r>
      <w:r>
        <w:br/>
      </w:r>
      <w:r>
        <w:t>S is for all the Sacrifices you have made</w:t>
      </w:r>
      <w:r>
        <w:br/>
      </w:r>
      <w:r>
        <w:t>T is for the Trust you had in us that made us grow to be worthy</w:t>
      </w:r>
      <w:r>
        <w:br/>
      </w:r>
      <w:r>
        <w:t>U is for your Uncomplaining ways</w:t>
      </w:r>
      <w:r>
        <w:br/>
      </w:r>
      <w:r>
        <w:t>V is for the Values you hold</w:t>
      </w:r>
      <w:r>
        <w:br/>
      </w:r>
      <w:r>
        <w:t>W is for your Wisdom and your Wit</w:t>
      </w:r>
      <w:r>
        <w:br/>
      </w:r>
      <w:r>
        <w:t>X is for all the Kisses and Hugs that you deserve – OOOXXXOOO</w:t>
      </w:r>
      <w:r>
        <w:br/>
      </w:r>
      <w:r>
        <w:t>Y is for being Young-at-Heart</w:t>
      </w:r>
      <w:r>
        <w:br/>
      </w:r>
      <w:r>
        <w:t>Z is for a Zillion other reasons why I love you!</w:t>
      </w:r>
    </w:p>
    <w:p>
      <w:pPr>
        <w:pStyle w:val="Heading2"/>
      </w:pPr>
      <w:r>
        <w:t>ABCs About Expectant Mothers</w:t>
      </w:r>
    </w:p>
    <w:p>
      <w:r>
        <w:t>A Anticipation</w:t>
      </w:r>
      <w:r>
        <w:br/>
      </w:r>
      <w:r>
        <w:t>B Boy or Girl?</w:t>
      </w:r>
      <w:r>
        <w:br/>
      </w:r>
      <w:r>
        <w:t>C Coming Soon</w:t>
      </w:r>
      <w:r>
        <w:br/>
      </w:r>
      <w:r>
        <w:t>D Delivery</w:t>
      </w:r>
      <w:r>
        <w:br/>
      </w:r>
      <w:r>
        <w:t>E Exhaustion</w:t>
      </w:r>
      <w:r>
        <w:br/>
      </w:r>
      <w:r>
        <w:t>F Footprints</w:t>
      </w:r>
      <w:r>
        <w:br/>
      </w:r>
      <w:r>
        <w:t>G Giddy Grandparents</w:t>
      </w:r>
      <w:r>
        <w:br/>
      </w:r>
      <w:r>
        <w:t>H Happy Holidays</w:t>
      </w:r>
      <w:r>
        <w:br/>
      </w:r>
      <w:r>
        <w:t>I Important Info</w:t>
      </w:r>
      <w:r>
        <w:br/>
      </w:r>
      <w:r>
        <w:t>J Joyous Moments</w:t>
      </w:r>
      <w:r>
        <w:br/>
      </w:r>
      <w:r>
        <w:t>K Kissin' Kin</w:t>
      </w:r>
      <w:r>
        <w:br/>
      </w:r>
      <w:r>
        <w:t>L Look at Me!</w:t>
      </w:r>
      <w:r>
        <w:br/>
      </w:r>
      <w:r>
        <w:t>M Medical Staff</w:t>
      </w:r>
      <w:r>
        <w:br/>
      </w:r>
      <w:r>
        <w:t>N Nifty Nursery</w:t>
      </w:r>
      <w:r>
        <w:br/>
      </w:r>
      <w:r>
        <w:t>O Outrageous Outings</w:t>
      </w:r>
      <w:r>
        <w:br/>
      </w:r>
      <w:r>
        <w:t>P Proud Parents</w:t>
      </w:r>
      <w:r>
        <w:br/>
      </w:r>
      <w:r>
        <w:t>Q Quiet Time</w:t>
      </w:r>
      <w:r>
        <w:br/>
      </w:r>
      <w:r>
        <w:t>R Religious Events</w:t>
      </w:r>
      <w:r>
        <w:br/>
      </w:r>
      <w:r>
        <w:t>S Splish Splash</w:t>
      </w:r>
      <w:r>
        <w:br/>
      </w:r>
      <w:r>
        <w:t>T Tiny Bubbles</w:t>
      </w:r>
      <w:r>
        <w:br/>
      </w:r>
      <w:r>
        <w:t>U Unbelievable smile</w:t>
      </w:r>
      <w:r>
        <w:br/>
      </w:r>
      <w:r>
        <w:t>V Visitors</w:t>
      </w:r>
      <w:r>
        <w:br/>
      </w:r>
      <w:r>
        <w:t>W Welcome Home</w:t>
      </w:r>
      <w:r>
        <w:br/>
      </w:r>
      <w:r>
        <w:t>X Xtra Special Moments</w:t>
      </w:r>
      <w:r>
        <w:br/>
      </w:r>
      <w:r>
        <w:t>Y You've got mail!</w:t>
      </w:r>
      <w:r>
        <w:br/>
      </w:r>
      <w:r>
        <w:t>Z Zzzzzz'</w:t>
      </w:r>
    </w:p>
    <w:p>
      <w:pPr>
        <w:pStyle w:val="Heading2"/>
      </w:pPr>
      <w:r>
        <w:t>ABCs of Father</w:t>
      </w:r>
    </w:p>
    <w:p>
      <w:r>
        <w:t>A admiration, abundance of love that you give, ambitious, adore, amazing, admirable, available, affectionate, adventurous, athletic, awesome, award winning, authentic</w:t>
      </w:r>
      <w:r>
        <w:br/>
      </w:r>
      <w:r>
        <w:t>B brave, best there is, believable, buddy, bond (I have with you), born to be wild, boots, beer, beer drinker, brawny, basketball, bread winner, breakfast in bed, ball and bat, butterfly kisses, books (you read to me),</w:t>
      </w:r>
      <w:r>
        <w:br/>
      </w:r>
      <w:r>
        <w:t>C caring, concerned, comfort/comforting, contributions, charitable, cash-provider, courageous, cheerful, coach, confident, chipper, cooperative, capable, cars, computer, couch potato, cuddle/cuddling, celebrate, champion, charm, crown - you should be king for a day!</w:t>
      </w:r>
      <w:r>
        <w:br/>
      </w:r>
      <w:r>
        <w:t>D dashing, debonair, delight/delightful, daddy, darling, dependable, dear, devoted, diligent, determined, dutiful, dynamite, deserve, direction</w:t>
      </w:r>
      <w:r>
        <w:br/>
      </w:r>
      <w:r>
        <w:t>E encouraging, effective, enlightening, excellent, enthusiastic, exciting, emotional, electronics, ethics/ethical, easy to love, endear/endearing, energy</w:t>
      </w:r>
      <w:r>
        <w:br/>
      </w:r>
      <w:r>
        <w:t>F fun, funny, fantastic, friendly, fuzzy, forgiving, full of life, fun loving, food, fix-it man, friendly, football, fishing, father, father and friend, faith, fortunate</w:t>
      </w:r>
      <w:r>
        <w:br/>
      </w:r>
      <w:r>
        <w:t>G giving, good, gifted, great, generous, go-getter, genius, golf, gorgeous, gracious</w:t>
      </w:r>
      <w:r>
        <w:br/>
      </w:r>
      <w:r>
        <w:t>H heart, honest, helpful, hopeful, happy, hero, haggle, hug, head of household (or at least we'll let him think), healthy, hearty, heavenly, hobbies, hunting, hilarious, handsome</w:t>
      </w:r>
      <w:r>
        <w:br/>
      </w:r>
      <w:r>
        <w:t>I ideals, inspire, inspiration, incredible, important, imaginative, intent, industrious, ideals, intelligent, ice hockey, integrity, insight, invincible</w:t>
      </w:r>
      <w:r>
        <w:br/>
      </w:r>
      <w:r>
        <w:t>J joy/joyful, jolly, jack-of-all-trades, jazzy, jokester, jock, joker</w:t>
      </w:r>
      <w:r>
        <w:br/>
      </w:r>
      <w:r>
        <w:t>K kindness, kisses, kissable, keen, keeps his cool, kindhearted, knowledgeable, know-it-all</w:t>
      </w:r>
      <w:r>
        <w:br/>
      </w:r>
      <w:r>
        <w:t>L love, laughter, life, little girl, lucky, lovable, likable, luscious, laughs, loving, loyal, linebacker, lover, lively</w:t>
      </w:r>
      <w:r>
        <w:br/>
      </w:r>
      <w:r>
        <w:t>M manly, masculine, magnanimous, mature, muscular, mischievous, mellow, mowing the lawn, morals, macho, miraculous</w:t>
      </w:r>
      <w:r>
        <w:br/>
      </w:r>
      <w:r>
        <w:t>N neighbor, neat, nice, noble, nutty, naturally fun (or other word), not judgmental</w:t>
      </w:r>
      <w:r>
        <w:br/>
      </w:r>
      <w:r>
        <w:t>O original, optimistic, outgoing, oodles of outstanding things you do</w:t>
      </w:r>
      <w:r>
        <w:br/>
      </w:r>
      <w:r>
        <w:t>P patience, Provider, play, pleasing, papa, perfect, Pa, Pops, Pappy, paternal, perceptive, patient, pack rat, party animal, pleasant, positive, practical</w:t>
      </w:r>
      <w:r>
        <w:br/>
      </w:r>
      <w:r>
        <w:t>Q quite, quick, questioning, quiet, quite impressive, quality</w:t>
      </w:r>
      <w:r>
        <w:br/>
      </w:r>
      <w:r>
        <w:t>R responsibility, reliable, reasonable, radical, remote control, remarkable, responsible, ready</w:t>
      </w:r>
      <w:r>
        <w:br/>
      </w:r>
      <w:r>
        <w:t>S sacrifices, sweet, smiling, sensitive, super, sensational, stable, skillful, strong, sensible, sympathetic, suave, sharing, soccer, snoring, super-duper</w:t>
      </w:r>
      <w:r>
        <w:br/>
      </w:r>
      <w:r>
        <w:t>T trust, truthful, terrific, trustworthy, thoughtful, tender, tools, tie, thrilling, TV-aholic, toy fixer</w:t>
      </w:r>
      <w:r>
        <w:br/>
      </w:r>
      <w:r>
        <w:t>U useful, upbeat, unselfish, understanding ways, unique, unusual</w:t>
      </w:r>
      <w:r>
        <w:br/>
      </w:r>
      <w:r>
        <w:t>V vacations, vain, valiant, vicarious, volunteer, values, video gamer</w:t>
      </w:r>
      <w:r>
        <w:br/>
      </w:r>
      <w:r>
        <w:t>W work, wonderful, wise, witty, worthy, warm, whimsical</w:t>
      </w:r>
      <w:r>
        <w:br/>
      </w:r>
      <w:r>
        <w:t>X x-tra special, x-traordinary, x-cellent, x-pert, eXperience, relaXation,</w:t>
      </w:r>
      <w:r>
        <w:br/>
      </w:r>
      <w:r>
        <w:t>Y young at heart, youthful, yard work</w:t>
      </w:r>
      <w:r>
        <w:br/>
      </w:r>
      <w:r>
        <w:t>Z zany, zealous, zippy, Zillions of reasons that I love you!</w:t>
      </w:r>
      <w:r>
        <w:br/>
      </w:r>
      <w:r>
        <w:t>ALSO INCLUDE: friends, relatives, favorite foods, special events, occupation, hobbies, etc.</w:t>
      </w:r>
    </w:p>
    <w:p>
      <w:pPr>
        <w:pStyle w:val="Heading2"/>
      </w:pPr>
      <w:r>
        <w:t>ABCs About Fathers Day</w:t>
      </w:r>
    </w:p>
    <w:p>
      <w:r>
        <w:t>A is for adorable, as you can see</w:t>
      </w:r>
      <w:r>
        <w:br/>
      </w:r>
      <w:r>
        <w:t>B is for baseball, hey Dad look at me!</w:t>
      </w:r>
      <w:r>
        <w:br/>
      </w:r>
      <w:r>
        <w:t>C is for comfy, I'll sleep anywhere</w:t>
      </w:r>
      <w:r>
        <w:br/>
      </w:r>
      <w:r>
        <w:t>D is for daring, hop on board if you care</w:t>
      </w:r>
      <w:r>
        <w:br/>
      </w:r>
      <w:r>
        <w:t>E and F are for extraordinarily fast, I’ve got your quick feet.</w:t>
      </w:r>
      <w:r>
        <w:br/>
      </w:r>
      <w:r>
        <w:t>G is for growing, I’ll be 7 feet.</w:t>
      </w:r>
      <w:r>
        <w:br/>
      </w:r>
      <w:r>
        <w:t>H is for happy, I’m in a great mood</w:t>
      </w:r>
      <w:r>
        <w:br/>
      </w:r>
      <w:r>
        <w:t>I and J are for intelligent and jolly, these traits I exude!</w:t>
      </w:r>
      <w:r>
        <w:br/>
      </w:r>
      <w:r>
        <w:t>K is for kind-hearted, you are my best friend</w:t>
      </w:r>
      <w:r>
        <w:br/>
      </w:r>
      <w:r>
        <w:t>L is for loving, my love I do send</w:t>
      </w:r>
      <w:r>
        <w:br/>
      </w:r>
      <w:r>
        <w:t>M is for messy, look out here I come</w:t>
      </w:r>
      <w:r>
        <w:br/>
      </w:r>
      <w:r>
        <w:t>N is for nimble, lets hope I don’t fall on my bum!</w:t>
      </w:r>
      <w:r>
        <w:br/>
      </w:r>
      <w:r>
        <w:t>O and P are for outstanding pizza, our favorite food</w:t>
      </w:r>
      <w:r>
        <w:br/>
      </w:r>
      <w:r>
        <w:t>Q and R are for quiet reading, it creates a good mood</w:t>
      </w:r>
      <w:r>
        <w:br/>
      </w:r>
      <w:r>
        <w:t>S is for super-heroes, you are mine</w:t>
      </w:r>
      <w:r>
        <w:br/>
      </w:r>
      <w:r>
        <w:t>T is for treats, they are divine</w:t>
      </w:r>
      <w:r>
        <w:br/>
      </w:r>
      <w:r>
        <w:t>U and V are for unfailing valor, my princess I’ll save!</w:t>
      </w:r>
      <w:r>
        <w:br/>
      </w:r>
      <w:r>
        <w:t>W is for witty, and yes! I am brave!</w:t>
      </w:r>
      <w:r>
        <w:br/>
      </w:r>
      <w:r>
        <w:t>X is for extra-special</w:t>
      </w:r>
      <w:r>
        <w:br/>
      </w:r>
      <w:r>
        <w:t>Y is for youthful</w:t>
      </w:r>
      <w:r>
        <w:br/>
      </w:r>
      <w:r>
        <w:t>Z is for zippy, that’s you and me!</w:t>
      </w:r>
    </w:p>
    <w:p>
      <w:pPr>
        <w:pStyle w:val="Heading2"/>
      </w:pPr>
      <w:r>
        <w:t>ABCs About High School</w:t>
      </w:r>
    </w:p>
    <w:p>
      <w:r>
        <w:t>A Audience, Accomplishments, ACT, Annual,</w:t>
      </w:r>
      <w:r>
        <w:br/>
      </w:r>
      <w:r>
        <w:t>B Band, Baseball, Basketball, Books, Backpacks, Backpack, Biology, Best Buddies,</w:t>
      </w:r>
      <w:r>
        <w:br/>
      </w:r>
      <w:r>
        <w:t>C Cap, Cum laude, Clubs, Ceremony, Commencement exercises, Choir, Class trip, Cheerleading, Championship, Costumes, Cartoons, College Prep, Cross Country, Cars, Calculus, Community Service, Cotillion</w:t>
      </w:r>
      <w:r>
        <w:br/>
      </w:r>
      <w:r>
        <w:t>D Diploma, DECA, Debate club, Drama Club, Driver's Ed, Drill team, Dances</w:t>
      </w:r>
      <w:r>
        <w:br/>
      </w:r>
      <w:r>
        <w:t>E Extracurricular activities, commencement Exercises, Essays, Entrance tests, Exams, English,</w:t>
      </w:r>
      <w:r>
        <w:br/>
      </w:r>
      <w:r>
        <w:t>F Friends, Family, Future Business Leaders of America, freshman year, Football, Future Problem Solvers, Fine arts, French, Field Trips, Fantastic Friends, Future Farmers of America, Future Homemakers of America, Fund-raisers</w:t>
      </w:r>
      <w:r>
        <w:br/>
      </w:r>
      <w:r>
        <w:t>G Gown, Glee Club, Grades, Golf, Geography, Gym, German, Graduation announcement, Gifts,</w:t>
      </w:r>
      <w:r>
        <w:br/>
      </w:r>
      <w:r>
        <w:t>H Honors, High Honors, High school, Homecoming, Honor guard, Hair styles, Homeroom, Home Economics, History, Homework, Hanging out, Hobbies,</w:t>
      </w:r>
      <w:r>
        <w:br/>
      </w:r>
      <w:r>
        <w:t>I Internet, Interests, Improvement, Italian</w:t>
      </w:r>
      <w:r>
        <w:br/>
      </w:r>
      <w:r>
        <w:t>J Junior year, Jazz Band, Journalism, Joking around, Japanese K King (prom, homecoming), Kudos, Keepsakes,</w:t>
      </w:r>
      <w:r>
        <w:br/>
      </w:r>
      <w:r>
        <w:t>L laughter, Late nights out, Library</w:t>
      </w:r>
      <w:r>
        <w:br/>
      </w:r>
      <w:r>
        <w:t>M Magna cum laude, Marching band, Marching into the auditorium, Music, Mascot, Momentos,</w:t>
      </w:r>
      <w:r>
        <w:br/>
      </w:r>
      <w:r>
        <w:t>N National Honor Society, Newspaper, Nicknames,</w:t>
      </w:r>
      <w:r>
        <w:br/>
      </w:r>
      <w:r>
        <w:t>O Orchestra, Open House</w:t>
      </w:r>
      <w:r>
        <w:br/>
      </w:r>
      <w:r>
        <w:t>P Pomp and circumstance, Program, Prom, Pep band, Perfect attendance, Pets, Parents,</w:t>
      </w:r>
      <w:r>
        <w:br/>
      </w:r>
      <w:r>
        <w:t>Q Queen (prom, homecoming), Quick recovery (from an injury), Quiet time, Quotes,</w:t>
      </w:r>
      <w:r>
        <w:br/>
      </w:r>
      <w:r>
        <w:t>R Report cards, Regionals, Rules, Russian, Relaxing</w:t>
      </w:r>
      <w:r>
        <w:br/>
      </w:r>
      <w:r>
        <w:t>S Summa cum laude, senior year, Senior Ball, Soccer, State Finals, Sophomore Year, Salutatorian, Speech club, Senior skip day, Scholarships, School's out, SAT, Spanish, Student Council, Spring break, Softball, Science, Slang, Sadie Hawkins dance, Siblings,</w:t>
      </w:r>
      <w:r>
        <w:br/>
      </w:r>
      <w:r>
        <w:t>T Tennis, Tassel, Team spirit, Talent show, Teachers, Treasures</w:t>
      </w:r>
      <w:r>
        <w:br/>
      </w:r>
      <w:r>
        <w:t>U University, U of</w:t>
      </w:r>
      <w:r>
        <w:br/>
      </w:r>
      <w:r>
        <w:t>V Volleyball, Valedictorian, Volunteer activities, Vacation, Vocabulary words, Victory, W Win, Wrestling, Who's Who (add senior class pictures)</w:t>
      </w:r>
      <w:r>
        <w:br/>
      </w:r>
      <w:r>
        <w:t>X X-tra X-tra read all about it (put in a newspaper article)</w:t>
      </w:r>
      <w:r>
        <w:br/>
      </w:r>
      <w:r>
        <w:t>Y Yearbook,</w:t>
      </w:r>
      <w:r>
        <w:br/>
      </w:r>
      <w:r>
        <w:t>Z Z end, Zzzzing after class.</w:t>
      </w:r>
    </w:p>
    <w:p>
      <w:pPr>
        <w:pStyle w:val="Heading2"/>
      </w:pPr>
      <w:r>
        <w:t>ABCs of Mother</w:t>
      </w:r>
    </w:p>
    <w:p>
      <w:r>
        <w:t>A admiration, affectionate, adore, amazing, admirable, available, affectionate, adventurous, athletic, awesome, authentic, amusing, agreeable</w:t>
      </w:r>
      <w:r>
        <w:br/>
      </w:r>
      <w:r>
        <w:t>B brave, best there is, believable, bond (I have with you), breakfast in bed, books (you read to me), beautiful, big-hearted, blessing, brilliant</w:t>
      </w:r>
      <w:r>
        <w:br/>
      </w:r>
      <w:r>
        <w:t>C caring, concerned, comforting, charitable, charming, cute, crazy, cat lover, compassionate, considerate, conscientious, courageous, cheerful, confident, cooperative, capable, computer, cuddle/cuddling, crown - you should be queen for a day!</w:t>
      </w:r>
      <w:r>
        <w:br/>
      </w:r>
      <w:r>
        <w:t>D delight/delightful, darling, dependable, dear, devoted, diligent, determined, dutiful, dynamite, deserve, direction, dignity, dreamer, delicate, doer</w:t>
      </w:r>
      <w:r>
        <w:br/>
      </w:r>
      <w:r>
        <w:t>E encouraging, effective, enlightening, excellent, enthusiastic, exciting, emotional, ethics/ethical, easy to love, endear/endearing, energy, education, even-tempered, expressive, eccentric</w:t>
      </w:r>
      <w:r>
        <w:br/>
      </w:r>
      <w:r>
        <w:t>F fun, funny, fantastic, friendly, forgiving, full of life, fun loving, food, friendly, faith, fortunate, fabulous, first class, faithful</w:t>
      </w:r>
      <w:r>
        <w:br/>
      </w:r>
      <w:r>
        <w:t>G giving, good, gifted, great, generous, go-getter, genius, gorgeous, gracious, graceful, gabby, giggly, gentle, genuine</w:t>
      </w:r>
      <w:r>
        <w:br/>
      </w:r>
      <w:r>
        <w:t>H heart, honest, helpful, hopeful, happy, hug, healthy, hearty, heavenly, hobbies, hilarious, happy home, huggable, headstrong</w:t>
      </w:r>
      <w:r>
        <w:br/>
      </w:r>
      <w:r>
        <w:t>I ideals, inspire, inspiration, incredible, important, imaginative, intent, industrious, intelligent, integrity, insight, invincible, independent, impressive, inventive</w:t>
      </w:r>
      <w:r>
        <w:br/>
      </w:r>
      <w:r>
        <w:t>J joy/joyful, jazzy, jokester, jogger, jubilant</w:t>
      </w:r>
      <w:r>
        <w:br/>
      </w:r>
      <w:r>
        <w:t>K kindness, kisses, kissable, keen, keeps her cool, kindhearted, knowledgeable, kidder</w:t>
      </w:r>
      <w:r>
        <w:br/>
      </w:r>
      <w:r>
        <w:t>L love, laughter, life, little girl, lucky, lovable, likable, luscious, laughs, loving, loyal, lively, lady, logical, listener</w:t>
      </w:r>
      <w:r>
        <w:br/>
      </w:r>
      <w:r>
        <w:t>M magnanimous, mature, mischievous, mellow, morals, miraculous, memories, Mom, mother, Mommy, musical, mysterious</w:t>
      </w:r>
      <w:r>
        <w:br/>
      </w:r>
      <w:r>
        <w:t>N neighbor, neat, nice, noble, nutty, naturally fun (or other word), not judgmental, nurturing, neat, night owl</w:t>
      </w:r>
      <w:r>
        <w:br/>
      </w:r>
      <w:r>
        <w:t>O original, optimistic, outgoing, oodles of outstanding things you do, open-hearted, orderly, outspoken, outstanding</w:t>
      </w:r>
      <w:r>
        <w:br/>
      </w:r>
      <w:r>
        <w:t>P patience, play, pleasing, perfect, paternal, perceptive, patient, pack rat, pleasant, positive, practical, pretty, perfectionist, polite, poised</w:t>
      </w:r>
      <w:r>
        <w:br/>
      </w:r>
      <w:r>
        <w:t>Q quite, quick, questioning, quiet, quite impressive, quality time, questions answered, quilter, quaint</w:t>
      </w:r>
      <w:r>
        <w:br/>
      </w:r>
      <w:r>
        <w:t>R responsibility, reliable, reasonable, remarkable, responsible, ready, radiant, rational, refreshing, ray of sunshine, reader</w:t>
      </w:r>
      <w:r>
        <w:br/>
      </w:r>
      <w:r>
        <w:t>S sacrifices, sweet, smiling, sensitive, super, sensational, stable, skillful, strong, sensible, sympathetic, sharing, super-duper, shoulder to cry on, shy, smart, sincere, special, sunny, spirited</w:t>
      </w:r>
      <w:r>
        <w:br/>
      </w:r>
      <w:r>
        <w:t>T trust, truthful, terrific, trustworthy, thoughtful, tender, teaching, time, talented, tireless, tenacious, teaser, talkative</w:t>
      </w:r>
      <w:r>
        <w:br/>
      </w:r>
      <w:r>
        <w:t>U useful, upbeat, unselfish, understanding ways, unique, unusual, ultimate, unbelievable, uplifting</w:t>
      </w:r>
      <w:r>
        <w:br/>
      </w:r>
      <w:r>
        <w:t>V vacations, valiant, volunteer, values, virtue, vitality, vibrant, vivacious</w:t>
      </w:r>
      <w:r>
        <w:br/>
      </w:r>
      <w:r>
        <w:t>W is for your wisdom and wit, warmth of your hugs, wonderful, wise, witty, worthy, warm, whimsical, wacky, winner</w:t>
      </w:r>
      <w:r>
        <w:br/>
      </w:r>
      <w:r>
        <w:t>X is for all the hugs and kisses you deserve; x-tra special, x-traordinary, x-cellent, x-pert, eXperience, relaXation,</w:t>
      </w:r>
      <w:r>
        <w:br/>
      </w:r>
      <w:r>
        <w:t>Y young at heart, youthful, yard work, yakkity</w:t>
      </w:r>
      <w:r>
        <w:br/>
      </w:r>
      <w:r>
        <w:t>Z zany, zealous, zippy, zestful, Zillions of reasons that I love you!</w:t>
      </w:r>
      <w:r>
        <w:br/>
      </w:r>
      <w:r>
        <w:t>ALSO INCLUDE: friends, relatives, favorite foods, special events, occupation, hobbies, etc.</w:t>
      </w:r>
    </w:p>
    <w:p>
      <w:pPr>
        <w:pStyle w:val="Heading2"/>
      </w:pPr>
      <w:r>
        <w:t>ABCs of Parents</w:t>
      </w:r>
    </w:p>
    <w:p>
      <w:r>
        <w:t>Everything I need to know I learned from my Parents</w:t>
      </w:r>
      <w:r>
        <w:br/>
      </w:r>
      <w:r>
        <w:t>A - to Admire the best in everyone</w:t>
      </w:r>
      <w:r>
        <w:br/>
      </w:r>
      <w:r>
        <w:t>B - to see Beauty everywhere</w:t>
      </w:r>
      <w:r>
        <w:br/>
      </w:r>
      <w:r>
        <w:t>C - to be Caring</w:t>
      </w:r>
      <w:r>
        <w:br/>
      </w:r>
      <w:r>
        <w:t>D - I Delight in being your Daughter</w:t>
      </w:r>
      <w:r>
        <w:br/>
      </w:r>
      <w:r>
        <w:t>E - to be Ethical</w:t>
      </w:r>
      <w:r>
        <w:br/>
      </w:r>
      <w:r>
        <w:t>F - to know what a Fantastic Father is</w:t>
      </w:r>
      <w:r>
        <w:br/>
      </w:r>
      <w:r>
        <w:t>G - to be Generous</w:t>
      </w:r>
      <w:r>
        <w:br/>
      </w:r>
      <w:r>
        <w:t>H - to be Honest</w:t>
      </w:r>
      <w:r>
        <w:br/>
      </w:r>
      <w:r>
        <w:t>I - to hold high Ideals</w:t>
      </w:r>
      <w:r>
        <w:br/>
      </w:r>
      <w:r>
        <w:t>J - to be a Jack-of-all trades (know how to deal with everything)</w:t>
      </w:r>
      <w:r>
        <w:br/>
      </w:r>
      <w:r>
        <w:t>K - to be Kind</w:t>
      </w:r>
      <w:r>
        <w:br/>
      </w:r>
      <w:r>
        <w:t>L - to Love much, Live well, and Laugh often</w:t>
      </w:r>
      <w:r>
        <w:br/>
      </w:r>
      <w:r>
        <w:t>M - to know what a Marvelous Mother is</w:t>
      </w:r>
      <w:r>
        <w:br/>
      </w:r>
      <w:r>
        <w:t>N - to be a Nice Neighbor</w:t>
      </w:r>
      <w:r>
        <w:br/>
      </w:r>
      <w:r>
        <w:t>O - to always have Oodles of projects (idle hands...you know)</w:t>
      </w:r>
      <w:r>
        <w:br/>
      </w:r>
      <w:r>
        <w:t>P - to have a Practical approach to life's challenges</w:t>
      </w:r>
      <w:r>
        <w:br/>
      </w:r>
      <w:r>
        <w:t>Q - that Quality is better than quantity</w:t>
      </w:r>
      <w:r>
        <w:br/>
      </w:r>
      <w:r>
        <w:t>R - to be Responsible in all things</w:t>
      </w:r>
      <w:r>
        <w:br/>
      </w:r>
      <w:r>
        <w:t>S - that no Sacrifice is too great for those you love</w:t>
      </w:r>
      <w:r>
        <w:br/>
      </w:r>
      <w:r>
        <w:t>T - to Trust and be Trustworthy</w:t>
      </w:r>
      <w:r>
        <w:br/>
      </w:r>
      <w:r>
        <w:t>U - to be Understanding</w:t>
      </w:r>
      <w:r>
        <w:br/>
      </w:r>
      <w:r>
        <w:t>V - to Volunteer your time and talents</w:t>
      </w:r>
      <w:r>
        <w:br/>
      </w:r>
      <w:r>
        <w:t>W - to learn from the Wisdom of others</w:t>
      </w:r>
      <w:r>
        <w:br/>
      </w:r>
      <w:r>
        <w:t>X - that you can never give nor receive too many XXX's and OOO's</w:t>
      </w:r>
      <w:r>
        <w:br/>
      </w:r>
      <w:r>
        <w:t>Y - to always be Young-at-heart</w:t>
      </w:r>
      <w:r>
        <w:br/>
      </w:r>
      <w:r>
        <w:t>Z - and Zillions and Zillions of other little lessons along the way</w:t>
      </w:r>
    </w:p>
    <w:p>
      <w:r>
        <w:t>A is for Arms, Arms that hold and Arms that support and Arms that push when they have to.</w:t>
      </w:r>
      <w:r>
        <w:br/>
      </w:r>
      <w:r>
        <w:t>B is for Books, which belong in every home; and for Boredom, which can't stay long if Books are there.</w:t>
      </w:r>
      <w:r>
        <w:br/>
      </w:r>
      <w:r>
        <w:t>C is for the Children; and the Caring and the Crying, which sometimes come together all at once.</w:t>
      </w:r>
      <w:r>
        <w:br/>
      </w:r>
      <w:r>
        <w:t>D is for Doors, which you sometimes have to help them open and through which they have to go someday never to return unchanged; and for Discipline and Dignity, which you owe every child.</w:t>
      </w:r>
      <w:r>
        <w:br/>
      </w:r>
      <w:r>
        <w:t>E is for Everything you hope for them; for the Easier you hope it will be for them; and for Education, which should take place at least as much at home as in school.</w:t>
      </w:r>
      <w:r>
        <w:br/>
      </w:r>
      <w:r>
        <w:t>F is for Foolish mistakes you make with your kids; and for the Freedom they must have to make their own.</w:t>
      </w:r>
      <w:r>
        <w:br/>
      </w:r>
      <w:r>
        <w:t>G is for Grandparents, who can add tradition and wisdom to children's lives; and for Growth, which parents and kids can experience together.</w:t>
      </w:r>
      <w:r>
        <w:br/>
      </w:r>
      <w:r>
        <w:t>H is for Home, which sometimes is the only place where a child feels wanted and loved.</w:t>
      </w:r>
      <w:r>
        <w:br/>
      </w:r>
      <w:r>
        <w:t>I is for Ignorance, which darkens the world and is sometimes mistaken for Innocence.</w:t>
      </w:r>
      <w:r>
        <w:br/>
      </w:r>
      <w:r>
        <w:t>J is for Jealousy, which creeps into so many relationships; and for Joy, which can put it out.</w:t>
      </w:r>
      <w:r>
        <w:br/>
      </w:r>
      <w:r>
        <w:t>K is for Kickball, and tag and hide-and-seek and all those other adult-less games kids need to play; and for Kissing, and hugging which nobody does enough of.</w:t>
      </w:r>
      <w:r>
        <w:br/>
      </w:r>
      <w:r>
        <w:t>L is for Love, of course.</w:t>
      </w:r>
      <w:r>
        <w:br/>
      </w:r>
      <w:r>
        <w:t>M is for the Memory all parents have of what childhood was like for them; and for Money, which can never substitute for love no matter how lavishly given; and for Manners, which make living easier.</w:t>
      </w:r>
      <w:r>
        <w:br/>
      </w:r>
      <w:r>
        <w:t>N is for Nurturing, the giving of love and care which only sometimes comes naturally.</w:t>
      </w:r>
      <w:r>
        <w:br/>
      </w:r>
      <w:r>
        <w:t>O is for Occupation, which takes so much of your time; and for the Openness that exists when kids and parents really work at it.</w:t>
      </w:r>
      <w:r>
        <w:br/>
      </w:r>
      <w:r>
        <w:t>P is for Presents, which are easy to give; and for Presence, which is harder; and for Parenthood, which is only partly a biological function; and for the Patience it takes to see you through it.</w:t>
      </w:r>
      <w:r>
        <w:br/>
      </w:r>
      <w:r>
        <w:t>Q is for Questions, which are so easy to turn off and so hard to turn back on.</w:t>
      </w:r>
      <w:r>
        <w:br/>
      </w:r>
      <w:r>
        <w:t>R is for Rest, which never comes while the kids are young; and for Reward, which you get when you get when you look in their faces or hold their hands.</w:t>
      </w:r>
      <w:r>
        <w:br/>
      </w:r>
      <w:r>
        <w:t>S is for Summer, which seems endless; and for School, where you ought to feel welcome; for the Stories you know but seldom tell; and for Shoulders, which sometimes are drenched with tears.</w:t>
      </w:r>
      <w:r>
        <w:br/>
      </w:r>
      <w:r>
        <w:t>T is for Time, which there never seems to be enough of; and for Teachers who try to understand.</w:t>
      </w:r>
      <w:r>
        <w:br/>
      </w:r>
      <w:r>
        <w:t>U is for the Upper hand, which you try so hard to keep; and for the Understanding that you try so hard to have.</w:t>
      </w:r>
      <w:r>
        <w:br/>
      </w:r>
      <w:r>
        <w:t>V is for the Virtue of overcoming all those roadblocks life seems to throw just when everything's going well.</w:t>
      </w:r>
      <w:r>
        <w:br/>
      </w:r>
      <w:r>
        <w:t>W is for the Whys, which can drive you up the wall; and the Wisdom it takes to answer them.</w:t>
      </w:r>
      <w:r>
        <w:br/>
      </w:r>
      <w:r>
        <w:t>X is for the X ray of the broken bone you both cried over; and for the Xtra love it takes to be a parent.</w:t>
      </w:r>
      <w:r>
        <w:br/>
      </w:r>
      <w:r>
        <w:t>Y is for Yelling which helps only temporarily; and for being Young which is only partly a matter of Years.</w:t>
      </w:r>
      <w:r>
        <w:br/>
      </w:r>
      <w:r>
        <w:t>Z is for the end, the end of alphabets, the end of childhood, but never the end of love.</w:t>
      </w:r>
    </w:p>
    <w:p>
      <w:pPr>
        <w:pStyle w:val="Heading2"/>
      </w:pPr>
      <w:r>
        <w:t>ABCs About Pregnancy</w:t>
      </w:r>
    </w:p>
    <w:p>
      <w:r>
        <w:t>A – All about us (family), Alterations</w:t>
      </w:r>
      <w:r>
        <w:br/>
      </w:r>
      <w:r>
        <w:t>B – Baby stuff, Big changes</w:t>
      </w:r>
      <w:r>
        <w:br/>
      </w:r>
      <w:r>
        <w:t>C – Changes, Charts (measurements, etc.)</w:t>
      </w:r>
      <w:r>
        <w:br/>
      </w:r>
      <w:r>
        <w:t>D – Doctor’s appointments or Daddy</w:t>
      </w:r>
      <w:r>
        <w:br/>
      </w:r>
      <w:r>
        <w:t>E – Expanding</w:t>
      </w:r>
      <w:r>
        <w:br/>
      </w:r>
      <w:r>
        <w:t>F – First photos or Food cravings or Family</w:t>
      </w:r>
      <w:r>
        <w:br/>
      </w:r>
      <w:r>
        <w:t>G – Grandparents</w:t>
      </w:r>
      <w:r>
        <w:br/>
      </w:r>
      <w:r>
        <w:t>H – Happy</w:t>
      </w:r>
      <w:r>
        <w:br/>
      </w:r>
      <w:r>
        <w:t>I – Information (journaling on how I feel), Ideas (for nursery, etc.)</w:t>
      </w:r>
      <w:r>
        <w:br/>
      </w:r>
      <w:r>
        <w:t>J – Journaling, Joy, Just us</w:t>
      </w:r>
      <w:r>
        <w:br/>
      </w:r>
      <w:r>
        <w:t>K – Kidding around</w:t>
      </w:r>
      <w:r>
        <w:br/>
      </w:r>
      <w:r>
        <w:t>L – Love, Lamaze</w:t>
      </w:r>
      <w:r>
        <w:br/>
      </w:r>
      <w:r>
        <w:t>M – Mommy, Maternity</w:t>
      </w:r>
      <w:r>
        <w:br/>
      </w:r>
      <w:r>
        <w:t>N – New beginnings, Nursery</w:t>
      </w:r>
      <w:r>
        <w:br/>
      </w:r>
      <w:r>
        <w:t>O – Our family</w:t>
      </w:r>
      <w:r>
        <w:br/>
      </w:r>
      <w:r>
        <w:t>P – Pregnant, Prenatal checks</w:t>
      </w:r>
      <w:r>
        <w:br/>
      </w:r>
      <w:r>
        <w:t>Q – Quiet time, Quest (looking for things for baby)</w:t>
      </w:r>
      <w:r>
        <w:br/>
      </w:r>
      <w:r>
        <w:t>R – Recreation</w:t>
      </w:r>
      <w:r>
        <w:br/>
      </w:r>
      <w:r>
        <w:t>S – Showers</w:t>
      </w:r>
      <w:r>
        <w:br/>
      </w:r>
      <w:r>
        <w:t>T – Toys</w:t>
      </w:r>
      <w:r>
        <w:br/>
      </w:r>
      <w:r>
        <w:t>U – Ultrasound</w:t>
      </w:r>
      <w:r>
        <w:br/>
      </w:r>
      <w:r>
        <w:t>V – Vacations (last ones for a while)</w:t>
      </w:r>
      <w:r>
        <w:br/>
      </w:r>
      <w:r>
        <w:t>W – We (Mom and Dad together)</w:t>
      </w:r>
      <w:r>
        <w:br/>
      </w:r>
      <w:r>
        <w:t>X – Xtra special times</w:t>
      </w:r>
      <w:r>
        <w:br/>
      </w:r>
      <w:r>
        <w:t>Y – You (thoughts about baby)</w:t>
      </w:r>
      <w:r>
        <w:br/>
      </w:r>
      <w:r>
        <w:t>Z – Zzzs (Mom rests up)</w:t>
      </w:r>
    </w:p>
    <w:p>
      <w:pPr>
        <w:pStyle w:val="Heading2"/>
      </w:pPr>
      <w:r>
        <w:t>ABCs About Scouting</w:t>
      </w:r>
    </w:p>
    <w:p>
      <w:r>
        <w:t>A – appreciative, able, amiable, alumnae, adventures, arts and crafts, archery, awards, advancement</w:t>
      </w:r>
      <w:r>
        <w:br/>
      </w:r>
      <w:r>
        <w:t>B – be prepared, bridging, badges, bedrolls, boots, bug juice, back pack, barbecue, bike rodeo</w:t>
      </w:r>
      <w:r>
        <w:br/>
      </w:r>
      <w:r>
        <w:t>C – camping, crafts, compass, Court of Honor, canteen, courtesy, caring, community, ceremony, character, colors, (troop or patrol) crest, camp fire, camp stove. canoe, council, camp stool, cot</w:t>
      </w:r>
      <w:r>
        <w:br/>
      </w:r>
      <w:r>
        <w:t>D – day camp, Dutch ovens, ditty bag, dunking bag, dads, dedicated, dance, discovery, dues</w:t>
      </w:r>
      <w:r>
        <w:br/>
      </w:r>
      <w:r>
        <w:t>E – exploring, exercise, ecology, eager, earnest, ‘earn it,’ exciting, empowered, energized</w:t>
      </w:r>
      <w:r>
        <w:br/>
      </w:r>
      <w:r>
        <w:t>F – fly-up, flag, flag ceremony, fire building, fun, friends, friendship, fair, first-aid, first-class, fleur-de-lis, fishing, fund-raising, fitness, future, freedom, festival</w:t>
      </w:r>
      <w:r>
        <w:br/>
      </w:r>
      <w:r>
        <w:t>G – good sports, good deeds, games, gadgets, green, Gorp, generations, good will, giving</w:t>
      </w:r>
      <w:r>
        <w:br/>
      </w:r>
      <w:r>
        <w:t>H – handshake, hints, heroines, heroes, history, hiking, hiking stick, honor, helpful, hello, honest, hobo dinner, high adventures, historian, honor guard, handbook, hobbies, humor</w:t>
      </w:r>
      <w:r>
        <w:br/>
      </w:r>
      <w:r>
        <w:t>I – insignia, international, interests, interesting, insects, information, individual, ideas, identity</w:t>
      </w:r>
      <w:r>
        <w:br/>
      </w:r>
      <w:r>
        <w:t>J – jolly, jump, Jamboree, Jubilee, journal, join, jargon</w:t>
      </w:r>
      <w:r>
        <w:br/>
      </w:r>
      <w:r>
        <w:t>K – knots, Kaper charts, kind, kindness, kids, knife, kayak, knowledge</w:t>
      </w:r>
      <w:r>
        <w:br/>
      </w:r>
      <w:r>
        <w:t>L – leaders, laws, lashing, leadership, Lummi sticks, latrine, lantern, leather crafts, loyalty, laughter</w:t>
      </w:r>
      <w:r>
        <w:br/>
      </w:r>
      <w:r>
        <w:t>M – meetings, make new friends, motto, mascots, marshmallows, moms, mess kit, mosquito netting, music, metal work, membership, manners, math</w:t>
      </w:r>
      <w:r>
        <w:br/>
      </w:r>
      <w:r>
        <w:t>N – nurturing, nature, nutrition, (troop) number, neckerchief, novice, neighborhood</w:t>
      </w:r>
      <w:r>
        <w:br/>
      </w:r>
      <w:r>
        <w:t>O – oath, opportunity, orienteering, overnights, outdoors, organization, official, original</w:t>
      </w:r>
      <w:r>
        <w:br/>
      </w:r>
      <w:r>
        <w:t>P – pledge, promise, politeness, parents, Post the Colors, pocket knife, patches, projects, popcorn, patrol, pins, proud, protocol, processional, progress</w:t>
      </w:r>
      <w:r>
        <w:br/>
      </w:r>
      <w:r>
        <w:t>Q – quiet sign, quilts, questions, quick, quality time, quinzhee (snow hut)</w:t>
      </w:r>
      <w:r>
        <w:br/>
      </w:r>
      <w:r>
        <w:t>R – recycling, rededication, rowing, reverent, rafting, rank, rope, regatta, recognition, respect</w:t>
      </w:r>
      <w:r>
        <w:br/>
      </w:r>
      <w:r>
        <w:t>S – sashes, s’mores, singing, songs, scout sign, sit-upon, service projects, silly songs, swimming, sleeping bag, snow, survival, summer camp, sash, sharing, science, succeed, stories</w:t>
      </w:r>
      <w:r>
        <w:br/>
      </w:r>
      <w:r>
        <w:t>T – tents, troop, trips, travel, trefoil, training, trustworthy, Taps, tradition, triumph, treats</w:t>
      </w:r>
      <w:r>
        <w:br/>
      </w:r>
      <w:r>
        <w:t>U – uniforms, unit, under the stars, understanding, unforgettable, unique</w:t>
      </w:r>
      <w:r>
        <w:br/>
      </w:r>
      <w:r>
        <w:t>V – vests, ad-Venture, volunteers, vows, victory, virtue, variety, vision</w:t>
      </w:r>
      <w:r>
        <w:br/>
      </w:r>
      <w:r>
        <w:t>W – worlds to explore, woods, wild animals, water fun, writing, winner, walking, wisdom</w:t>
      </w:r>
      <w:r>
        <w:br/>
      </w:r>
      <w:r>
        <w:t>X – X-tra special, X-illerating, X-citing, X-tra fun, X-pect the best</w:t>
      </w:r>
      <w:r>
        <w:br/>
      </w:r>
      <w:r>
        <w:t>Y – you, youth, yelling. yurt (skin tent), yourself</w:t>
      </w:r>
      <w:r>
        <w:br/>
      </w:r>
      <w:r>
        <w:t>Z – zoo visits, zzzzzz, zany, zeal, zest, zealous</w:t>
      </w:r>
    </w:p>
    <w:p>
      <w:pPr>
        <w:pStyle w:val="Heading2"/>
      </w:pPr>
      <w:r>
        <w:t>Poem About You</w:t>
      </w:r>
    </w:p>
    <w:p>
      <w:r>
        <w:t>All I want to say is that you’ve</w:t>
      </w:r>
      <w:r>
        <w:br/>
      </w:r>
      <w:r>
        <w:t>Been one of the most</w:t>
      </w:r>
      <w:r>
        <w:br/>
      </w:r>
      <w:r>
        <w:t>Considerate people I could ever wish to know.</w:t>
      </w:r>
      <w:r>
        <w:br/>
      </w:r>
      <w:r>
        <w:t>During good times or bad,</w:t>
      </w:r>
      <w:r>
        <w:br/>
      </w:r>
      <w:r>
        <w:t>Everyone knows that you are</w:t>
      </w:r>
      <w:r>
        <w:br/>
      </w:r>
      <w:r>
        <w:t>Faithful in your desire to do</w:t>
      </w:r>
      <w:r>
        <w:br/>
      </w:r>
      <w:r>
        <w:t>Good things and to share good, positives thoughts.</w:t>
      </w:r>
      <w:r>
        <w:br/>
      </w:r>
      <w:r>
        <w:t>Heaven must have sent you, and</w:t>
      </w:r>
      <w:r>
        <w:br/>
      </w:r>
      <w:r>
        <w:t>I am forever grateful. You are a</w:t>
      </w:r>
      <w:r>
        <w:br/>
      </w:r>
      <w:r>
        <w:t>Jewel of a person, full of</w:t>
      </w:r>
      <w:r>
        <w:br/>
      </w:r>
      <w:r>
        <w:t>Kindness and fun. You’re a great</w:t>
      </w:r>
      <w:r>
        <w:br/>
      </w:r>
      <w:r>
        <w:t>Listener and sharer of wisdom.</w:t>
      </w:r>
      <w:r>
        <w:br/>
      </w:r>
      <w:r>
        <w:t>Many a time I’ve leaned on you for support. How</w:t>
      </w:r>
      <w:r>
        <w:br/>
      </w:r>
      <w:r>
        <w:t>Nice to have such a friend.</w:t>
      </w:r>
      <w:r>
        <w:br/>
      </w:r>
      <w:r>
        <w:t>Oh, what a wonderful place you make my world.</w:t>
      </w:r>
      <w:r>
        <w:br/>
      </w:r>
      <w:r>
        <w:t>Please know how much you are appreciated. It’s</w:t>
      </w:r>
      <w:r>
        <w:br/>
      </w:r>
      <w:r>
        <w:t>Quite a blessing to share these feelings with you. How</w:t>
      </w:r>
      <w:r>
        <w:br/>
      </w:r>
      <w:r>
        <w:t>Refreshing to have this album to remind you again and again, that</w:t>
      </w:r>
      <w:r>
        <w:br/>
      </w:r>
      <w:r>
        <w:t>Somebody like me</w:t>
      </w:r>
      <w:r>
        <w:br/>
      </w:r>
      <w:r>
        <w:t>Thinks somebody like you is</w:t>
      </w:r>
      <w:r>
        <w:br/>
      </w:r>
      <w:r>
        <w:t>Unique and deserving of such a heartfelt token of love.</w:t>
      </w:r>
      <w:r>
        <w:br/>
      </w:r>
      <w:r>
        <w:t>Verily I say unto you, it’s because of the</w:t>
      </w:r>
      <w:r>
        <w:br/>
      </w:r>
      <w:r>
        <w:t>Wonderful things that make you, YOU! If</w:t>
      </w:r>
      <w:r>
        <w:br/>
      </w:r>
      <w:r>
        <w:t>Xerox could copy you . . . I’d try to get two of you.</w:t>
      </w:r>
      <w:r>
        <w:br/>
      </w:r>
      <w:r>
        <w:t>You'd be able to double the joy that you bring.</w:t>
      </w:r>
    </w:p>
    <w:p>
      <w:r>
        <w:t>Well, that’s how I feel, I think you are the best.</w:t>
      </w:r>
      <w:r>
        <w:br/>
      </w:r>
      <w:r>
        <w:t>and I could go on and on about your Zeal and your Zest!</w:t>
      </w:r>
    </w:p>
    <w:p>
      <w:pPr>
        <w:pStyle w:val="Heading2"/>
      </w:pPr>
      <w:r>
        <w:t>Alphabet Words</w:t>
      </w:r>
    </w:p>
    <w:p>
      <w:r>
        <w:t>A</w:t>
      </w:r>
      <w:r>
        <w:br/>
      </w:r>
      <w:r>
        <w:t>Apple, angel, airplane, ant, aunt, autumn, angry , alligator, anchor, award, arrow, anniversary, April, August, animals, automobile, artichoke, asparagus, ark, Aladdin, acrobat, auntie, acorn, armadillo, absolutely, admire, advent, alphabet, amen, ancestor, anticipation, antique, applause, appreciative, arm, artwork, asleep, authentic, awake, awesome, ask, answer, arrow, Aqua, aquarium.</w:t>
      </w:r>
    </w:p>
    <w:p>
      <w:r>
        <w:t>B</w:t>
      </w:r>
      <w:r>
        <w:br/>
      </w:r>
      <w:r>
        <w:t>Bus, build, bucket, bed, believe, bib, Bible, bottom, bouquet, bowl, box, bread, breakfast, bride, brush, boot, basket, Big Bird, backyard, bake, ballerina, barbecue, bathtub, beard, beautiful, bathtime, big, bug, bite, Barney, Bambi, bye-bye, bottle, bread, ballet, barn, boy, bowling, baseball, basketball, brother, bell, blanket, basket, bird, bee, bubble, brown, baby, block badge, band-aid, boo-boo, banana, barn, bath, book, butterfly, bat, ball, boat, bike, balloon, bear, birthday, beach, bunny, bow, blue, black, beach ball, baby block, baby's bib, baby buggy, birthday cake, bowling ball, binoculars, Baby Bop, bake, bag, button.</w:t>
      </w:r>
    </w:p>
    <w:p>
      <w:r>
        <w:t>C</w:t>
      </w:r>
      <w:r>
        <w:br/>
      </w:r>
      <w:r>
        <w:t>Cupcake, cuddly, cricket, count, couch, costume, cookie, confetti, cold, clouds, clock, climb, card, care, carrot, castle, caterpillar, celebration, cheerful, cheese, chicken pox, chin, candy, chipmunk, cupid, cowboy, cheerleader, computer, clap, cake, calendar, camel, crown, chick, children, circle, computer, cooking, career, carnival, color,cookie, candy cane, corn, cousin, church, cactus, camera, carousel, car, clouds, clown, crayon, cross, cat, canoe, coach, camping, cowboy, carriage, coat, Christmas, candle, cow, camping, Christmas tree, Christmas Lights, chick, crayons, candy hearts, cap, crab, canoe, cooler, circle, Coca-Cola, crawl</w:t>
      </w:r>
    </w:p>
    <w:p>
      <w:r>
        <w:t>D</w:t>
      </w:r>
      <w:r>
        <w:br/>
      </w:r>
      <w:r>
        <w:t>Dolphin, dinosaur, date, daffodil, diaper, daughter, dancing, Dad, duck, dog, drum, doll, dress up, December, Daddy, diploma, dragonfly, delightful, doctor, dentist, down, dream, donkey, dime, doughnut, door, dot, dove, dump truck, diamond, dance, dark, day, darling, dazzling, decorate, delicious, dessert, design, dice, different, dimple, dinner, dirty, dive, dishwasher, draw, dollar, dress, drink, dryer, Doll, delivery truck</w:t>
      </w:r>
    </w:p>
    <w:p>
      <w:r>
        <w:t>E</w:t>
      </w:r>
      <w:r>
        <w:br/>
      </w:r>
      <w:r>
        <w:t>Experience, explore, eighteen, eighty, enjoy, elbow, elegant, exit, excellent, exceptional, exhausted, eat, elves, eagle, ear, Eater, egg, elephant, exercise, emergency, early, empty, encourage, easy, eel, extraordinary, energy, entertaining, exciting, echo, eight, eleven, elevator, escalator, eyes, Elmo, Ernie, Eskimo, Earth, earring, educational, effort, Extra Special</w:t>
      </w:r>
    </w:p>
    <w:p>
      <w:r>
        <w:t>F</w:t>
      </w:r>
      <w:r>
        <w:br/>
      </w:r>
      <w:r>
        <w:t>Fiesta!, food, family, fish, football, flag, father, filmstrip, fireworks, four, five, fly, food, foot, forty, freckles, freezer, frown, full, fun, furniture, footprint, fork, French fries, fruit, frog, friend, flamingo, February, feather, farm, fantastic, friendly, favorite, funny, fox, fun, fix, first, flush, fire, fire truck, film, Friday, finger, face, faith, fall, fancy, fantastic, farm, fifteen, fifty, flower.</w:t>
      </w:r>
    </w:p>
    <w:p>
      <w:r>
        <w:t>G</w:t>
      </w:r>
      <w:r>
        <w:br/>
      </w:r>
      <w:r>
        <w:t>Gingerbread man, gift, goose, ghost, globe, gull, glasses, genie, goat, goldfish, giggle, God, grandparents, garden, grape, gold, garland, green, girl, graduate, giraffe, groom,garage, growing-up, great, Go, grumpy, gopher, gum, gumdrop, game, gentle, glue, gooey, goofy, gorilla, gracious, graduation, grasshopper, gray, grin, groceries, guest, guitar.</w:t>
      </w:r>
    </w:p>
    <w:p>
      <w:r>
        <w:t>H</w:t>
      </w:r>
      <w:r>
        <w:br/>
      </w:r>
      <w:r>
        <w:t>Holiday, horse, happy, hat, Halloween, heart, hand, hen, horn, holly, house, hammer, hockey, helmet, hippopotamus, home, hobby, husband, hummingbird, honey, healthy, hog, hum, humorous, Ha Ha, happiness, hello, hi, heaven, hero, harmony, hot, hug, hood, highchair, hair, haircut, hamburger, head, hide, hill, hold, holiday, home, hope, hot dog, hour, howdy, hundred, helicopter</w:t>
      </w:r>
    </w:p>
    <w:p>
      <w:r>
        <w:t>I</w:t>
      </w:r>
      <w:r>
        <w:br/>
      </w:r>
      <w:r>
        <w:t>Ice Skate, icicles, icing, Irish, iron, incredible, inch, independent, imaginative, interesting, inventive, impressive, inspiration, important, injury, invitation, investment, income tax, interest, irresistible, innocent, island, Ice cream, instrument, igloo, ice skating, inside, inch worm, Indian, iris, iguana</w:t>
      </w:r>
    </w:p>
    <w:p>
      <w:r>
        <w:t>J</w:t>
      </w:r>
      <w:r>
        <w:br/>
      </w:r>
      <w:r>
        <w:t>Jewelry, jingle bells, journal, joy, juggle, job, jar, juice, jaw, jazz, jeep, junk, jaguar, jacket, jungle, jungle gym, jet, Jesus, Jelly bean, jam, jelly, jump, January, June, July, Jury, jack-0-lantern, jack-in-the-box</w:t>
      </w:r>
    </w:p>
    <w:p>
      <w:r>
        <w:t>K</w:t>
      </w:r>
      <w:r>
        <w:br/>
      </w:r>
      <w:r>
        <w:t>King, kid, kind, kite, knowledge, kitten, key, kettle, knife, koala, kangaroo, kiss, kitchen, knee, knock, knot, ketchup, kindergarten, kit, karate, keepsake</w:t>
      </w:r>
    </w:p>
    <w:p>
      <w:r>
        <w:t>L</w:t>
      </w:r>
      <w:r>
        <w:br/>
      </w:r>
      <w:r>
        <w:t>Light, long, living room, lock, lots, loud, lullaby, lady bug, lightning, lamp, lollipop, leaf, lion, lizard, lily, locomotive, lamb, lucky, lobster, lunch, library, left, live, love, learn, lap, look, listen, lemonade, little, lake, lace, laugh, laundry, large, lawn, lazy, leap, lettuce, leap, lemon, leg, lick, life, lips</w:t>
      </w:r>
    </w:p>
    <w:p>
      <w:r>
        <w:t>M</w:t>
      </w:r>
      <w:r>
        <w:br/>
      </w:r>
      <w:r>
        <w:t>Money, mouse, mountain, mustache, month, moo, movie, milk, me, monkey, monster, Monday, Mickey Mouse, mermaid, mouth, magnificent, makeup, man, manners, marriage, meal, microwave, middle, midnight, Mom, Mommy, on, music, mailbox, May, mask, map, mitten, megaphone, mistletoe, magic, macaroni, March, medicine, mischievous, mud, muffin, marvelous</w:t>
      </w:r>
    </w:p>
    <w:p>
      <w:r>
        <w:t>N</w:t>
      </w:r>
      <w:r>
        <w:br/>
      </w:r>
      <w:r>
        <w:t>Noodle, noisy, now, November, nut, number, naughty, nobody, not, No, neat, nice, niece, nephew, night, night light, nap, nine, notes, nurse, neighbor, needlework, nickel, new, name, nose, nativity, nature, necklace, nest, newborn, nightgown, nineteen, ninety, number, nursing</w:t>
      </w:r>
    </w:p>
    <w:p>
      <w:r>
        <w:t>O</w:t>
      </w:r>
      <w:r>
        <w:br/>
      </w:r>
      <w:r>
        <w:t>Oatmeal, Octopus, October, orange, octagon, open, only child, oval, oak, ordinary days, outside, olive, ocean, otter, old, outstanding, okay, opposite, ostrich, optimistic, one, ornament, ouch, oven, over</w:t>
      </w:r>
    </w:p>
    <w:p>
      <w:r>
        <w:t>P</w:t>
      </w:r>
      <w:r>
        <w:br/>
      </w:r>
      <w:r>
        <w:t>Puppet, puzzle, present, pink, puppy, picnic, pop, pony, purple, pansy, pentagon, paw print, painting, party, piano, palm tree, pencil, pen, pennant, pilgrim, polar bear, popcorn, Popsicle, pumpkin, polka dots, parent, pine, panda, penguin, pie, pancakes, park, parrot, pretzel, parachute, penny, peanut, pear, pea, porcupine, parade, pet, peace, Peter Pan, Pooh, Piglet, pool, paint, pajamas, pants, papa, patience, peach, peacock, peek-a-boo, perfect, pet, phone, photograph, pig, pineapple, pizza, prayer, prepare, pretty, prize</w:t>
      </w:r>
    </w:p>
    <w:p>
      <w:r>
        <w:t>Q</w:t>
      </w:r>
      <w:r>
        <w:br/>
      </w:r>
      <w:r>
        <w:t>Queen, Quiet, quilt, quick, quote, quite, quack, quiz, quest, quaint, quality, quantity, quicksand, question, quarter, quail, quotation marks, quill, queasy, quintet,</w:t>
      </w:r>
    </w:p>
    <w:p>
      <w:r>
        <w:t>R</w:t>
      </w:r>
      <w:r>
        <w:br/>
      </w:r>
      <w:r>
        <w:t>Ready, recline, rectangle, relax, rest, reunion, river, road, room, radio, race, rabbit, rocker, rocket, ribbon, rose, red, rings, reindeer, rollerblade, roller skate, rainbow, rattle, running, robot, rooster, rodeo, rain, read, raisin, row, remember, rice, respect, rhinoceros, ring, rest, raspberry, ripe, refrigerator, run roar, room , roam</w:t>
      </w:r>
    </w:p>
    <w:p>
      <w:r>
        <w:t>S</w:t>
      </w:r>
      <w:r>
        <w:br/>
      </w:r>
      <w:r>
        <w:t>Swim, sixty, ski, skunk, sleep, slide, small, soft, square, stove, strawberry, sugar, surprise, scrapbook, second, sensational, seventeen, seventy, shape, sheep, ship, short, sixteen, squirrel, son, skunk, skip, sing, silly, September, snake, stocking, star, sun, sailboat, Santa, saw, sand dollar, school. swain, swan, scissors, shamrock, snow, snowflake, snowman, sombrero, spider, starfish, soccer, seahorse, sister, shell, summer, spring, smile, sweet, sunflower, special, share, safe, smart, smell, snail, slow, soda, sandwich, shoe, sneeze, size, seven, Saturday, Sunday, stork, sofa, swing, sock, scarecrow, scary</w:t>
      </w:r>
    </w:p>
    <w:p>
      <w:r>
        <w:t>T</w:t>
      </w:r>
      <w:r>
        <w:br/>
      </w:r>
      <w:r>
        <w:t>Traditional, triangle, tub, twelve, twenty, tractor, tricycle, toy, train, tulip, TV, teapot, teddy, tennis, toddler, tooth, teeth, tree, three, trophy, truck, tugboat, turkey, Thanksgiving, top, Tinkerbell, terrific, turtle, talk, teach, tent, tube, treasure, table, trouble, trick-or-treat, two, ten, Tuesday, Thursday, Tiger, team, toe, taste, think, thirsty, thirteen, thirsty, thoughtful, thumb, tickle, tiger, time, tiny, tired, together, tomato, tongue, toothbrush, touch ,travel</w:t>
      </w:r>
    </w:p>
    <w:p>
      <w:r>
        <w:t>U</w:t>
      </w:r>
      <w:r>
        <w:br/>
      </w:r>
      <w:r>
        <w:t>Useful, up, unforgettable, under, understanding, useful, underwear, uniform, us, unbelievable, universe, upstairs, uncle, unusual, unique, upside-down, USA, utensils, umbrella, underwater</w:t>
      </w:r>
    </w:p>
    <w:p>
      <w:r>
        <w:t>V</w:t>
      </w:r>
      <w:r>
        <w:br/>
      </w:r>
      <w:r>
        <w:t>Voice, voyage, vulture, vase, video, vitamin, volcano, VCR, valuable, vanilla, very, vibrant, vivid, violet, vacation, vines, violin, Volkswagen, valentine, vegetable, vacuum, van, vest</w:t>
      </w:r>
    </w:p>
    <w:p>
      <w:r>
        <w:t>W</w:t>
      </w:r>
      <w:r>
        <w:br/>
      </w:r>
      <w:r>
        <w:t>Whisper, wife, wild, winner, wise, wish, wood, worship, write, watermelon, wagon, work, women, weather, wedding, whale, witch, wheelbarrow, wolf, world, walrus, winter, weekend, wave, walk, watch, what?, when?, where?, why?, wonderful, welcome, Wednesday, white, watch water, wet, whine</w:t>
      </w:r>
    </w:p>
    <w:p>
      <w:r>
        <w:t>X</w:t>
      </w:r>
      <w:r>
        <w:br/>
      </w:r>
      <w:r>
        <w:t>X-ray, x-traordinary, x-pert, x-cellent, xxxx's (for kisses), xylophone, x-tra special, xmas, x-ing (crossing)</w:t>
      </w:r>
    </w:p>
    <w:p>
      <w:r>
        <w:t>Y</w:t>
      </w:r>
      <w:r>
        <w:br/>
      </w:r>
      <w:r>
        <w:t>Yikes!, Yuk!, Yell, yellow, yard, yo-yo, yodel, youth, yes, yam, yawn, year, yolk, yield, yeast, yummy, yesterday, young, yard, yardstick, yahoo, yogurt, yourself</w:t>
      </w:r>
    </w:p>
    <w:p>
      <w:r>
        <w:t>Z</w:t>
      </w:r>
      <w:r>
        <w:br/>
      </w:r>
      <w:r>
        <w:t>Zoo, zucchini, zoom, zesty, zap, zany, zip-a-dee-doo-dah!, zebra, zipper, zealous, zigzag, zip code, zero, zodiac, zinc, zenith</w:t>
      </w:r>
    </w:p>
    <w:p>
      <w:pPr>
        <w:pStyle w:val="Heading1"/>
      </w:pPr>
      <w:r>
        <w:t>Family, babies and kids</w:t>
      </w:r>
    </w:p>
    <w:p>
      <w:pPr>
        <w:pStyle w:val="Heading2"/>
      </w:pPr>
      <w:r>
        <w:t>Adoption</w:t>
      </w:r>
    </w:p>
    <w:p>
      <w:r>
        <w:t>When they placed you in my arms, you slipped into my heart</w:t>
      </w:r>
    </w:p>
    <w:p>
      <w:r>
        <w:t>Chosen and Loved</w:t>
      </w:r>
    </w:p>
    <w:p>
      <w:r>
        <w:t>Family…the we of me</w:t>
      </w:r>
    </w:p>
    <w:p>
      <w:r>
        <w:t>Our family tree has a new branch</w:t>
      </w:r>
    </w:p>
    <w:p>
      <w:r>
        <w:t>Adoption Creed  -- Anonymous</w:t>
      </w:r>
      <w:r>
        <w:br/>
      </w:r>
      <w:r>
        <w:t>Not flesh of my flesh, nor bone of my bone, but still miraculously my own.</w:t>
      </w:r>
    </w:p>
    <w:p>
      <w:r>
        <w:t>Never forget for a single minute, that you grew not under my heart, but in it.</w:t>
      </w:r>
    </w:p>
    <w:p>
      <w:r>
        <w:t>Be assured that if God waits longer than you wish, it is only to make the blessing all the more precious.</w:t>
      </w:r>
    </w:p>
    <w:p>
      <w:r>
        <w:t>Hand Picked</w:t>
      </w:r>
    </w:p>
    <w:p>
      <w:r>
        <w:t>Family is where the love is!</w:t>
      </w:r>
    </w:p>
    <w:p>
      <w:r>
        <w:t>Parents hold their children's hands for a while, their hearts forever.</w:t>
      </w:r>
    </w:p>
    <w:p>
      <w:r>
        <w:t>For this child I prayed; and the Lord hath given me my petition which I asked of him.  -- I Samuel 1:27</w:t>
      </w:r>
    </w:p>
    <w:p>
      <w:r>
        <w:t>Children are a gift from God; they are His reward.  -- Psalms 127:3</w:t>
      </w:r>
    </w:p>
    <w:p>
      <w:r>
        <w:t>Some Definitions to Ponder</w:t>
      </w:r>
      <w:r>
        <w:br/>
      </w:r>
      <w:r>
        <w:t>Natural Child:  a child who is not artificial.</w:t>
      </w:r>
      <w:r>
        <w:br/>
      </w:r>
      <w:r>
        <w:t>Real Parent:  a parent who is not imaginary.</w:t>
      </w:r>
      <w:r>
        <w:br/>
      </w:r>
      <w:r>
        <w:t>Your Own Child:  a child who is not someone else's child.</w:t>
      </w:r>
      <w:r>
        <w:br/>
      </w:r>
      <w:r>
        <w:t>Adopted Child:  a natural child, with a real parent, who is my own.</w:t>
      </w:r>
      <w:r>
        <w:br/>
      </w:r>
      <w:r>
        <w:t>Adoption Story (Why we wanted you)</w:t>
      </w:r>
      <w:r>
        <w:br/>
      </w:r>
      <w:r>
        <w:t>Getting Started (Agency Letterhead, receipts, etc.)</w:t>
      </w:r>
      <w:r>
        <w:br/>
      </w:r>
      <w:r>
        <w:t>Getting Ready (preparing the room, packing, itinerary)</w:t>
      </w:r>
      <w:r>
        <w:br/>
      </w:r>
      <w:r>
        <w:t>Your new home (your room, your neighborhood)</w:t>
      </w:r>
      <w:r>
        <w:br/>
      </w:r>
      <w:r>
        <w:t>Referral (How we found you, Agency, first picture, birth name, dates, etc.)</w:t>
      </w:r>
      <w:r>
        <w:br/>
      </w:r>
      <w:r>
        <w:t>Adoption Time line</w:t>
      </w:r>
      <w:r>
        <w:br/>
      </w:r>
      <w:r>
        <w:t>Waiting is the hardest part (pictures of other families, stuff we did)</w:t>
      </w:r>
      <w:r>
        <w:br/>
      </w:r>
      <w:r>
        <w:t>Our plane trip to pick you up</w:t>
      </w:r>
      <w:r>
        <w:br/>
      </w:r>
      <w:r>
        <w:t>Meeting our child (orphanage, birth hospital, etc.)</w:t>
      </w:r>
      <w:r>
        <w:br/>
      </w:r>
      <w:r>
        <w:t>When we first saw our little angel</w:t>
      </w:r>
      <w:r>
        <w:br/>
      </w:r>
      <w:r>
        <w:t>Adoption Process (Court Date, US Embassy, pictures and receipts)</w:t>
      </w:r>
      <w:r>
        <w:br/>
      </w:r>
      <w:r>
        <w:t>Going home (photos on the plane, airport, ticket stubs, luggage tags)</w:t>
      </w:r>
      <w:r>
        <w:br/>
      </w:r>
      <w:r>
        <w:t>Heritage and Culture</w:t>
      </w:r>
      <w:r>
        <w:br/>
      </w:r>
      <w:r>
        <w:t>Adoption Day</w:t>
      </w:r>
      <w:r>
        <w:br/>
      </w:r>
      <w:r>
        <w:t>Travel Journal</w:t>
      </w:r>
      <w:r>
        <w:br/>
      </w:r>
      <w:r>
        <w:t>Welcome Home</w:t>
      </w:r>
      <w:r>
        <w:br/>
      </w:r>
      <w:r>
        <w:t>First Day Home</w:t>
      </w:r>
      <w:r>
        <w:br/>
      </w:r>
      <w:r>
        <w:t>Getting to know you</w:t>
      </w:r>
      <w:r>
        <w:br/>
      </w:r>
      <w:r>
        <w:t>Adoption Announcement</w:t>
      </w:r>
      <w:r>
        <w:br/>
      </w:r>
      <w:r>
        <w:t>Our Family (Meeting the family, family tree)</w:t>
      </w:r>
      <w:r>
        <w:br/>
      </w:r>
      <w:r>
        <w:t>Religious Events</w:t>
      </w:r>
      <w:r>
        <w:br/>
      </w:r>
      <w:r>
        <w:t>US Citizenship, naturalization celebration</w:t>
      </w:r>
      <w:r>
        <w:br/>
      </w:r>
      <w:r>
        <w:t>Memorable Moments</w:t>
      </w:r>
      <w:r>
        <w:br/>
      </w:r>
      <w:r>
        <w:t>I didn't give you the gift of life, But in my heart I know.  The love I feel is deep and real, As if it had been so.  For us to have each other Is like a dream come true!  No, I didn't give you, The gift of life, Life gave me the gift of you.</w:t>
      </w:r>
      <w:r>
        <w:br/>
      </w:r>
      <w:r>
        <w:t>Adoption Story (Why we wanted you)</w:t>
      </w:r>
      <w:r>
        <w:br/>
      </w:r>
      <w:r>
        <w:t>Getting Started (Agency Letterhead, receipts, etc.)</w:t>
      </w:r>
      <w:r>
        <w:br/>
      </w:r>
      <w:r>
        <w:t>Getting Ready (preparing the room, packing, itinerary)</w:t>
      </w:r>
      <w:r>
        <w:br/>
      </w:r>
      <w:r>
        <w:t>Your new home (your room, your neighborhood)</w:t>
      </w:r>
      <w:r>
        <w:br/>
      </w:r>
      <w:r>
        <w:t>Referral (How we found you, Agency, first picture, birth name, dates, etc.)</w:t>
      </w:r>
      <w:r>
        <w:br/>
      </w:r>
      <w:r>
        <w:t>Adoption Time line</w:t>
      </w:r>
      <w:r>
        <w:br/>
      </w:r>
      <w:r>
        <w:t>Waiting is the hardest part (pictures of other families, stuff we did)</w:t>
      </w:r>
      <w:r>
        <w:br/>
      </w:r>
      <w:r>
        <w:t>Our plane trip to pick you up</w:t>
      </w:r>
      <w:r>
        <w:br/>
      </w:r>
      <w:r>
        <w:t>Meeting our child (orphanage, birth hospital, etc.)</w:t>
      </w:r>
      <w:r>
        <w:br/>
      </w:r>
      <w:r>
        <w:t>When we first saw our little angel</w:t>
      </w:r>
      <w:r>
        <w:br/>
      </w:r>
      <w:r>
        <w:t>Adoption Process (Court Date, US Embassy, pictures and receipts)</w:t>
      </w:r>
      <w:r>
        <w:br/>
      </w:r>
      <w:r>
        <w:t>Going home (photos on the plane, airport, ticket stubs, luggage tags)</w:t>
      </w:r>
      <w:r>
        <w:br/>
      </w:r>
      <w:r>
        <w:t>Heritage and Culture</w:t>
      </w:r>
      <w:r>
        <w:br/>
      </w:r>
      <w:r>
        <w:t>Adoption Day</w:t>
      </w:r>
      <w:r>
        <w:br/>
      </w:r>
      <w:r>
        <w:t>Travel Journal</w:t>
      </w:r>
      <w:r>
        <w:br/>
      </w:r>
      <w:r>
        <w:t>Welcome Home</w:t>
      </w:r>
      <w:r>
        <w:br/>
      </w:r>
      <w:r>
        <w:t>First Day Home</w:t>
      </w:r>
      <w:r>
        <w:br/>
      </w:r>
      <w:r>
        <w:t>Getting to know you</w:t>
      </w:r>
      <w:r>
        <w:br/>
      </w:r>
      <w:r>
        <w:t>Adoption Announcement</w:t>
      </w:r>
      <w:r>
        <w:br/>
      </w:r>
      <w:r>
        <w:t>Our Family (Meeting the family, family tree)</w:t>
      </w:r>
      <w:r>
        <w:br/>
      </w:r>
      <w:r>
        <w:t>Religious Events</w:t>
      </w:r>
      <w:r>
        <w:br/>
      </w:r>
      <w:r>
        <w:t>US Citizenship, naturalization celebration</w:t>
      </w:r>
      <w:r>
        <w:br/>
      </w:r>
      <w:r>
        <w:t>Memorable Moments</w:t>
      </w:r>
      <w:r>
        <w:br/>
      </w:r>
      <w:r>
        <w:t>Our Family Tree = We've added to our family tree, A stronger one to make, A child from another plant, Has become our new namesake.  Just as a limb is grafted, From one tree to another, It alters and improves the plant Making it, uniquely, like no other.  Our family tree has been improved, Adoption made this so.  For love, much more than blood lines, Makes us thrive and grow.  We chose to share our life and love, And all the joys to come, Our "family tree" has blossomed</w:t>
      </w:r>
      <w:r>
        <w:br/>
      </w:r>
      <w:r>
        <w:t>With the arrival of our cherished one.</w:t>
      </w:r>
      <w:r>
        <w:br/>
      </w:r>
      <w:r>
        <w:t>My Harvest = I did not plant you, true.  But when the season is done, When the alternative prayers for sun and for rain are counted, When the pain of weeding, And the pride of watching are through, Then I will hold you high, A shining sheaf above the thousand seeds grown wild.  Not my planting, But, by heaven, My harvest - My child.</w:t>
      </w:r>
      <w:r>
        <w:br/>
      </w:r>
      <w:r>
        <w:t>Who are you that you should come to us?   Your name is Wonder; Your name is Joy.  You have come gently into our lives bringing purity and the freshness of new beginnings.  And what shall we give you in return?  We offer you all that we can our best intentions - our promise of love.  We offer your roots.  We offer you your wings.  We offer you tomorrow.  We offer you ourselves!</w:t>
      </w:r>
      <w:r>
        <w:br/>
      </w:r>
      <w:r>
        <w:t>Born not from our flesh, but born in our hearts, You were longed for and wanted and loved from the start.  Conceived from a blessing sent straight from above, Our very "own" son at last home to love.</w:t>
      </w:r>
      <w:r>
        <w:br/>
      </w:r>
      <w:r>
        <w:t>Our Child = With anxious hearts and open arms, we sought you everywhere.  You, dear child, are a gift from God, The answer to our prayer.  No matter whether birth or choice, A home is blessed from above.  When caring parents claim their child, A family is formed by love.</w:t>
      </w:r>
      <w:r>
        <w:br/>
      </w:r>
      <w:r>
        <w:t>One sought for you a home that she could not provide;  The other prayed for a child and her hope was not denied.</w:t>
      </w:r>
      <w:r>
        <w:br/>
      </w:r>
      <w:r>
        <w:t>Asian Adoption = God sends us many precious gifts, But there none that can compare, With the wonder of our baby, Who's the answer to our prayer.  The sparkle in those almond eyes, Is like the twinkling stars at night, And the smile on that moon-shaped, Face is like sunshine's golden light.  An angel child with raven hair, And tiny little nose.  Skin so soft and perfect, As the petals of a rose.  No miracle's as wondrous- Not trees, nor sky, nor sun-</w:t>
      </w:r>
      <w:r>
        <w:br/>
      </w:r>
      <w:r>
        <w:t>As this "little bit of heaven," and Our new life that's just begun!</w:t>
      </w:r>
      <w:r>
        <w:br/>
      </w:r>
      <w:r>
        <w:t>The Gift of Life = I didn't give you the gift of life, But in my heart I know.  The love I feel is deep and real, As if it had been so.  For us to have each other, Is like a dream come true!  No, I didn't give you, The gift of life, Life gave me the gift of you.</w:t>
      </w:r>
    </w:p>
    <w:p>
      <w:pPr>
        <w:pStyle w:val="Heading2"/>
      </w:pPr>
      <w:r>
        <w:t>Babies</w:t>
      </w:r>
    </w:p>
    <w:p>
      <w:r>
        <w:t>The stork is coming - it's bringing a boy, The Brown home will be filled with joy!</w:t>
      </w:r>
    </w:p>
    <w:p>
      <w:r>
        <w:t>There's a baby on the way, a new bundle of joy; a very special gift, a little boy!</w:t>
      </w:r>
    </w:p>
    <w:p>
      <w:r>
        <w:t>Bottles and booties, bibs and more...Let's shower the baby with gifts galore!</w:t>
      </w:r>
    </w:p>
    <w:p>
      <w:r>
        <w:t>There's nothing like a new baby boy, To touch your heart and bring you joy, A little boy all dressed in blue, Doing all the things that little boys do, Within these pages pictures show, A baby boy and how he grows, Into a little boy who loves to play, You're the most wonderful blessing to ever come our way</w:t>
      </w:r>
    </w:p>
    <w:p>
      <w:r>
        <w:t>Please join us as we celebrate the upcoming arrival of Anne's new baby.</w:t>
      </w:r>
    </w:p>
    <w:p>
      <w:r>
        <w:t>A new little baby is on the way so Please reserve this special day!</w:t>
      </w:r>
    </w:p>
    <w:p>
      <w:r>
        <w:t>Babies are bits of star dust blown from heaven, to fill our hearts with hope and love.</w:t>
      </w:r>
    </w:p>
    <w:p>
      <w:r>
        <w:t>When a child is born so is a mother</w:t>
      </w:r>
    </w:p>
    <w:p>
      <w:r>
        <w:t>When they placed you in my arms, you slipped into my heart.</w:t>
      </w:r>
    </w:p>
    <w:p>
      <w:r>
        <w:t>A baby is cuddles and tickles on toes, the sweet scent of powder, a kiss on the nose! A baby is teddy bears, rattles and pins, meals at midnight, giggles and grins.</w:t>
      </w:r>
    </w:p>
    <w:p>
      <w:r>
        <w:t>Dear little bare feet, dimpled and white, In your long nightgown wrapped for the night; Come, let me count all your sweet little toes, Pink as the heart of a shell or a rose, One is a lady that sits in the sun; Two is a baby, and three is a nun; Four is a lily white innocent breast; Five is a birdie asleep in the nest.</w:t>
      </w:r>
    </w:p>
    <w:p>
      <w:r>
        <w:t>The news is out...it's a girl!</w:t>
      </w:r>
    </w:p>
    <w:p>
      <w:r>
        <w:t>Is it pink or is it blue? Oh, if we only knew!</w:t>
      </w:r>
    </w:p>
    <w:p>
      <w:r>
        <w:t>One night of passion and what do you get? A baby shower!</w:t>
      </w:r>
    </w:p>
    <w:p>
      <w:r>
        <w:t>Susan's baby is on the way Let's get her prepared for the big day We'll shower her with gifts for the little one Be sure not to miss out on all the fun!</w:t>
      </w:r>
    </w:p>
    <w:p>
      <w:r>
        <w:t>We are all excited and happy as can be Because Alex and Sue will soon be three!</w:t>
      </w:r>
    </w:p>
    <w:p>
      <w:r>
        <w:t>We're tickled pink and happy to say Sue and and Alex have a baby girl on the way!</w:t>
      </w:r>
    </w:p>
    <w:p>
      <w:r>
        <w:t>Please join us to honor Mother-to-be</w:t>
      </w:r>
    </w:p>
    <w:p>
      <w:r>
        <w:t>Tiny fingers, tiny toes, little itty-bitty clothes, dresses, dolls hair in curls, guess what...it's a girl!</w:t>
      </w:r>
    </w:p>
    <w:p>
      <w:r>
        <w:t>They're expecting a baby, a new bundle of joy...a very special gift, be it a girl or boy!</w:t>
      </w:r>
    </w:p>
    <w:p>
      <w:r>
        <w:t>Is it blue, or is it pink?  It's one of each (or so we think)!</w:t>
      </w:r>
    </w:p>
    <w:p>
      <w:r>
        <w:t>The bassinet is ready, the baby will soon be here!  It's a Baby Shower!</w:t>
      </w:r>
    </w:p>
    <w:p>
      <w:r>
        <w:t>Please help us welcome mother's name new baby name at a Baby Shower</w:t>
      </w:r>
    </w:p>
    <w:p>
      <w:r>
        <w:t>We have the formula for fun!  A Baby Shower for mother's name</w:t>
      </w:r>
    </w:p>
    <w:p>
      <w:r>
        <w:t>We're expecting you on date...</w:t>
      </w:r>
    </w:p>
    <w:p>
      <w:r>
        <w:t>Have you heard what's new?  Angela is expecting two!  All we need to celebrate is you!</w:t>
      </w:r>
    </w:p>
    <w:p>
      <w:r>
        <w:t>Two by two...here they come Stacy's having twin boys, Double the fun!!</w:t>
      </w:r>
    </w:p>
    <w:p>
      <w:r>
        <w:t>1,2,3,4 I can walk along the floor</w:t>
      </w:r>
    </w:p>
    <w:p>
      <w:r>
        <w:t>A baby is cuddles and tickles on toes, the sweet scent of powder, a kiss on the nose!</w:t>
      </w:r>
    </w:p>
    <w:p>
      <w:r>
        <w:t>A baby is teddy bears, powder and pins, meals at midnight, giggles and grins!</w:t>
      </w:r>
    </w:p>
    <w:p>
      <w:r>
        <w:t>A baby is God’s opinion that the world must go on.</w:t>
      </w:r>
    </w:p>
    <w:p>
      <w:r>
        <w:t>A baby is the greatest gift that life can ever send.</w:t>
      </w:r>
    </w:p>
    <w:p>
      <w:r>
        <w:t>A baby will make love stronger, days longer, nights shorter, bankroll smaller home happier, clothes shabbier, the past forgotten and the future worth living for.</w:t>
      </w:r>
    </w:p>
    <w:p>
      <w:r>
        <w:t>A Child is born</w:t>
      </w:r>
    </w:p>
    <w:p>
      <w:r>
        <w:t>A Chip off the old block</w:t>
      </w:r>
    </w:p>
    <w:p>
      <w:r>
        <w:t>A Double Blessing (Twins birth)</w:t>
      </w:r>
    </w:p>
    <w:p>
      <w:r>
        <w:t>A face only a mother could love!</w:t>
      </w:r>
    </w:p>
    <w:p>
      <w:r>
        <w:t>A honey of a baby</w:t>
      </w:r>
    </w:p>
    <w:p>
      <w:r>
        <w:t>A hug a day keeps the meanies away</w:t>
      </w:r>
    </w:p>
    <w:p>
      <w:r>
        <w:t>A labor of love</w:t>
      </w:r>
    </w:p>
    <w:p>
      <w:r>
        <w:t>A new baby to love</w:t>
      </w:r>
    </w:p>
    <w:p>
      <w:r>
        <w:t>A precious gift from the Lord above…to fill your home and hearts with love.</w:t>
      </w:r>
    </w:p>
    <w:p>
      <w:r>
        <w:t>A sneak peek at____(ultrasound)</w:t>
      </w:r>
    </w:p>
    <w:p>
      <w:r>
        <w:t>A snugly, cuddly, cute baby boy</w:t>
      </w:r>
    </w:p>
    <w:p>
      <w:r>
        <w:t>A wee bit of heaven drifted down from above,  A handful of happiness, a heart full of love.</w:t>
      </w:r>
    </w:p>
    <w:p>
      <w:r>
        <w:t>Precious and priceless so lovable too, the world’s sweetest miracle is a baby like you.</w:t>
      </w:r>
    </w:p>
    <w:p>
      <w:r>
        <w:t>A womb with a view</w:t>
      </w:r>
    </w:p>
    <w:p>
      <w:r>
        <w:t>A world shines bright with endless possibilities each time a child is born</w:t>
      </w:r>
    </w:p>
    <w:p>
      <w:r>
        <w:t>Ain’t I cute!</w:t>
      </w:r>
    </w:p>
    <w:p>
      <w:r>
        <w:t>All about me from A-Z</w:t>
      </w:r>
    </w:p>
    <w:p>
      <w:r>
        <w:t>All decked out</w:t>
      </w:r>
    </w:p>
    <w:p>
      <w:r>
        <w:t>All wrapped up</w:t>
      </w:r>
    </w:p>
    <w:p>
      <w:r>
        <w:t>Amazing Baby</w:t>
      </w:r>
    </w:p>
    <w:p>
      <w:r>
        <w:t>And I’m a swingin ( baby in swing)</w:t>
      </w:r>
    </w:p>
    <w:p>
      <w:r>
        <w:t>And the story begins</w:t>
      </w:r>
    </w:p>
    <w:p>
      <w:r>
        <w:t>And then there was you</w:t>
      </w:r>
    </w:p>
    <w:p>
      <w:r>
        <w:t>And then there were three</w:t>
      </w:r>
    </w:p>
    <w:p>
      <w:r>
        <w:t>Angel eyes</w:t>
      </w:r>
    </w:p>
    <w:p>
      <w:r>
        <w:t>Apple of my eye- Star in the sky</w:t>
      </w:r>
    </w:p>
    <w:p>
      <w:r>
        <w:t>At sleep and at play</w:t>
      </w:r>
    </w:p>
    <w:p>
      <w:r>
        <w:t>A pool of drool (baby teething)</w:t>
      </w:r>
    </w:p>
    <w:p>
      <w:r>
        <w:t>A star is born!</w:t>
      </w:r>
    </w:p>
    <w:p>
      <w:r>
        <w:t>A sneak peek at baby (ultrasound)</w:t>
      </w:r>
    </w:p>
    <w:p>
      <w:r>
        <w:t>A time to be born</w:t>
      </w:r>
    </w:p>
    <w:p>
      <w:r>
        <w:t>A wee bit of heaven drifted down from above, a handful of happiness, a heart full of love. Precious and priceless so lovable too, the world's sweetest miracle is a baby like you.</w:t>
      </w:r>
    </w:p>
    <w:p>
      <w:r>
        <w:t>A Whole New World</w:t>
      </w:r>
    </w:p>
    <w:p>
      <w:r>
        <w:t>Aaron (Child's name) Keeps us going in Circles! (cut out picture in circles)</w:t>
      </w:r>
    </w:p>
    <w:p>
      <w:r>
        <w:t>At Sleep and At Play</w:t>
      </w:r>
    </w:p>
    <w:p>
      <w:r>
        <w:t>ABCDEFG--tell me what you think of me!</w:t>
      </w:r>
    </w:p>
    <w:p>
      <w:r>
        <w:t>A baby brings a little bit of heaven down to earth</w:t>
      </w:r>
    </w:p>
    <w:p>
      <w:r>
        <w:t>A baby is a bit of stardust blown from the hand of God</w:t>
      </w:r>
    </w:p>
    <w:p>
      <w:r>
        <w:t>A baby is a gift of love</w:t>
      </w:r>
    </w:p>
    <w:p>
      <w:r>
        <w:t>A baby is teddy bears and tickles, grins and giggles!</w:t>
      </w:r>
    </w:p>
    <w:p>
      <w:r>
        <w:t>A day in the life of</w:t>
      </w:r>
    </w:p>
    <w:p>
      <w:r>
        <w:t>Buttons 'n Bows</w:t>
      </w:r>
    </w:p>
    <w:p>
      <w:r>
        <w:t>Baby Face ~ You've got the cutest little baby face!</w:t>
      </w:r>
    </w:p>
    <w:p>
      <w:r>
        <w:t>Baby babble</w:t>
      </w:r>
    </w:p>
    <w:p>
      <w:r>
        <w:t>Beach babies</w:t>
      </w:r>
    </w:p>
    <w:p>
      <w:r>
        <w:t>Babies are a gift from God</w:t>
      </w:r>
    </w:p>
    <w:p>
      <w:r>
        <w:t>Babies are Angels from Heaven</w:t>
      </w:r>
    </w:p>
    <w:p>
      <w:r>
        <w:t>Babies are a blessing from above</w:t>
      </w:r>
    </w:p>
    <w:p>
      <w:r>
        <w:t>Babies are a gift from God</w:t>
      </w:r>
    </w:p>
    <w:p>
      <w:r>
        <w:t>Babies are blessings sent from above</w:t>
      </w:r>
    </w:p>
    <w:p>
      <w:r>
        <w:t>Babies are God's way of saying the world must go on.</w:t>
      </w:r>
    </w:p>
    <w:p>
      <w:r>
        <w:t>Babies are little angels</w:t>
      </w:r>
    </w:p>
    <w:p>
      <w:r>
        <w:t>Babies are Angels from Heaven</w:t>
      </w:r>
    </w:p>
    <w:p>
      <w:r>
        <w:t>Babies are blessings sent from above.</w:t>
      </w:r>
    </w:p>
    <w:p>
      <w:r>
        <w:t>Babies are bundles from Heaven</w:t>
      </w:r>
    </w:p>
    <w:p>
      <w:r>
        <w:t>Babies are life's most precious gifts</w:t>
      </w:r>
    </w:p>
    <w:p>
      <w:r>
        <w:t>Babies are little angles</w:t>
      </w:r>
    </w:p>
    <w:p>
      <w:r>
        <w:t>Babies are such a nice way to start People</w:t>
      </w:r>
    </w:p>
    <w:p>
      <w:r>
        <w:t>Babies smile when kissed by an angel</w:t>
      </w:r>
    </w:p>
    <w:p>
      <w:r>
        <w:t>Babies touch the world with love</w:t>
      </w:r>
    </w:p>
    <w:p>
      <w:r>
        <w:t>Baby is an angel whose wings decrease as his legs increase</w:t>
      </w:r>
    </w:p>
    <w:p>
      <w:r>
        <w:t>Baby, it’s cold outside</w:t>
      </w:r>
    </w:p>
    <w:p>
      <w:r>
        <w:t>Baby on board</w:t>
      </w:r>
    </w:p>
    <w:p>
      <w:r>
        <w:t>Babies fishing for a dream, fishing near and far, his line a silver Moonbeam, his bait a silver star.</w:t>
      </w:r>
    </w:p>
    <w:p>
      <w:r>
        <w:t>Bare bottoms welcome here</w:t>
      </w:r>
    </w:p>
    <w:p>
      <w:r>
        <w:t>Bare footin’</w:t>
      </w:r>
    </w:p>
    <w:p>
      <w:r>
        <w:t>Baby Mine</w:t>
      </w:r>
    </w:p>
    <w:p>
      <w:r>
        <w:t>Baby on the Move</w:t>
      </w:r>
    </w:p>
    <w:p>
      <w:r>
        <w:t>Bald is beautiful!</w:t>
      </w:r>
    </w:p>
    <w:p>
      <w:r>
        <w:t>Bald is neat</w:t>
      </w:r>
    </w:p>
    <w:p>
      <w:r>
        <w:t>Bare bottoms welcome here.</w:t>
      </w:r>
    </w:p>
    <w:p>
      <w:r>
        <w:t>Bathing Beauty</w:t>
      </w:r>
    </w:p>
    <w:p>
      <w:r>
        <w:t>Bear-y Cute</w:t>
      </w:r>
    </w:p>
    <w:p>
      <w:r>
        <w:t>Bear-y special</w:t>
      </w:r>
    </w:p>
    <w:p>
      <w:r>
        <w:t>Beautiful dream</w:t>
      </w:r>
    </w:p>
    <w:p>
      <w:r>
        <w:t>Beautiful dreamer</w:t>
      </w:r>
    </w:p>
    <w:p>
      <w:r>
        <w:t>Born in the U.S.A.</w:t>
      </w:r>
    </w:p>
    <w:p>
      <w:r>
        <w:t>Bouncing baby boy</w:t>
      </w:r>
    </w:p>
    <w:p>
      <w:r>
        <w:t>Baby meets the world</w:t>
      </w:r>
    </w:p>
    <w:p>
      <w:r>
        <w:t>Broadway baby</w:t>
      </w:r>
    </w:p>
    <w:p>
      <w:r>
        <w:t>Bathtime is Splashtime!</w:t>
      </w:r>
    </w:p>
    <w:p>
      <w:r>
        <w:t>Bee Bop Babies</w:t>
      </w:r>
    </w:p>
    <w:p>
      <w:r>
        <w:t>Believe in Miracles!</w:t>
      </w:r>
    </w:p>
    <w:p>
      <w:r>
        <w:t>Better Check my Diaper</w:t>
      </w:r>
    </w:p>
    <w:p>
      <w:r>
        <w:t>Bonding for our first time</w:t>
      </w:r>
    </w:p>
    <w:p>
      <w:r>
        <w:t>Bottles and booties, diapers and pins this is where the love begins!</w:t>
      </w:r>
    </w:p>
    <w:p>
      <w:r>
        <w:t>Born to cause trouble</w:t>
      </w:r>
    </w:p>
    <w:p>
      <w:r>
        <w:t>Broadway Baby</w:t>
      </w:r>
    </w:p>
    <w:p>
      <w:r>
        <w:t>Bubble Baby</w:t>
      </w:r>
    </w:p>
    <w:p>
      <w:r>
        <w:t>Bubble Bash</w:t>
      </w:r>
    </w:p>
    <w:p>
      <w:r>
        <w:t>Bubble Bath</w:t>
      </w:r>
    </w:p>
    <w:p>
      <w:r>
        <w:t>Bubbles of fun</w:t>
      </w:r>
    </w:p>
    <w:p>
      <w:r>
        <w:t>Bubbles of Joy</w:t>
      </w:r>
    </w:p>
    <w:p>
      <w:r>
        <w:t>Bundle of Joy!</w:t>
      </w:r>
    </w:p>
    <w:p>
      <w:r>
        <w:t>Bundle of Love</w:t>
      </w:r>
    </w:p>
    <w:p>
      <w:r>
        <w:t>Busy as a little Bee</w:t>
      </w:r>
    </w:p>
    <w:p>
      <w:r>
        <w:t>Busy as a Bee!</w:t>
      </w:r>
    </w:p>
    <w:p>
      <w:r>
        <w:t>Butterfly kisses</w:t>
      </w:r>
    </w:p>
    <w:p>
      <w:r>
        <w:t>Buttons and Bows</w:t>
      </w:r>
    </w:p>
    <w:p>
      <w:r>
        <w:t>Camera? Showtime!!</w:t>
      </w:r>
    </w:p>
    <w:p>
      <w:r>
        <w:t>Catching a few ZZZZzzzzzzzzz</w:t>
      </w:r>
    </w:p>
    <w:p>
      <w:r>
        <w:t>Caught in the act</w:t>
      </w:r>
    </w:p>
    <w:p>
      <w:r>
        <w:t>Circle of love</w:t>
      </w:r>
    </w:p>
    <w:p>
      <w:r>
        <w:t>Close your sleepy little eyes…</w:t>
      </w:r>
    </w:p>
    <w:p>
      <w:r>
        <w:t>Cuddle bugs counting sheep</w:t>
      </w:r>
    </w:p>
    <w:p>
      <w:r>
        <w:t>Cute, but dangerous!!</w:t>
      </w:r>
    </w:p>
    <w:p>
      <w:r>
        <w:t>Caution - Baby zone</w:t>
      </w:r>
    </w:p>
    <w:p>
      <w:r>
        <w:t>Children are a gift of Gold (Psalms 127)</w:t>
      </w:r>
    </w:p>
    <w:p>
      <w:r>
        <w:t>Circles of Love</w:t>
      </w:r>
    </w:p>
    <w:p>
      <w:r>
        <w:t>Cleaning and scrubbing can wait til tomorrow. For babies grow up, we've learned to our sorrow. So quiet down, cobwebs!, Dust, go to  sleep! I'm rocking my baby, and babies don't keep</w:t>
      </w:r>
    </w:p>
    <w:p>
      <w:r>
        <w:t>Coming Home</w:t>
      </w:r>
    </w:p>
    <w:p>
      <w:r>
        <w:t>Could it be a Miracle</w:t>
      </w:r>
    </w:p>
    <w:p>
      <w:r>
        <w:t>Cute as a Bug</w:t>
      </w:r>
    </w:p>
    <w:p>
      <w:r>
        <w:t>Cute as a Button</w:t>
      </w:r>
    </w:p>
    <w:p>
      <w:r>
        <w:t>Cute things I say and Do.</w:t>
      </w:r>
    </w:p>
    <w:p>
      <w:r>
        <w:t>Daddy did it!</w:t>
      </w:r>
    </w:p>
    <w:p>
      <w:r>
        <w:t>Did we dress ourselves today?</w:t>
      </w:r>
    </w:p>
    <w:p>
      <w:r>
        <w:t>Don’t know how!… never been trained</w:t>
      </w:r>
    </w:p>
    <w:p>
      <w:r>
        <w:t>Dream baby</w:t>
      </w:r>
    </w:p>
    <w:p>
      <w:r>
        <w:t>Dreaming sweet baby dreams</w:t>
      </w:r>
    </w:p>
    <w:p>
      <w:r>
        <w:t>Eat it? I can’t even pronounce it</w:t>
      </w:r>
    </w:p>
    <w:p>
      <w:r>
        <w:t>Everything goes in the mouth</w:t>
      </w:r>
    </w:p>
    <w:p>
      <w:r>
        <w:t>Daddy’s little angel</w:t>
      </w:r>
    </w:p>
    <w:p>
      <w:r>
        <w:t>Daddy's little boy/girl</w:t>
      </w:r>
    </w:p>
    <w:p>
      <w:r>
        <w:t>Diapers by Gucci</w:t>
      </w:r>
    </w:p>
    <w:p>
      <w:r>
        <w:t>Dream Sweet Baby Dreams</w:t>
      </w:r>
    </w:p>
    <w:p>
      <w:r>
        <w:t>Each time a child is born... the world lights up with new possibilities.</w:t>
      </w:r>
    </w:p>
    <w:p>
      <w:r>
        <w:t>Every life is precious</w:t>
      </w:r>
    </w:p>
    <w:p>
      <w:r>
        <w:t>Everything goes in the Mouth! (gather photos of babies putting things in their mouths)</w:t>
      </w:r>
    </w:p>
    <w:p>
      <w:r>
        <w:t>Every good and perfect gift is from above... James 1:17</w:t>
      </w:r>
    </w:p>
    <w:p>
      <w:r>
        <w:t>Everyone hide. Mom has the camera again</w:t>
      </w:r>
    </w:p>
    <w:p>
      <w:r>
        <w:t>Ewe are loved (lamb die cut)</w:t>
      </w:r>
    </w:p>
    <w:p>
      <w:r>
        <w:t>Fairytales do come true!</w:t>
      </w:r>
    </w:p>
    <w:p>
      <w:r>
        <w:t>Fasten your seatbelt, it’s going to be a bumpy night</w:t>
      </w:r>
    </w:p>
    <w:p>
      <w:r>
        <w:t>First Impressions</w:t>
      </w:r>
    </w:p>
    <w:p>
      <w:r>
        <w:t>Flashback to the Baby Shower</w:t>
      </w:r>
    </w:p>
    <w:p>
      <w:r>
        <w:t>“For this child I prayed and Lord has given me my petition which I asked of Him.”</w:t>
      </w:r>
    </w:p>
    <w:p>
      <w:r>
        <w:t>Friday's Child is loving and giving.</w:t>
      </w:r>
    </w:p>
    <w:p>
      <w:r>
        <w:t>From small beginnings come great things</w:t>
      </w:r>
    </w:p>
    <w:p>
      <w:r>
        <w:t>Food Fight</w:t>
      </w:r>
    </w:p>
    <w:p>
      <w:r>
        <w:t>Food Frenzy</w:t>
      </w:r>
    </w:p>
    <w:p>
      <w:r>
        <w:t>Funny Faces</w:t>
      </w:r>
    </w:p>
    <w:p>
      <w:r>
        <w:t>Future ballerina, Olympian, firefighter</w:t>
      </w:r>
    </w:p>
    <w:p>
      <w:r>
        <w:t>General Hospital</w:t>
      </w:r>
    </w:p>
    <w:p>
      <w:r>
        <w:t>Gift of Love</w:t>
      </w:r>
    </w:p>
    <w:p>
      <w:r>
        <w:t>Giggles and curls ~ ribbons and bows ~ she's just so adorable from her head to her toes!</w:t>
      </w:r>
    </w:p>
    <w:p>
      <w:r>
        <w:t>God lent us an angle, sent from Heaven above</w:t>
      </w:r>
    </w:p>
    <w:p>
      <w:r>
        <w:t>God made us perfect, the rest of us he gave hair</w:t>
      </w:r>
    </w:p>
    <w:p>
      <w:r>
        <w:t>Goodnight, Lisa (name of child), I'll See You In My Dreams</w:t>
      </w:r>
    </w:p>
    <w:p>
      <w:r>
        <w:t>Good Night Moon</w:t>
      </w:r>
    </w:p>
    <w:p>
      <w:r>
        <w:t>Got Milk?</w:t>
      </w:r>
    </w:p>
    <w:p>
      <w:r>
        <w:t>Got a bib?</w:t>
      </w:r>
    </w:p>
    <w:p>
      <w:r>
        <w:t>Great Expectations (pregnancy)</w:t>
      </w:r>
    </w:p>
    <w:p>
      <w:r>
        <w:t>Growing by Leaps and Bounds (frog stickers)</w:t>
      </w:r>
    </w:p>
    <w:p>
      <w:r>
        <w:t>Growing like a weed</w:t>
      </w:r>
    </w:p>
    <w:p>
      <w:r>
        <w:t>Handle with Care</w:t>
      </w:r>
    </w:p>
    <w:p>
      <w:r>
        <w:t>Hands are for Grabbing</w:t>
      </w:r>
    </w:p>
    <w:p>
      <w:r>
        <w:t>Hello Little One</w:t>
      </w:r>
    </w:p>
    <w:p>
      <w:r>
        <w:t>Here I am!!</w:t>
      </w:r>
    </w:p>
    <w:p>
      <w:r>
        <w:t>Hip, Hip Hooray Evan (child’s name) was born today!</w:t>
      </w:r>
    </w:p>
    <w:p>
      <w:r>
        <w:t>His/Her name is wonderful</w:t>
      </w:r>
    </w:p>
    <w:p>
      <w:r>
        <w:t>How about a kiss?</w:t>
      </w:r>
    </w:p>
    <w:p>
      <w:r>
        <w:t>How Time Flies</w:t>
      </w:r>
    </w:p>
    <w:p>
      <w:r>
        <w:t>Hug me!</w:t>
      </w:r>
    </w:p>
    <w:p>
      <w:r>
        <w:t>Hugs and Kisses!</w:t>
      </w:r>
    </w:p>
    <w:p>
      <w:r>
        <w:t>Hush little baby</w:t>
      </w:r>
    </w:p>
    <w:p>
      <w:r>
        <w:t>I am a Child of God</w:t>
      </w:r>
    </w:p>
    <w:p>
      <w:r>
        <w:t>I coo, I goo, I poo, That's all I do!</w:t>
      </w:r>
    </w:p>
    <w:p>
      <w:r>
        <w:t>I drool at a moments notice</w:t>
      </w:r>
    </w:p>
    <w:p>
      <w:r>
        <w:t>I love my Mommy/Daddy</w:t>
      </w:r>
    </w:p>
    <w:p>
      <w:r>
        <w:t>I love my Grandpa/Grandma</w:t>
      </w:r>
    </w:p>
    <w:p>
      <w:r>
        <w:t>I loved you the first moment I saw you</w:t>
      </w:r>
    </w:p>
    <w:p>
      <w:r>
        <w:t>I made a wish, and you came true.</w:t>
      </w:r>
    </w:p>
    <w:p>
      <w:r>
        <w:t>“I will give thanks to Thee, for I am fearfully and wonderfully made.”</w:t>
      </w:r>
    </w:p>
    <w:p>
      <w:r>
        <w:t>I'm awake! Let's Play!</w:t>
      </w:r>
    </w:p>
    <w:p>
      <w:r>
        <w:t>I'm the Baby...Gotta Love Me</w:t>
      </w:r>
    </w:p>
    <w:p>
      <w:r>
        <w:t>I’m spoiled and it’s Grandpas fault</w:t>
      </w:r>
    </w:p>
    <w:p>
      <w:r>
        <w:t>I’m spoiled and it’s Grandmas fault</w:t>
      </w:r>
    </w:p>
    <w:p>
      <w:r>
        <w:t>I'm thumbody special!</w:t>
      </w:r>
    </w:p>
    <w:p>
      <w:r>
        <w:t>I'm yours</w:t>
      </w:r>
    </w:p>
    <w:p>
      <w:r>
        <w:t>In the beginning</w:t>
      </w:r>
    </w:p>
    <w:p>
      <w:r>
        <w:t>In the whole wide world, there is nothing more precious than a baby.</w:t>
      </w:r>
    </w:p>
    <w:p>
      <w:r>
        <w:t>Into Everything</w:t>
      </w:r>
    </w:p>
    <w:p>
      <w:r>
        <w:t>Is this the baby you've been telling me about for 9 months?</w:t>
      </w:r>
    </w:p>
    <w:p>
      <w:r>
        <w:t>It's all in the genes</w:t>
      </w:r>
    </w:p>
    <w:p>
      <w:r>
        <w:t>It's hard to be neat when you're learning to eat! (messy eating pictures)</w:t>
      </w:r>
    </w:p>
    <w:p>
      <w:r>
        <w:t>It's the little things in life that matter</w:t>
      </w:r>
    </w:p>
    <w:p>
      <w:r>
        <w:t>Joyous day you were born</w:t>
      </w:r>
    </w:p>
    <w:p>
      <w:r>
        <w:t>Just the bare facts please!</w:t>
      </w:r>
    </w:p>
    <w:p>
      <w:r>
        <w:t>Labor Day</w:t>
      </w:r>
    </w:p>
    <w:p>
      <w:r>
        <w:t>Let the good times roll!</w:t>
      </w:r>
    </w:p>
    <w:p>
      <w:r>
        <w:t>Like Father Like Son!</w:t>
      </w:r>
    </w:p>
    <w:p>
      <w:r>
        <w:t>Little Boys are a gift from heaven</w:t>
      </w:r>
    </w:p>
    <w:p>
      <w:r>
        <w:t>Little girls are precious gifts, wrapped in love serene. Their dresses tied with sashes and futures tied with dreams.</w:t>
      </w:r>
    </w:p>
    <w:p>
      <w:r>
        <w:t>Look out here Comes TROUBLE!</w:t>
      </w:r>
    </w:p>
    <w:p>
      <w:r>
        <w:t>Look what’s sprouting up</w:t>
      </w:r>
    </w:p>
    <w:p>
      <w:r>
        <w:t>Love is...a new addition to the family</w:t>
      </w:r>
    </w:p>
    <w:p>
      <w:r>
        <w:t>Make room for Jordan (child’s name)</w:t>
      </w:r>
    </w:p>
    <w:p>
      <w:r>
        <w:t>Makes my heart melt with just a smile.</w:t>
      </w:r>
    </w:p>
    <w:p>
      <w:r>
        <w:t>Making Tracks, No turning back (baby walking)</w:t>
      </w:r>
    </w:p>
    <w:p>
      <w:r>
        <w:t>Miles of Smiles</w:t>
      </w:r>
    </w:p>
    <w:p>
      <w:r>
        <w:t>Mirror, mirror on the wall who's the cutest baby of them all?</w:t>
      </w:r>
    </w:p>
    <w:p>
      <w:r>
        <w:t>Mommy’s little angel</w:t>
      </w:r>
    </w:p>
    <w:p>
      <w:r>
        <w:t>Mommy's Precious Little Baby</w:t>
      </w:r>
    </w:p>
    <w:p>
      <w:r>
        <w:t>Mommy’s little girl/boy</w:t>
      </w:r>
    </w:p>
    <w:p>
      <w:r>
        <w:t>Mommies Love Their Disney Babies</w:t>
      </w:r>
    </w:p>
    <w:p>
      <w:r>
        <w:t>Monday's Child is fare of face.</w:t>
      </w:r>
    </w:p>
    <w:p>
      <w:r>
        <w:t>More Precious than Gold (pot of Gold- Rainbow)</w:t>
      </w:r>
    </w:p>
    <w:p>
      <w:r>
        <w:t>Mother's Little Helper!</w:t>
      </w:r>
    </w:p>
    <w:p>
      <w:r>
        <w:t>My Angel...Only when he/she's sleeping!!!</w:t>
      </w:r>
    </w:p>
    <w:p>
      <w:r>
        <w:t>My heart belongs to Daddy</w:t>
      </w:r>
    </w:p>
    <w:p>
      <w:r>
        <w:t>My heart bursts with Happiness (looking at baby for the very first time)</w:t>
      </w:r>
    </w:p>
    <w:p>
      <w:r>
        <w:t>NAME - have a baby on the way so we're throwing them a shower before the big day.</w:t>
      </w:r>
    </w:p>
    <w:p>
      <w:r>
        <w:t>Name that Food</w:t>
      </w:r>
    </w:p>
    <w:p>
      <w:r>
        <w:t>Never knew all my hope and dreams would come in such a small package-</w:t>
      </w:r>
    </w:p>
    <w:p>
      <w:r>
        <w:t>My Daughter.</w:t>
      </w:r>
    </w:p>
    <w:p>
      <w:r>
        <w:t>No earthly joys could bring more pleasure than a little girl/boy to love and treasure.</w:t>
      </w:r>
    </w:p>
    <w:p>
      <w:r>
        <w:t>Now I lay me down to sleep.....</w:t>
      </w:r>
    </w:p>
    <w:p>
      <w:r>
        <w:t>Oh Boy! (for goofy shots)</w:t>
      </w:r>
    </w:p>
    <w:p>
      <w:r>
        <w:t>On the Go</w:t>
      </w:r>
    </w:p>
    <w:p>
      <w:r>
        <w:t>One who sleep under a quilt is comforted by love</w:t>
      </w:r>
    </w:p>
    <w:p>
      <w:r>
        <w:t>Our family just grew by two feet!</w:t>
      </w:r>
    </w:p>
    <w:p>
      <w:r>
        <w:t>Our little gift from the Lord!</w:t>
      </w:r>
    </w:p>
    <w:p>
      <w:r>
        <w:t>Our little sleeping angel.</w:t>
      </w:r>
    </w:p>
    <w:p>
      <w:r>
        <w:t>Our little sweetie (candy stickers)</w:t>
      </w:r>
    </w:p>
    <w:p>
      <w:r>
        <w:t>Our New Arrival</w:t>
      </w:r>
    </w:p>
    <w:p>
      <w:r>
        <w:t>Our New Love</w:t>
      </w:r>
    </w:p>
    <w:p>
      <w:r>
        <w:t>Peek a Boo I see you! (ultrasound)</w:t>
      </w:r>
    </w:p>
    <w:p>
      <w:r>
        <w:t>People who say they sleep like a baby usually don't have one.</w:t>
      </w:r>
    </w:p>
    <w:p>
      <w:r>
        <w:t>Pretty as A Picture! (Film and camera stickers and die cuts)</w:t>
      </w:r>
    </w:p>
    <w:p>
      <w:r>
        <w:t>Pretty Girl</w:t>
      </w:r>
    </w:p>
    <w:p>
      <w:r>
        <w:t>Qutie Pie</w:t>
      </w:r>
    </w:p>
    <w:p>
      <w:r>
        <w:t>Ray of Sunshine</w:t>
      </w:r>
    </w:p>
    <w:p>
      <w:r>
        <w:t>Reach for the stars and don't worry about falling- because Mom and Dad will catch you!!</w:t>
      </w:r>
    </w:p>
    <w:p>
      <w:r>
        <w:t>Ready for Baby</w:t>
      </w:r>
    </w:p>
    <w:p>
      <w:r>
        <w:t>Ready or Not, Here I come!</w:t>
      </w:r>
    </w:p>
    <w:p>
      <w:r>
        <w:t>Ready or not, here I grow!</w:t>
      </w:r>
    </w:p>
    <w:p>
      <w:r>
        <w:t>Rock-A-Bye Baby</w:t>
      </w:r>
    </w:p>
    <w:p>
      <w:r>
        <w:t>Roses 'round the door, babies on the floor, who could ask for more?</w:t>
      </w:r>
    </w:p>
    <w:p>
      <w:r>
        <w:t>Rub a dub dub, fun in the tub</w:t>
      </w:r>
    </w:p>
    <w:p>
      <w:r>
        <w:t>Saturday's Child works hard for a living</w:t>
      </w:r>
    </w:p>
    <w:p>
      <w:r>
        <w:t>Shake rattle and roll</w:t>
      </w:r>
    </w:p>
    <w:p>
      <w:r>
        <w:t>She's having a baby</w:t>
      </w:r>
    </w:p>
    <w:p>
      <w:r>
        <w:t>She will fill our lives with sunshine…And our hearts with love.</w:t>
      </w:r>
    </w:p>
    <w:p>
      <w:r>
        <w:t>Shhh… baby’s dreaming!</w:t>
      </w:r>
    </w:p>
    <w:p>
      <w:r>
        <w:t>Shhh… babies sleeping!</w:t>
      </w:r>
    </w:p>
    <w:p>
      <w:r>
        <w:t>Sleep Sweetly Precious Baby, Angels watch Over You..Mama is near.</w:t>
      </w:r>
    </w:p>
    <w:p>
      <w:r>
        <w:t>Slimy, yet Satisfying (feeding a baby)</w:t>
      </w:r>
    </w:p>
    <w:p>
      <w:r>
        <w:t>Small blessing make life a joy</w:t>
      </w:r>
    </w:p>
    <w:p>
      <w:r>
        <w:t>Small wonders bring special joys!</w:t>
      </w:r>
    </w:p>
    <w:p>
      <w:r>
        <w:t>Snack Time</w:t>
      </w:r>
    </w:p>
    <w:p>
      <w:r>
        <w:t>Snips and snails and puppy dogs tails; that what little boys are made of.</w:t>
      </w:r>
    </w:p>
    <w:p>
      <w:r>
        <w:t>So Big</w:t>
      </w:r>
    </w:p>
    <w:p>
      <w:r>
        <w:t>So Dog-gone Cute! (dog Stickers)</w:t>
      </w:r>
    </w:p>
    <w:p>
      <w:r>
        <w:t>So sweet and cuddly, Cute and fun;  It's a shower for NAME HIS/HER new life's begun!</w:t>
      </w:r>
    </w:p>
    <w:p>
      <w:r>
        <w:t>Someone new to love</w:t>
      </w:r>
    </w:p>
    <w:p>
      <w:r>
        <w:t>Spit Happens!</w:t>
      </w:r>
    </w:p>
    <w:p>
      <w:r>
        <w:t>Sugar &amp; Spice</w:t>
      </w:r>
    </w:p>
    <w:p>
      <w:r>
        <w:t>Splish, Splash</w:t>
      </w:r>
    </w:p>
    <w:p>
      <w:r>
        <w:t>Star Shine...Moon Shine (star/moon gazing layout)</w:t>
      </w:r>
    </w:p>
    <w:p>
      <w:r>
        <w:t>Star light, Star bright, First star I’ve seen tonight, I wish I may, I wish I might, Have the wish I wish tonight</w:t>
      </w:r>
    </w:p>
    <w:p>
      <w:r>
        <w:t>Sweet Beginnings</w:t>
      </w:r>
    </w:p>
    <w:p>
      <w:r>
        <w:t>Sweet Dreams</w:t>
      </w:r>
    </w:p>
    <w:p>
      <w:r>
        <w:t>Sweet Pea: Water often with tender love and care. Grows fast!</w:t>
      </w:r>
    </w:p>
    <w:p>
      <w:r>
        <w:t>Ten tiny fingers, ten tiny Toes</w:t>
      </w:r>
    </w:p>
    <w:p>
      <w:r>
        <w:t>Terrible Twos...Terrific Twos</w:t>
      </w:r>
    </w:p>
    <w:p>
      <w:r>
        <w:t>Thank heaven for little girls/boys</w:t>
      </w:r>
    </w:p>
    <w:p>
      <w:r>
        <w:t>That's my baby b'gosh! (overall pictures)</w:t>
      </w:r>
    </w:p>
    <w:p>
      <w:r>
        <w:t>The angles gazed upon us, and smiled with abundant joy, as God so tenderly gave to us...our little baby (boy or girl)</w:t>
      </w:r>
    </w:p>
    <w:p>
      <w:r>
        <w:t>The angels light another star each time there is a birth, to celebrate each precious child, the good Lord sends to Earth.</w:t>
      </w:r>
    </w:p>
    <w:p>
      <w:r>
        <w:t>The art of being a parent is to sleep when the baby isn't looking.</w:t>
      </w:r>
    </w:p>
    <w:p>
      <w:r>
        <w:t>The Bare necessities</w:t>
      </w:r>
    </w:p>
    <w:p>
      <w:r>
        <w:t>The Child born on a Sabbath Day is bonny and blithe and good and gay</w:t>
      </w:r>
    </w:p>
    <w:p>
      <w:r>
        <w:t>The Dish ran away with the spoon</w:t>
      </w:r>
    </w:p>
    <w:p>
      <w:r>
        <w:t>The little streaker!  (for those darling naked baby pictures)</w:t>
      </w:r>
    </w:p>
    <w:p>
      <w:r>
        <w:t>The most wonderful sound our ears can hear is the sound of a newborn baby</w:t>
      </w:r>
    </w:p>
    <w:p>
      <w:r>
        <w:t>The Wonder Year</w:t>
      </w:r>
    </w:p>
    <w:p>
      <w:r>
        <w:t>The Queen of Hearts</w:t>
      </w:r>
    </w:p>
    <w:p>
      <w:r>
        <w:t>There is nothing so precious as a sleeping baby</w:t>
      </w:r>
    </w:p>
    <w:p>
      <w:r>
        <w:t>They placed you in our arms and all our dreams came true</w:t>
      </w:r>
    </w:p>
    <w:p>
      <w:r>
        <w:t>Three, Two, One, What a Bundle of Fun!</w:t>
      </w:r>
    </w:p>
    <w:p>
      <w:r>
        <w:t>Thursday's Child has far to go</w:t>
      </w:r>
    </w:p>
    <w:p>
      <w:r>
        <w:t>Tiny blessings make life a joy</w:t>
      </w:r>
    </w:p>
    <w:p>
      <w:r>
        <w:t>Tuesdays Child is Full of grace</w:t>
      </w:r>
    </w:p>
    <w:p>
      <w:r>
        <w:t>Twinkle, Twinkle little star.</w:t>
      </w:r>
    </w:p>
    <w:p>
      <w:r>
        <w:t>Twinkle, twinkle little star, how we wonder what you are (ultra- &gt; sound pictures)</w:t>
      </w:r>
    </w:p>
    <w:p>
      <w:r>
        <w:t>Twins are two-two much</w:t>
      </w:r>
    </w:p>
    <w:p>
      <w:r>
        <w:t>We have increased the size of our house by two feet!</w:t>
      </w:r>
    </w:p>
    <w:p>
      <w:r>
        <w:t>We have a minority rule here, It’s called a baby.</w:t>
      </w:r>
    </w:p>
    <w:p>
      <w:r>
        <w:t>Welcome Little One!</w:t>
      </w:r>
    </w:p>
    <w:p>
      <w:r>
        <w:t>What a difference a day can make!</w:t>
      </w:r>
    </w:p>
    <w:p>
      <w:r>
        <w:t>What a "hand"some baby (hand die-cuts)</w:t>
      </w:r>
    </w:p>
    <w:p>
      <w:r>
        <w:t>What did they do before me?</w:t>
      </w:r>
    </w:p>
    <w:p>
      <w:r>
        <w:t>What is all the fuss about?</w:t>
      </w:r>
    </w:p>
    <w:p>
      <w:r>
        <w:t>What's one more?</w:t>
      </w:r>
    </w:p>
    <w:p>
      <w:r>
        <w:t>When a Child is born the angels sing.</w:t>
      </w:r>
    </w:p>
    <w:p>
      <w:r>
        <w:t>When in doubt, take a nap!</w:t>
      </w:r>
    </w:p>
    <w:p>
      <w:r>
        <w:t>When they put you in our arms, you fell into our hearts.</w:t>
      </w:r>
    </w:p>
    <w:p>
      <w:r>
        <w:t>Womb with a view (ultrasound)</w:t>
      </w:r>
    </w:p>
    <w:p>
      <w:r>
        <w:t>You are my special angel...sent from heaven above"</w:t>
      </w:r>
    </w:p>
    <w:p>
      <w:r>
        <w:t>You are so beautiful to me!</w:t>
      </w:r>
    </w:p>
    <w:p>
      <w:r>
        <w:t>You must have been a beautiful Baby!</w:t>
      </w:r>
    </w:p>
    <w:p>
      <w:r>
        <w:t>You've got the cutest little Babyface!</w:t>
      </w:r>
    </w:p>
    <w:p>
      <w:r>
        <w:t>You've come a long way, baby!</w:t>
      </w:r>
    </w:p>
    <w:p>
      <w:r>
        <w:t>Yummy, Yummy, Yummy...I've got Veggies in my Tummy!</w:t>
      </w:r>
    </w:p>
    <w:p>
      <w:r>
        <w:t>You Are My Sunshine!</w:t>
      </w:r>
    </w:p>
    <w:p>
      <w:r>
        <w:t>Automatic Sprinkler</w:t>
      </w:r>
    </w:p>
    <w:p>
      <w:r>
        <w:t>New kid on the block</w:t>
      </w:r>
    </w:p>
    <w:p>
      <w:r>
        <w:t>I give wet kisses</w:t>
      </w:r>
    </w:p>
    <w:p>
      <w:r>
        <w:t>House wrecker – anyplace anytime</w:t>
      </w:r>
    </w:p>
    <w:p>
      <w:r>
        <w:t>Will smile for food</w:t>
      </w:r>
    </w:p>
    <w:p>
      <w:r>
        <w:t>A baby is a ray of sunshine from Heaven</w:t>
      </w:r>
    </w:p>
    <w:p>
      <w:r>
        <w:t>Under this mess – is one really cute kid</w:t>
      </w:r>
    </w:p>
    <w:p>
      <w:r>
        <w:t>Who loves ya baby!!</w:t>
      </w:r>
    </w:p>
    <w:p>
      <w:r>
        <w:t>Yes Sir That's my baby!</w:t>
      </w:r>
    </w:p>
    <w:p>
      <w:r>
        <w:t>Sleeping babies must be what heaven is like</w:t>
      </w:r>
    </w:p>
    <w:p>
      <w:r>
        <w:t>Flowers bloomed the day you were born.</w:t>
      </w:r>
    </w:p>
    <w:p>
      <w:r>
        <w:t>A star is born</w:t>
      </w:r>
    </w:p>
    <w:p>
      <w:r>
        <w:t>Our home has just grown by 2 feet</w:t>
      </w:r>
    </w:p>
    <w:p>
      <w:r>
        <w:t>A smile is a language that even a baby understands</w:t>
      </w:r>
      <w:r>
        <w:br/>
      </w:r>
      <w:r>
        <w:t>A new life begun,</w:t>
      </w:r>
      <w:r>
        <w:br/>
      </w:r>
      <w:r>
        <w:t>Like father, like son.</w:t>
      </w:r>
      <w:r>
        <w:br/>
      </w:r>
      <w:r>
        <w:t>Like one, like the other,</w:t>
      </w:r>
      <w:r>
        <w:br/>
      </w:r>
      <w:r>
        <w:t>Like daughter, like mother.</w:t>
      </w:r>
      <w:r>
        <w:br/>
      </w:r>
      <w:r>
        <w:t>Making the decision to have a child is momentous. It is to decide forever</w:t>
      </w:r>
      <w:r>
        <w:br/>
      </w:r>
      <w:r>
        <w:t>to have your heart go walking around outside your body.</w:t>
      </w:r>
      <w:r>
        <w:br/>
      </w:r>
      <w:r>
        <w:t>When a child is born, so is a grandmother.</w:t>
      </w:r>
      <w:r>
        <w:br/>
      </w:r>
      <w:r>
        <w:t>A baby girl...</w:t>
      </w:r>
      <w:r>
        <w:br/>
      </w:r>
      <w:r>
        <w:t>one of the most beautiful miracles in life,</w:t>
      </w:r>
      <w:r>
        <w:br/>
      </w:r>
      <w:r>
        <w:t>one of the greatest joys we can ever know,</w:t>
      </w:r>
      <w:r>
        <w:br/>
      </w:r>
      <w:r>
        <w:t>and one of the reasons why</w:t>
      </w:r>
      <w:r>
        <w:br/>
      </w:r>
      <w:r>
        <w:t>there is a little extra sunshine, laughter and happiness</w:t>
      </w:r>
      <w:r>
        <w:br/>
      </w:r>
      <w:r>
        <w:t>in your world today.</w:t>
      </w:r>
      <w:r>
        <w:br/>
      </w:r>
      <w:r>
        <w:t>May your darling little son bring you so much joy</w:t>
      </w:r>
      <w:r>
        <w:br/>
      </w:r>
      <w:r>
        <w:t>That you'll always bless the day they said, "Congratulations, it's a boy!"</w:t>
      </w:r>
    </w:p>
    <w:p>
      <w:pPr>
        <w:pStyle w:val="Heading2"/>
      </w:pPr>
      <w:r>
        <w:t>Family</w:t>
      </w:r>
    </w:p>
    <w:p>
      <w:r>
        <w:t>Hold tenderly that which you cherish. - Bob Alberti</w:t>
      </w:r>
    </w:p>
    <w:p>
      <w:r>
        <w:t>A step back in time...</w:t>
      </w:r>
    </w:p>
    <w:p>
      <w:r>
        <w:t>LOVE AT HOME</w:t>
      </w:r>
    </w:p>
    <w:p>
      <w:r>
        <w:t>Brothers</w:t>
      </w:r>
    </w:p>
    <w:p>
      <w:r>
        <w:t>Heritage</w:t>
      </w:r>
    </w:p>
    <w:p>
      <w:r>
        <w:t>A family is a patchwork of personalities tied together with heartstrings.</w:t>
      </w:r>
    </w:p>
    <w:p>
      <w:r>
        <w:t>Grandparents are called "grand" for a reason</w:t>
      </w:r>
    </w:p>
    <w:p>
      <w:r>
        <w:t>Family</w:t>
      </w:r>
    </w:p>
    <w:p>
      <w:r>
        <w:t>No matter what, no matter where, It's always home if love is there.</w:t>
      </w:r>
    </w:p>
    <w:p>
      <w:r>
        <w:t>Love begins at home.</w:t>
      </w:r>
    </w:p>
    <w:p>
      <w:r>
        <w:t>Out of the dreariness, into it's cheeriness, come we in weariness home.</w:t>
      </w:r>
    </w:p>
    <w:p>
      <w:r>
        <w:t>Families are forever</w:t>
      </w:r>
    </w:p>
    <w:p>
      <w:r>
        <w:t>We may not have it all together, but together we have it all.</w:t>
      </w:r>
    </w:p>
    <w:p>
      <w:r>
        <w:t>Our family is a circle of love.</w:t>
      </w:r>
    </w:p>
    <w:p>
      <w:r>
        <w:t>Our family is a circle of love. With each new birth and union, the circle grows stronger.</w:t>
      </w:r>
    </w:p>
    <w:p>
      <w:r>
        <w:t>Family:</w:t>
      </w:r>
      <w:r>
        <w:br/>
      </w:r>
      <w:r>
        <w:t>F is for Familiar . . . there's no place like home;</w:t>
      </w:r>
      <w:r>
        <w:br/>
      </w:r>
      <w:r>
        <w:t>A is for Always welcome, no matter how far you roam;</w:t>
      </w:r>
      <w:r>
        <w:br/>
      </w:r>
      <w:r>
        <w:t>M is for the Memories, more cherished each passing day;</w:t>
      </w:r>
      <w:r>
        <w:br/>
      </w:r>
      <w:r>
        <w:t>I is for Inspiration given along the way;</w:t>
      </w:r>
      <w:r>
        <w:br/>
      </w:r>
      <w:r>
        <w:t>L is for the Love you feel each time you get together;</w:t>
      </w:r>
      <w:r>
        <w:br/>
      </w:r>
      <w:r>
        <w:t>Y is for the Years to come, for family lasts forever.</w:t>
      </w:r>
    </w:p>
    <w:p>
      <w:r>
        <w:t>Anyone can be a mother, but it takes someone special to be a Mommie.</w:t>
      </w:r>
    </w:p>
    <w:p>
      <w:r>
        <w:t>The hand that rocks the cradle rules the world</w:t>
      </w:r>
    </w:p>
    <w:p>
      <w:r>
        <w:t>On Being a Mother of a Little Girl</w:t>
      </w:r>
    </w:p>
    <w:p>
      <w:r>
        <w:t>A careful woman I ought to be</w:t>
      </w:r>
      <w:r>
        <w:br/>
      </w:r>
      <w:r>
        <w:t>a little lady follows me.</w:t>
      </w:r>
      <w:r>
        <w:br/>
      </w:r>
      <w:r>
        <w:t>I do not dare to go astray</w:t>
      </w:r>
      <w:r>
        <w:br/>
      </w:r>
      <w:r>
        <w:t>for fear she'll go the self same way.</w:t>
      </w:r>
      <w:r>
        <w:br/>
      </w:r>
      <w:r>
        <w:t>Not once can I escape her eyes:</w:t>
      </w:r>
      <w:r>
        <w:br/>
      </w:r>
      <w:r>
        <w:t>Whate'er she sees me do she tries.</w:t>
      </w:r>
      <w:r>
        <w:br/>
      </w:r>
      <w:r>
        <w:t>Like me she says she's going to be,</w:t>
      </w:r>
      <w:r>
        <w:br/>
      </w:r>
      <w:r>
        <w:t>that little lady who follows me.</w:t>
      </w:r>
      <w:r>
        <w:br/>
      </w:r>
      <w:r>
        <w:t>I must remember as I go</w:t>
      </w:r>
      <w:r>
        <w:br/>
      </w:r>
      <w:r>
        <w:t>through summer sun and winter snow.</w:t>
      </w:r>
      <w:r>
        <w:br/>
      </w:r>
      <w:r>
        <w:t>I'm molding for years to be</w:t>
      </w:r>
      <w:r>
        <w:br/>
      </w:r>
      <w:r>
        <w:t>that little lady who follows me.</w:t>
      </w:r>
    </w:p>
    <w:p>
      <w:r>
        <w:t>A father is someone you look up to no matter how tall you grow.</w:t>
      </w:r>
    </w:p>
    <w:p>
      <w:r>
        <w:t>When a child is born, so is a Grandma (Grandpa)</w:t>
      </w:r>
    </w:p>
    <w:p>
      <w:r>
        <w:t>What could be more precious</w:t>
      </w:r>
      <w:r>
        <w:br/>
      </w:r>
      <w:r>
        <w:t>Than Grandma's special love?</w:t>
      </w:r>
      <w:r>
        <w:br/>
      </w:r>
      <w:r>
        <w:t>She always seems to know the things</w:t>
      </w:r>
      <w:r>
        <w:br/>
      </w:r>
      <w:r>
        <w:t>That we are fondest of.</w:t>
      </w:r>
      <w:r>
        <w:br/>
      </w:r>
      <w:r>
        <w:t>She's always ready with a smile</w:t>
      </w:r>
      <w:r>
        <w:br/>
      </w:r>
      <w:r>
        <w:t>Or a loving word of praise,</w:t>
      </w:r>
      <w:r>
        <w:br/>
      </w:r>
      <w:r>
        <w:t>Her laughter always brightens up</w:t>
      </w:r>
      <w:r>
        <w:br/>
      </w:r>
      <w:r>
        <w:t>The cloudiest of days...</w:t>
      </w:r>
      <w:r>
        <w:br/>
      </w:r>
      <w:r>
        <w:t>She has an understanding heart</w:t>
      </w:r>
      <w:r>
        <w:br/>
      </w:r>
      <w:r>
        <w:t>that encourages and cheers.</w:t>
      </w:r>
      <w:r>
        <w:br/>
      </w:r>
      <w:r>
        <w:t>The love she gives so freely</w:t>
      </w:r>
      <w:r>
        <w:br/>
      </w:r>
      <w:r>
        <w:t>Grows deeper with the years.</w:t>
      </w:r>
      <w:r>
        <w:br/>
      </w:r>
      <w:r>
        <w:t>Her wisdom and devotion</w:t>
      </w:r>
      <w:r>
        <w:br/>
      </w:r>
      <w:r>
        <w:t>and blessings from above--</w:t>
      </w:r>
      <w:r>
        <w:br/>
      </w:r>
      <w:r>
        <w:t>Nothing could be more precious</w:t>
      </w:r>
      <w:r>
        <w:br/>
      </w:r>
      <w:r>
        <w:t>Than Grandma's special love.</w:t>
      </w:r>
    </w:p>
    <w:p>
      <w:r>
        <w:t>Grandma &amp; Grandpa,</w:t>
      </w:r>
      <w:r>
        <w:br/>
      </w:r>
      <w:r>
        <w:t>this book is for you,</w:t>
      </w:r>
      <w:r>
        <w:br/>
      </w:r>
      <w:r>
        <w:t>though it may be quite puzzling</w:t>
      </w:r>
      <w:r>
        <w:br/>
      </w:r>
      <w:r>
        <w:t>as the pictures are few.</w:t>
      </w:r>
      <w:r>
        <w:br/>
      </w:r>
      <w:r>
        <w:t>But every few months</w:t>
      </w:r>
      <w:r>
        <w:br/>
      </w:r>
      <w:r>
        <w:t>if you don't make a fuss,</w:t>
      </w:r>
      <w:r>
        <w:br/>
      </w:r>
      <w:r>
        <w:t>we'll send you more pages</w:t>
      </w:r>
      <w:r>
        <w:br/>
      </w:r>
      <w:r>
        <w:t>with pictures of us!</w:t>
      </w:r>
    </w:p>
    <w:p>
      <w:r>
        <w:t>There's no buddy like a brother</w:t>
      </w:r>
    </w:p>
    <w:p>
      <w:r>
        <w:t>Oh, Brother!</w:t>
      </w:r>
    </w:p>
    <w:p>
      <w:r>
        <w:t>First a brother, now a friend</w:t>
      </w:r>
    </w:p>
    <w:p>
      <w:r>
        <w:t>Sisters are forever</w:t>
      </w:r>
    </w:p>
    <w:p>
      <w:r>
        <w:t>Sisters by chance, friends by choice.</w:t>
      </w:r>
    </w:p>
    <w:p>
      <w:r>
        <w:t>Sisters are super!</w:t>
      </w:r>
    </w:p>
    <w:p>
      <w:r>
        <w:t>If you have a little boy (girl) all your very own, then you have enough and more to make a happy home.</w:t>
      </w:r>
    </w:p>
    <w:p>
      <w:r>
        <w:t>The love of a family makes life beautiful.</w:t>
      </w:r>
    </w:p>
    <w:p>
      <w:r>
        <w:t>(Name) Loves Me (sibling hugging)</w:t>
      </w:r>
    </w:p>
    <w:p>
      <w:r>
        <w:t>Momma &amp; Me!</w:t>
      </w:r>
    </w:p>
    <w:p>
      <w:r>
        <w:t>Families are tied together with heart strings.</w:t>
      </w:r>
    </w:p>
    <w:p>
      <w:r>
        <w:t>A man shouldn't have a garden any bigger than his wife can take care of.</w:t>
      </w:r>
    </w:p>
    <w:p>
      <w:r>
        <w:t>A perfect husband is one who stands by his wife in troubles she wouldn't have had in the first place.</w:t>
      </w:r>
    </w:p>
    <w:p>
      <w:r>
        <w:t>I love you, a bushel and a peck, a bushel and a peck and a hug around the neck!</w:t>
      </w:r>
    </w:p>
    <w:p>
      <w:r>
        <w:t>Ideas are very much like children--your own are wonderful!</w:t>
      </w:r>
    </w:p>
    <w:p>
      <w:r>
        <w:t>Families are a work of heart</w:t>
      </w:r>
    </w:p>
    <w:p>
      <w:r>
        <w:t>A girl’s father is the first man in her life and probably the most influential.</w:t>
      </w:r>
    </w:p>
    <w:p>
      <w:r>
        <w:t>Look what's sprouting up at our house!</w:t>
      </w:r>
    </w:p>
    <w:p>
      <w:r>
        <w:t>We're a Wacky Bunch!</w:t>
      </w:r>
    </w:p>
    <w:p>
      <w:r>
        <w:t>Out on a Limb with my Family Tree</w:t>
      </w:r>
    </w:p>
    <w:p>
      <w:r>
        <w:t>"Gang's all Here --again"</w:t>
      </w:r>
    </w:p>
    <w:p>
      <w:r>
        <w:t>Family Ties</w:t>
      </w:r>
    </w:p>
    <w:p>
      <w:r>
        <w:t>My Family- My life</w:t>
      </w:r>
    </w:p>
    <w:p>
      <w:r>
        <w:t>We are Family...I've got all my sisters with me</w:t>
      </w:r>
    </w:p>
    <w:p>
      <w:r>
        <w:t>A family is a gift that last forever</w:t>
      </w:r>
    </w:p>
    <w:p>
      <w:r>
        <w:t>We may not have it all together, but together we have it all.</w:t>
      </w:r>
    </w:p>
    <w:p>
      <w:r>
        <w:t>"Son" flowers</w:t>
      </w:r>
    </w:p>
    <w:p>
      <w:r>
        <w:t>"Son" Spots</w:t>
      </w:r>
    </w:p>
    <w:p>
      <w:r>
        <w:t>A "Sonny" Day</w:t>
      </w:r>
    </w:p>
    <w:p>
      <w:r>
        <w:t>You are the "Sonshine" of my life!</w:t>
      </w:r>
    </w:p>
    <w:p>
      <w:r>
        <w:t>Prime Time Family</w:t>
      </w:r>
    </w:p>
    <w:p>
      <w:r>
        <w:t>Give your husband an inch, and he'll think he's a ruler! (use ruler)</w:t>
      </w:r>
    </w:p>
    <w:p>
      <w:r>
        <w:t>Daughters are little girls that grow up to be your best friends.</w:t>
      </w:r>
    </w:p>
    <w:p>
      <w:r>
        <w:t>Cleaning house while the kids are still growing is like shoveling snow while its still snowing!!</w:t>
      </w:r>
    </w:p>
    <w:p>
      <w:pPr>
        <w:pStyle w:val="Heading2"/>
      </w:pPr>
      <w:r>
        <w:t>Brother</w:t>
      </w:r>
    </w:p>
    <w:p>
      <w:r>
        <w:t>Brothers are just like sisters.... only they like bugs !!</w:t>
      </w:r>
      <w:r>
        <w:br/>
      </w:r>
      <w:r>
        <w:t>All for one, and one for all, My Brother and My Friend, what fun we have, what time we share, Brothers ‘till the end.</w:t>
      </w:r>
      <w:r>
        <w:br/>
      </w:r>
      <w:r>
        <w:t>Brothers by birth, Friends by choice.</w:t>
      </w:r>
      <w:r>
        <w:br/>
      </w:r>
      <w:r>
        <w:t>I used to think how good it would be if I was the onliest kid in the house.  But when you went to camp, I was the loneliest.</w:t>
      </w:r>
      <w:r>
        <w:br/>
      </w:r>
      <w:r>
        <w:t>Love is blind but kid brothers are not.</w:t>
      </w:r>
      <w:r>
        <w:br/>
      </w:r>
      <w:r>
        <w:t>There is no other... like my big (little) brother !</w:t>
      </w:r>
      <w:r>
        <w:br/>
      </w:r>
      <w:r>
        <w:t>You were first a bother then a brother now a friend.</w:t>
      </w:r>
    </w:p>
    <w:p>
      <w:pPr>
        <w:pStyle w:val="Heading2"/>
      </w:pPr>
      <w:r>
        <w:t>Cousins</w:t>
      </w:r>
    </w:p>
    <w:p>
      <w:r>
        <w:t>A herd of "Cow-sins" (cow die cuts)</w:t>
      </w:r>
    </w:p>
    <w:p>
      <w:r>
        <w:t>Kissin' Cousins</w:t>
      </w:r>
    </w:p>
    <w:p>
      <w:pPr>
        <w:pStyle w:val="Heading2"/>
      </w:pPr>
      <w:r>
        <w:t>Dad</w:t>
      </w:r>
    </w:p>
    <w:p>
      <w:r>
        <w:t>My Father's Hands</w:t>
      </w:r>
      <w:r>
        <w:br/>
      </w:r>
      <w:r>
        <w:t>If you were to see my father as he worked each day,  you might not take a second look or even glance his way.  But when I remember him and all he means to me, I close my eyes and Daddy's hands are what I see.  As a child, I learned to trust when he would lift me high.  For in the safety of his hands...I'd almost touch the sky.  As my own hands were growing, I would hold his up to mine.  I'd ask him, "When will my hands grow?"  He'd say, "Just give them time."  Whether used for chastening or brushing back my tears, I knew his hands were guiding me all through the years.  His hands were symbols of his strength, yet gentle all the while.  The loving warmth of my Daddy's hands would always make me smile.  My father knew that his own hands were instruments of love, and so I learned to trust the hands of God, my Father up above.  Since his hands have blessed me with such precious memories, now I can place him in God's hands for all eternity.  (Unknown author)</w:t>
      </w:r>
      <w:r>
        <w:br/>
      </w:r>
      <w:r>
        <w:t>A father is neither an anchor to hold us back Nor a sail to take us there But a guiding light whose love show us the way.</w:t>
      </w:r>
      <w:r>
        <w:br/>
      </w:r>
      <w:r>
        <w:t>A dad is a person that is there. A dad is a person that cares. A dad is a person that is needed. A dad is a person that shares. Love your dad...for he may never be forgotten and may never truly be there.</w:t>
      </w:r>
      <w:r>
        <w:br/>
      </w:r>
      <w:r>
        <w:t>Anyone can be a dad but it takes a man to be a father.</w:t>
      </w:r>
      <w:r>
        <w:br/>
      </w:r>
      <w:r>
        <w:t>Anyone can be a father but it takes someone special to be a daddy.</w:t>
      </w:r>
      <w:r>
        <w:br/>
      </w:r>
      <w:r>
        <w:t>Becoming a father is easy enough, but being one can be rough.</w:t>
      </w:r>
      <w:r>
        <w:br/>
      </w:r>
      <w:r>
        <w:t>By the time a man realizes that maybe his father was right...he usually has a son who thinks he's wrong !</w:t>
      </w:r>
      <w:r>
        <w:br/>
      </w:r>
      <w:r>
        <w:t>DAD:  someone who hopes his son will turn out just like him, and who is afraid his daughters will meet someone who did.</w:t>
      </w:r>
      <w:r>
        <w:br/>
      </w:r>
      <w:r>
        <w:t>Dad...because you are my father....it's been easy to believe in God.</w:t>
      </w:r>
      <w:r>
        <w:br/>
      </w:r>
      <w:r>
        <w:t>Dad's Dream:  to have enough money someday     to live the kind of life my wife and kid's do.</w:t>
      </w:r>
      <w:r>
        <w:br/>
      </w:r>
      <w:r>
        <w:t>First-Rate</w:t>
      </w:r>
      <w:r>
        <w:br/>
      </w:r>
      <w:r>
        <w:t>Awesome</w:t>
      </w:r>
      <w:r>
        <w:br/>
      </w:r>
      <w:r>
        <w:t>Tip-Top</w:t>
      </w:r>
      <w:r>
        <w:br/>
      </w:r>
      <w:r>
        <w:t>Huggable</w:t>
      </w:r>
      <w:r>
        <w:br/>
      </w:r>
      <w:r>
        <w:t>Eagle Eye</w:t>
      </w:r>
      <w:r>
        <w:br/>
      </w:r>
      <w:r>
        <w:t>Rad Dad</w:t>
      </w:r>
      <w:r>
        <w:br/>
      </w:r>
      <w:r>
        <w:t>Hell as no fury like a dad whose tolls are mixed up !  I met this guy, he talked like my dad, walked like my dad, and dressed like my dad.  Then I took him to meet my mom and she said she hated him !</w:t>
      </w:r>
      <w:r>
        <w:br/>
      </w:r>
      <w:r>
        <w:t>I'm just as lucky as I can be for the world's best Dad belongs to me.</w:t>
      </w:r>
      <w:r>
        <w:br/>
      </w:r>
      <w:r>
        <w:t>My fingers may be small...but I can still wrap my Daddy around them !!</w:t>
      </w:r>
      <w:r>
        <w:br/>
      </w:r>
      <w:r>
        <w:t>One of the best legacies a father can leave his children is to love their mother.</w:t>
      </w:r>
      <w:r>
        <w:br/>
      </w:r>
      <w:r>
        <w:t>The best inheritance a father can leave his children is a good example.</w:t>
      </w:r>
      <w:r>
        <w:br/>
      </w:r>
      <w:r>
        <w:t>The first man a little girl falls in love with is her Dad.</w:t>
      </w:r>
      <w:r>
        <w:br/>
      </w:r>
      <w:r>
        <w:t>The greatest gift I ever had came from God...I call him Dad !</w:t>
      </w:r>
      <w:r>
        <w:br/>
      </w:r>
      <w:r>
        <w:t>The most important thing a father can do for his children, is to love their mother.</w:t>
      </w:r>
      <w:r>
        <w:br/>
      </w:r>
      <w:r>
        <w:t>The only man a girl can trust is her Daddy !!</w:t>
      </w:r>
      <w:r>
        <w:br/>
      </w:r>
      <w:r>
        <w:t>To be in your children's memories tomorrow...You have to be in their lives today.</w:t>
      </w:r>
      <w:r>
        <w:br/>
      </w:r>
      <w:r>
        <w:t>We live so far but yet so close...Every other weekend I pack my bags...to get ready to go to my Dad's.</w:t>
      </w:r>
      <w:r>
        <w:br/>
      </w:r>
      <w:r>
        <w:t>I moved out about a year ago...That doesn't mean I don't love my Father...Any less than I did before or ever will.</w:t>
      </w:r>
      <w:r>
        <w:br/>
      </w:r>
      <w:r>
        <w:t>Sometimes I fell so angry...and to be honest...Daddy's the only one who can me happy.</w:t>
      </w:r>
      <w:r>
        <w:br/>
      </w:r>
      <w:r>
        <w:t>If I had one wish...It would be....to have my Dad for eternity.</w:t>
      </w:r>
      <w:r>
        <w:br/>
      </w:r>
      <w:r>
        <w:t>Nothing more...Nothing less...Just that Dad that I could impress.</w:t>
      </w:r>
      <w:r>
        <w:br/>
      </w:r>
      <w:r>
        <w:t>You taught me to drive the tractor and my life...</w:t>
      </w:r>
    </w:p>
    <w:p>
      <w:pPr>
        <w:pStyle w:val="Heading2"/>
      </w:pPr>
      <w:r>
        <w:t>Daughter</w:t>
      </w:r>
    </w:p>
    <w:p>
      <w:r>
        <w:t>A daughter is a gift of love....given from God above.</w:t>
      </w:r>
    </w:p>
    <w:p>
      <w:r>
        <w:t>A daughter is a joy forever.</w:t>
      </w:r>
    </w:p>
    <w:p>
      <w:r>
        <w:t>A daughter may outgrow your lap... but she will never outgrow your heart.</w:t>
      </w:r>
    </w:p>
    <w:p>
      <w:r>
        <w:t>All the dreams I prayed you'll be are all the things you are.</w:t>
      </w:r>
    </w:p>
    <w:p>
      <w:r>
        <w:t>Chance made you my daughter...Love made you my friend.</w:t>
      </w:r>
    </w:p>
    <w:p>
      <w:r>
        <w:t>Chance will make you my daughter-in-law....Love makes you my friend.</w:t>
      </w:r>
    </w:p>
    <w:p>
      <w:r>
        <w:t>Mirror, mirror, on the wall...I am, my Mother after all !</w:t>
      </w:r>
    </w:p>
    <w:p>
      <w:r>
        <w:t>Mothers and Daughters, are closest when Daughters become Mothers.</w:t>
      </w:r>
    </w:p>
    <w:p>
      <w:r>
        <w:t>My finger may be small... but I can still wrap my Daddy around it !!</w:t>
      </w:r>
    </w:p>
    <w:p>
      <w:r>
        <w:t>Only when I became a mother did I learn to be a daughter.</w:t>
      </w:r>
    </w:p>
    <w:p>
      <w:r>
        <w:t>You came from Heaven on Angel wings and became my earth Angel.</w:t>
      </w:r>
    </w:p>
    <w:p>
      <w:r>
        <w:t>You were once my little girl and now my shining star.</w:t>
      </w:r>
    </w:p>
    <w:p>
      <w:r>
        <w:t>Your the sparkle in my eyes, the twinkle in my toes, the dance in my step and the kiss on my heart.</w:t>
      </w:r>
      <w:r>
        <w:br/>
      </w:r>
      <w:r>
        <w:t>For your little girl's tea party photos:</w:t>
      </w:r>
      <w:r>
        <w:br/>
      </w:r>
      <w:r>
        <w:t>It feels so good to have a friend</w:t>
      </w:r>
      <w:r>
        <w:br/>
      </w:r>
      <w:r>
        <w:t>On whom you can depend.</w:t>
      </w:r>
      <w:r>
        <w:br/>
      </w:r>
      <w:r>
        <w:t>To play with carefree, schoolgirl glee,</w:t>
      </w:r>
      <w:r>
        <w:br/>
      </w:r>
      <w:r>
        <w:t>And share a quiet cup of tea.</w:t>
      </w:r>
    </w:p>
    <w:p>
      <w:r>
        <w:t>The Tea Party</w:t>
      </w:r>
      <w:r>
        <w:br/>
      </w:r>
      <w:r>
        <w:t>I had a little tea party</w:t>
      </w:r>
      <w:r>
        <w:br/>
      </w:r>
      <w:r>
        <w:t>One afternoon at three</w:t>
      </w:r>
      <w:r>
        <w:br/>
      </w:r>
      <w:r>
        <w:t>T'was very small</w:t>
      </w:r>
      <w:r>
        <w:br/>
      </w:r>
      <w:r>
        <w:t>Just I, myself, and me.</w:t>
      </w:r>
    </w:p>
    <w:p>
      <w:r>
        <w:t>Myself ate up the sandwiches</w:t>
      </w:r>
      <w:r>
        <w:br/>
      </w:r>
      <w:r>
        <w:t>While I drank up the tea</w:t>
      </w:r>
      <w:r>
        <w:br/>
      </w:r>
      <w:r>
        <w:t>T'was also I who ate the pie</w:t>
      </w:r>
      <w:r>
        <w:br/>
      </w:r>
      <w:r>
        <w:t>And passed the cake to me.</w:t>
      </w:r>
      <w:r>
        <w:br/>
      </w:r>
      <w:r>
        <w:t>A poem for a graduating daughter</w:t>
      </w:r>
      <w:r>
        <w:br/>
      </w:r>
      <w:r>
        <w:t>Young woman, my daughter,</w:t>
      </w:r>
      <w:r>
        <w:br/>
      </w:r>
      <w:r>
        <w:t>my joy and my heart,</w:t>
      </w:r>
      <w:r>
        <w:br/>
      </w:r>
      <w:r>
        <w:t>You've reached the end</w:t>
      </w:r>
      <w:r>
        <w:br/>
      </w:r>
      <w:r>
        <w:t>only to find a new start.</w:t>
      </w:r>
    </w:p>
    <w:p>
      <w:r>
        <w:t>The world sees the young woman</w:t>
      </w:r>
      <w:r>
        <w:br/>
      </w:r>
      <w:r>
        <w:t>with her charm and her smile,</w:t>
      </w:r>
      <w:r>
        <w:br/>
      </w:r>
      <w:r>
        <w:t>but behind the woman,</w:t>
      </w:r>
      <w:r>
        <w:br/>
      </w:r>
      <w:r>
        <w:t>I will always see the child.</w:t>
      </w:r>
      <w:r>
        <w:br/>
      </w:r>
      <w:r>
        <w:t>Turn Around</w:t>
      </w:r>
      <w:r>
        <w:br/>
      </w:r>
      <w:r>
        <w:t>Where are you goin' my little one, little one?</w:t>
      </w:r>
      <w:r>
        <w:br/>
      </w:r>
      <w:r>
        <w:t>Where are you goin' my baby my own?</w:t>
      </w:r>
      <w:r>
        <w:br/>
      </w:r>
      <w:r>
        <w:t>Turn around and you're two</w:t>
      </w:r>
      <w:r>
        <w:br/>
      </w:r>
      <w:r>
        <w:t>Turn around and you're four</w:t>
      </w:r>
      <w:r>
        <w:br/>
      </w:r>
      <w:r>
        <w:t>Turn around and you're a young girl</w:t>
      </w:r>
      <w:r>
        <w:br/>
      </w:r>
      <w:r>
        <w:t>Going out of the door</w:t>
      </w:r>
    </w:p>
    <w:p>
      <w:r>
        <w:t>Where are you going' my little one, little one?</w:t>
      </w:r>
      <w:r>
        <w:br/>
      </w:r>
      <w:r>
        <w:t>Little dirndles and petticoats, where have you gone?</w:t>
      </w:r>
      <w:r>
        <w:br/>
      </w:r>
      <w:r>
        <w:t>Turn around and you're tiny</w:t>
      </w:r>
      <w:r>
        <w:br/>
      </w:r>
      <w:r>
        <w:t>Turn around and you're grown</w:t>
      </w:r>
      <w:r>
        <w:br/>
      </w:r>
      <w:r>
        <w:t>Turn around and you're a young wife</w:t>
      </w:r>
      <w:r>
        <w:br/>
      </w:r>
      <w:r>
        <w:t>With babes of your own.</w:t>
      </w:r>
    </w:p>
    <w:p>
      <w:pPr>
        <w:pStyle w:val="Heading2"/>
      </w:pPr>
      <w:r>
        <w:t>Father</w:t>
      </w:r>
    </w:p>
    <w:p>
      <w:r>
        <w:t>A Daddy is a man who has photos in his wallet where his money used to be</w:t>
      </w:r>
      <w:r>
        <w:br/>
      </w:r>
      <w:r>
        <w:t>My father didn't tell me how to live; he lived, and let me watch him do it.</w:t>
      </w:r>
      <w:r>
        <w:br/>
      </w:r>
      <w:r>
        <w:t>A father's goodness is higher than the mountains, a mother's goodness is deeper than the sea.</w:t>
      </w:r>
      <w:r>
        <w:br/>
      </w:r>
      <w:r>
        <w:t>Not to be cheered by praise,</w:t>
      </w:r>
      <w:r>
        <w:br/>
      </w:r>
      <w:r>
        <w:t>Not to be grieved by blame,</w:t>
      </w:r>
      <w:r>
        <w:br/>
      </w:r>
      <w:r>
        <w:t>But to know thoroughly one's own virtues and powers,</w:t>
      </w:r>
      <w:r>
        <w:br/>
      </w:r>
      <w:r>
        <w:t>Are the characteristics of an excellent man.</w:t>
      </w:r>
      <w:r>
        <w:br/>
      </w:r>
      <w:r>
        <w:t>A touch on the shoulder</w:t>
      </w:r>
      <w:r>
        <w:br/>
      </w:r>
      <w:r>
        <w:t>A wink of an eye</w:t>
      </w:r>
      <w:r>
        <w:br/>
      </w:r>
      <w:r>
        <w:t>A firm pat on the back</w:t>
      </w:r>
      <w:r>
        <w:br/>
      </w:r>
      <w:r>
        <w:t>A powerful high-five</w:t>
      </w:r>
      <w:r>
        <w:br/>
      </w:r>
      <w:r>
        <w:t>A glance and a smile</w:t>
      </w:r>
      <w:r>
        <w:br/>
      </w:r>
      <w:r>
        <w:t>A harmless bear hug</w:t>
      </w:r>
      <w:r>
        <w:br/>
      </w:r>
      <w:r>
        <w:t>Are unspoken words</w:t>
      </w:r>
      <w:r>
        <w:br/>
      </w:r>
      <w:r>
        <w:t>Between fathers and sons</w:t>
      </w:r>
      <w:r>
        <w:br/>
      </w:r>
      <w:r>
        <w:t>Each showing the other</w:t>
      </w:r>
      <w:r>
        <w:br/>
      </w:r>
      <w:r>
        <w:t>How deeply they care</w:t>
      </w:r>
      <w:r>
        <w:br/>
      </w:r>
      <w:r>
        <w:t>Through love and respect</w:t>
      </w:r>
      <w:r>
        <w:br/>
      </w:r>
      <w:r>
        <w:t>And a little bit of flare</w:t>
      </w:r>
    </w:p>
    <w:p>
      <w:r>
        <w:t>My heart belongs to Daddy</w:t>
      </w:r>
    </w:p>
    <w:p>
      <w:r>
        <w:t>Daddy's Little Angel (child making Snow Angels with Dad)</w:t>
      </w:r>
    </w:p>
    <w:p>
      <w:r>
        <w:t>Denim Duo (Dad and Baby in Jean jackets)</w:t>
      </w:r>
    </w:p>
    <w:p>
      <w:r>
        <w:t>One father is more that a hundred schoolmasters...English Proverb</w:t>
      </w:r>
    </w:p>
    <w:p>
      <w:r>
        <w:t>Just me and my Pa!</w:t>
      </w:r>
    </w:p>
    <w:p>
      <w:r>
        <w:t>A father is someone you look up to no matter how tall you grow.</w:t>
      </w:r>
    </w:p>
    <w:p>
      <w:r>
        <w:t>Here's a happy Hug-A Bunch</w:t>
      </w:r>
      <w:r>
        <w:br/>
      </w:r>
      <w:r>
        <w:t>Wrap it around and feel the crunch.</w:t>
      </w:r>
      <w:r>
        <w:br/>
      </w:r>
      <w:r>
        <w:t>May smiles and kisses come your way</w:t>
      </w:r>
      <w:r>
        <w:br/>
      </w:r>
      <w:r>
        <w:t>With lots of love on</w:t>
      </w:r>
      <w:r>
        <w:br/>
      </w:r>
      <w:r>
        <w:t>Mother's / Father's Day.</w:t>
      </w:r>
    </w:p>
    <w:p>
      <w:r>
        <w:t>The best thing is having a Dad like you!</w:t>
      </w:r>
    </w:p>
    <w:p>
      <w:r>
        <w:t>You are my role model.</w:t>
      </w:r>
    </w:p>
    <w:p>
      <w:r>
        <w:t>I love my Daddy!</w:t>
      </w:r>
    </w:p>
    <w:p>
      <w:r>
        <w:t>Lessons from the University of Dad</w:t>
      </w:r>
      <w:r>
        <w:br/>
      </w:r>
      <w:r>
        <w:t>History:  When I was your age. . .</w:t>
      </w:r>
      <w:r>
        <w:br/>
      </w:r>
      <w:r>
        <w:t>Law:  As long as you live under my roof you will . . .</w:t>
      </w:r>
      <w:r>
        <w:br/>
      </w:r>
      <w:r>
        <w:t>Science:  Do you think money grows on trees?</w:t>
      </w:r>
      <w:r>
        <w:br/>
      </w:r>
      <w:r>
        <w:t>Psychology:  Because I said so!</w:t>
      </w:r>
    </w:p>
    <w:p>
      <w:r>
        <w:t>No matter how tall I grow, I will always look up to my Dad.</w:t>
      </w:r>
    </w:p>
    <w:p>
      <w:r>
        <w:t>The best gift a father can give his child is the gift of himself, especially when that child grows up and needs things fixed around the house!</w:t>
      </w:r>
    </w:p>
    <w:p>
      <w:r>
        <w:t>A dad is someone who teaches you to drive the family car and your life.</w:t>
      </w:r>
    </w:p>
    <w:p>
      <w:r>
        <w:t>A father is someone who can't get on the phone, in the bathroom or out of debt.</w:t>
      </w:r>
    </w:p>
    <w:p>
      <w:r>
        <w:t>A father's love warms the hearts of his children forever.</w:t>
      </w:r>
    </w:p>
    <w:p>
      <w:r>
        <w:t>Hop on Pop. We like to hop. We like to hop on Pop!</w:t>
      </w:r>
    </w:p>
    <w:p>
      <w:r>
        <w:t>I'm just as lucky as I can be for the world's best Dad belongs to me!</w:t>
      </w:r>
    </w:p>
    <w:p>
      <w:r>
        <w:t>Dad dreams, he plans, he struggles to give us the best. His sacrifice is quiet, his life is love expressed.</w:t>
      </w:r>
    </w:p>
    <w:p>
      <w:r>
        <w:t>Fathers hope their sons will turn out just like them and worry that they daughters will meet someone who did.</w:t>
      </w:r>
    </w:p>
    <w:p>
      <w:r>
        <w:t>God invented fathers because kids need piggy back rides</w:t>
      </w:r>
    </w:p>
    <w:p>
      <w:r>
        <w:t>A father and his car keys are soon parted.</w:t>
      </w:r>
    </w:p>
    <w:p>
      <w:r>
        <w:t>A father is someone you can lean on.</w:t>
      </w:r>
    </w:p>
    <w:p>
      <w:r>
        <w:t>A father carries pictures where his money used to be.</w:t>
      </w:r>
    </w:p>
    <w:p>
      <w:r>
        <w:t>Dad's Dream: To one day have enough money to live the way the wife and kids do.</w:t>
      </w:r>
    </w:p>
    <w:p>
      <w:r>
        <w:t>Hell hath no fury like a Dad whose tools are missing.</w:t>
      </w:r>
    </w:p>
    <w:p>
      <w:r>
        <w:t>Blessed is the man who hears many gentle voices call him father.</w:t>
      </w:r>
    </w:p>
    <w:p>
      <w:r>
        <w:t>Any man can be a father, but it takes a real man to change a dirty diaper.</w:t>
      </w:r>
    </w:p>
    <w:p>
      <w:r>
        <w:t>There's a special bathroom in heaven for the father of girls.</w:t>
      </w:r>
    </w:p>
    <w:p>
      <w:r>
        <w:t>A father is neither an anchor to hold us back, nor a sail to take us there, but a guiding light whose love shows us the way.</w:t>
      </w:r>
    </w:p>
    <w:p>
      <w:r>
        <w:t>By the time a man realizes that maybe his father was right, he usually has a son who thinks he is wrong!</w:t>
      </w:r>
    </w:p>
    <w:p>
      <w:r>
        <w:t>"Children can find other children to be pals. Children need fathers to be fathers." -- Garrison Keillor</w:t>
      </w:r>
    </w:p>
    <w:p>
      <w:r>
        <w:t>Our hero</w:t>
      </w:r>
    </w:p>
    <w:p>
      <w:pPr>
        <w:pStyle w:val="Heading2"/>
      </w:pPr>
      <w:r>
        <w:t>Grandparents</w:t>
      </w:r>
    </w:p>
    <w:p>
      <w:r>
        <w:t>What could be more precious</w:t>
      </w:r>
      <w:r>
        <w:br/>
      </w:r>
      <w:r>
        <w:t>Than Grandma's special love?</w:t>
      </w:r>
      <w:r>
        <w:br/>
      </w:r>
      <w:r>
        <w:t>She always seems to know the things</w:t>
      </w:r>
      <w:r>
        <w:br/>
      </w:r>
      <w:r>
        <w:t>That we are fondest of.</w:t>
      </w:r>
      <w:r>
        <w:br/>
      </w:r>
      <w:r>
        <w:t>She's always ready with a smile</w:t>
      </w:r>
      <w:r>
        <w:br/>
      </w:r>
      <w:r>
        <w:t>Or a loving word of praise,</w:t>
      </w:r>
      <w:r>
        <w:br/>
      </w:r>
      <w:r>
        <w:t>Her laughter always brightens up</w:t>
      </w:r>
      <w:r>
        <w:br/>
      </w:r>
      <w:r>
        <w:t>The cloudiest of days...</w:t>
      </w:r>
      <w:r>
        <w:br/>
      </w:r>
      <w:r>
        <w:t>She has an understanding heart</w:t>
      </w:r>
      <w:r>
        <w:br/>
      </w:r>
      <w:r>
        <w:t>that encourages and cheers.</w:t>
      </w:r>
      <w:r>
        <w:br/>
      </w:r>
      <w:r>
        <w:t>The love she gives so freely</w:t>
      </w:r>
      <w:r>
        <w:br/>
      </w:r>
      <w:r>
        <w:t>Grows deeper with the years.</w:t>
      </w:r>
      <w:r>
        <w:br/>
      </w:r>
      <w:r>
        <w:t>Her wisdom and devotion</w:t>
      </w:r>
      <w:r>
        <w:br/>
      </w:r>
      <w:r>
        <w:t>and blessings from above--</w:t>
      </w:r>
      <w:r>
        <w:br/>
      </w:r>
      <w:r>
        <w:t>Nothing could be more precious</w:t>
      </w:r>
      <w:r>
        <w:br/>
      </w:r>
      <w:r>
        <w:t>Than Grandma's special love.</w:t>
      </w:r>
      <w:r>
        <w:br/>
      </w:r>
      <w:r>
        <w:t>Grandparents  ~ Aren't They Grand!</w:t>
      </w:r>
    </w:p>
    <w:p>
      <w:r>
        <w:t>Grandparents- so simple even a child can operate</w:t>
      </w:r>
    </w:p>
    <w:p>
      <w:r>
        <w:t>I may not be rich, but my grandchildren are jewels</w:t>
      </w:r>
    </w:p>
    <w:p>
      <w:r>
        <w:t>Grandpas are great</w:t>
      </w:r>
    </w:p>
    <w:p>
      <w:r>
        <w:t>Grandpa's Little Man</w:t>
      </w:r>
    </w:p>
    <w:p>
      <w:r>
        <w:t>Grandma's Sleepy boys (all the boys sleeping on grandma's shoulder)</w:t>
      </w:r>
    </w:p>
    <w:p>
      <w:r>
        <w:t>If Mom Says No, Call 1-800-GRANDMA</w:t>
      </w:r>
    </w:p>
    <w:p>
      <w:r>
        <w:t>Life begins at 80</w:t>
      </w:r>
    </w:p>
    <w:p>
      <w:r>
        <w:t>Our Loving Legacies</w:t>
      </w:r>
    </w:p>
    <w:p>
      <w:r>
        <w:t>The Days of our Lives</w:t>
      </w:r>
    </w:p>
    <w:p>
      <w:r>
        <w:t>True Love never grows old</w:t>
      </w:r>
    </w:p>
    <w:p>
      <w:r>
        <w:t>For a good time and lots of treat call 1-800- Grandma</w:t>
      </w:r>
    </w:p>
    <w:p>
      <w:r>
        <w:t>There's No place like Grandma's</w:t>
      </w:r>
    </w:p>
    <w:p>
      <w:r>
        <w:t>Who's spoiling who?</w:t>
      </w:r>
    </w:p>
    <w:p>
      <w:r>
        <w:t>A lot of children are spoiled because you can't spank Grandma!</w:t>
      </w:r>
    </w:p>
    <w:p>
      <w:r>
        <w:t>Aged to Perfection</w:t>
      </w:r>
    </w:p>
    <w:p>
      <w:r>
        <w:t>It's takes a great grandfather to be a Great-Grandfather.</w:t>
      </w:r>
    </w:p>
    <w:p>
      <w:r>
        <w:t>Hangin' Out at Grandma's</w:t>
      </w:r>
    </w:p>
    <w:p>
      <w:r>
        <w:t>Grandpa's Delight</w:t>
      </w:r>
    </w:p>
    <w:p>
      <w:r>
        <w:t>Help, Mom's having a bad day, call 1-800- NANA</w:t>
      </w:r>
    </w:p>
    <w:p>
      <w:r>
        <w:t>There would be fewer spoiled children if you could spank Grandmas</w:t>
      </w:r>
    </w:p>
    <w:p>
      <w:r>
        <w:t>Grandma's my name spoilin's my game</w:t>
      </w:r>
    </w:p>
    <w:p>
      <w:r>
        <w:t>Grandma's are short on criticism and long on love.</w:t>
      </w:r>
    </w:p>
    <w:p>
      <w:r>
        <w:t>Lucky Lures, Paw Paw Bait Co. (kids fishing with grandpa)</w:t>
      </w:r>
    </w:p>
    <w:p>
      <w:r>
        <w:t>Child of my child,</w:t>
      </w:r>
    </w:p>
    <w:p>
      <w:r>
        <w:t>Heart of my heart,</w:t>
      </w:r>
    </w:p>
    <w:p>
      <w:r>
        <w:t>Your smile bridges the years between us.</w:t>
      </w:r>
    </w:p>
    <w:p>
      <w:r>
        <w:t>I am young again discovering the world through your eyes</w:t>
      </w:r>
    </w:p>
    <w:p>
      <w:r>
        <w:t>You have the time to listen, And I have the time to spend</w:t>
      </w:r>
    </w:p>
    <w:p>
      <w:r>
        <w:t>Delighted to gaze at familiar, loved features, made new in you again</w:t>
      </w:r>
    </w:p>
    <w:p>
      <w:r>
        <w:t>Through you, I'll see the future, Through me, you'll know the past</w:t>
      </w:r>
    </w:p>
    <w:p>
      <w:r>
        <w:t>In the present we'll love one another As long as these moments last.</w:t>
      </w:r>
      <w:r>
        <w:br/>
      </w:r>
      <w:r>
        <w:t>As I was growing up, I always had the feeling that I understood a lot more than I knew.  When I listen to my grandchildren, I think they know a lot more than they understand.</w:t>
      </w:r>
      <w:r>
        <w:br/>
      </w:r>
      <w:r>
        <w:t>Fathers are men who give daughters away to other men who aren't nearly good enough...so they can have grandchildren who are smarter than anybody's.</w:t>
      </w:r>
      <w:r>
        <w:br/>
      </w:r>
      <w:r>
        <w:t>God gave us loving grandchildren as a reward for all our random acts of kindness.</w:t>
      </w:r>
      <w:r>
        <w:br/>
      </w:r>
      <w:r>
        <w:t>Grandchildren are a grandparent's link to the future, and grandparents are the child's link to the past.</w:t>
      </w:r>
      <w:r>
        <w:br/>
      </w:r>
      <w:r>
        <w:t>Grandchildren are God's reward for not killing your children!</w:t>
      </w:r>
      <w:r>
        <w:br/>
      </w:r>
      <w:r>
        <w:t>Grandchildren are loving reminders of what we're really here for.</w:t>
      </w:r>
      <w:r>
        <w:br/>
      </w:r>
      <w:r>
        <w:t>Grandchildren are our compensation for growing old.</w:t>
      </w:r>
      <w:r>
        <w:br/>
      </w:r>
      <w:r>
        <w:t>Grandchildren are the dots that connect the lines from generation to generation.</w:t>
      </w:r>
      <w:r>
        <w:br/>
      </w:r>
      <w:r>
        <w:t>Grandchildren are to grandparents like sunshine to a day!</w:t>
      </w:r>
      <w:r>
        <w:br/>
      </w:r>
      <w:r>
        <w:t>Grandchildren don't make a woman feel old; it's being married to a grandfather that bothers her.</w:t>
      </w:r>
      <w:r>
        <w:br/>
      </w:r>
      <w:r>
        <w:t>The handwriting on the wall means the grandchildren found the crayons.</w:t>
      </w:r>
      <w:r>
        <w:br/>
      </w:r>
      <w:r>
        <w:t>How does it feel to be a grandmother? A little odd? It seems quite crazy that your baby should be sitting there with a baby of her own on her lap. But good...A sort of bonus.</w:t>
      </w:r>
      <w:r>
        <w:br/>
      </w:r>
      <w:r>
        <w:t>I may not be rich, but I do have priceless grandchildren.</w:t>
      </w:r>
      <w:r>
        <w:br/>
      </w:r>
      <w:r>
        <w:t>I thought I had forgotten how to hold a baby...but my arms remember.</w:t>
      </w:r>
      <w:r>
        <w:br/>
      </w:r>
      <w:r>
        <w:t>If I had known how wonderful it would be to have grandchildren, I'd have them first.</w:t>
      </w:r>
      <w:r>
        <w:br/>
      </w:r>
      <w:r>
        <w:t>It's such a grand thing to be a mother of a mother - that's why the world calls her grandmother.</w:t>
      </w:r>
      <w:r>
        <w:br/>
      </w:r>
      <w:r>
        <w:t>Life is easier if you hear the steps of grandchildren walking beside you!</w:t>
      </w:r>
      <w:r>
        <w:br/>
      </w:r>
      <w:r>
        <w:t>My name is NO NO but grandma calls me precious.</w:t>
      </w:r>
      <w:r>
        <w:br/>
      </w:r>
      <w:r>
        <w:t>No sooner have you stowed away the last teddy bear in the attic than it has to be got down again.</w:t>
      </w:r>
      <w:r>
        <w:br/>
      </w:r>
      <w:r>
        <w:t>Perfect love sometimes does not come til the first grandchild</w:t>
      </w:r>
      <w:r>
        <w:br/>
      </w:r>
      <w:r>
        <w:t>Clouds disappear when Grandma appears</w:t>
      </w:r>
      <w:r>
        <w:br/>
      </w:r>
      <w:r>
        <w:t>The cookie jar is never empty at grandma's house</w:t>
      </w:r>
      <w:r>
        <w:br/>
      </w:r>
      <w:r>
        <w:t>Dear to My Heart</w:t>
      </w:r>
      <w:r>
        <w:br/>
      </w:r>
      <w:r>
        <w:t>Every kid should have a grandma like mine</w:t>
      </w:r>
      <w:r>
        <w:br/>
      </w:r>
      <w:r>
        <w:t>For a good time call 1-800-grandma</w:t>
      </w:r>
      <w:r>
        <w:br/>
      </w:r>
      <w:r>
        <w:t>Generations</w:t>
      </w:r>
      <w:r>
        <w:br/>
      </w:r>
      <w:r>
        <w:t>Going to Grandma and Grandpa's house</w:t>
      </w:r>
      <w:r>
        <w:br/>
      </w:r>
      <w:r>
        <w:t>Grandma is another word for Love</w:t>
      </w:r>
      <w:r>
        <w:br/>
      </w:r>
      <w:r>
        <w:t>Grandmas are antique little girls</w:t>
      </w:r>
      <w:r>
        <w:br/>
      </w:r>
      <w:r>
        <w:t>Grandmas are earth angels</w:t>
      </w:r>
      <w:r>
        <w:br/>
      </w:r>
      <w:r>
        <w:t>Grandmas are special</w:t>
      </w:r>
      <w:r>
        <w:br/>
      </w:r>
      <w:r>
        <w:t>Grandma's my name, spoilin's my game.</w:t>
      </w:r>
      <w:r>
        <w:br/>
      </w:r>
      <w:r>
        <w:t>Grandmothers are angels in training.</w:t>
      </w:r>
      <w:r>
        <w:br/>
      </w:r>
      <w:r>
        <w:t>Grandmothers are just antique little girls.</w:t>
      </w:r>
      <w:r>
        <w:br/>
      </w:r>
      <w:r>
        <w:t>Grandpas are antique little boys.</w:t>
      </w:r>
      <w:r>
        <w:br/>
      </w:r>
      <w:r>
        <w:t>Grandpas are great</w:t>
      </w:r>
      <w:r>
        <w:br/>
      </w:r>
      <w:r>
        <w:t>As long as there are grandmothers there will be love in the world.</w:t>
      </w:r>
      <w:r>
        <w:br/>
      </w:r>
      <w:r>
        <w:t>Being a grandmother is our last chance to act like a kid without being accused of being in our second childhood.</w:t>
      </w:r>
      <w:r>
        <w:br/>
      </w:r>
      <w:r>
        <w:t>The birth of a child in the family can be the greatest leveler of differences, bringing everyone together.</w:t>
      </w:r>
      <w:r>
        <w:br/>
      </w:r>
      <w:r>
        <w:t>Blessed Be the Ties that Bind Generations</w:t>
      </w:r>
      <w:r>
        <w:br/>
      </w:r>
      <w:r>
        <w:t>The father who is old at 40 can turn into a grandfather who is young at 60.</w:t>
      </w:r>
      <w:r>
        <w:br/>
      </w:r>
      <w:r>
        <w:t>A grandfather is someone with silver in his hair and gold in his heart.</w:t>
      </w:r>
      <w:r>
        <w:br/>
      </w:r>
      <w:r>
        <w:t>Grandma - great storyteller, loving babysitter, super-hugger, and loved very much!</w:t>
      </w:r>
      <w:r>
        <w:br/>
      </w:r>
      <w:r>
        <w:t>Grandmas are Mommies with Lots of Practice</w:t>
      </w:r>
      <w:r>
        <w:br/>
      </w:r>
      <w:r>
        <w:t>Grandmas are moms with lots of frosting.</w:t>
      </w:r>
      <w:r>
        <w:br/>
      </w:r>
      <w:r>
        <w:t>Grandma's house is her grandchildren's second home, a sort of security blanket they can escape t when the world is unfriendly.</w:t>
      </w:r>
      <w:r>
        <w:br/>
      </w:r>
      <w:r>
        <w:t>Grandmas are the only grownups who have got time.</w:t>
      </w:r>
      <w:r>
        <w:br/>
      </w:r>
      <w:r>
        <w:t>A grandmother holds her grandchildren's hands for a while; their hearts forever.</w:t>
      </w:r>
      <w:r>
        <w:br/>
      </w:r>
      <w:r>
        <w:t>A grandmother is a babysitter who watches the kids instead of the television.</w:t>
      </w:r>
      <w:r>
        <w:br/>
      </w:r>
      <w:r>
        <w:t>Grandmothers are voices of the past and role models of the present.</w:t>
      </w:r>
      <w:r>
        <w:br/>
      </w:r>
      <w:r>
        <w:t>Grandmothers fill our yesterdays with sweet memories and our todays with moments of happiness</w:t>
      </w:r>
      <w:r>
        <w:br/>
      </w:r>
      <w:r>
        <w:t>A Grandpa is someone you never outgrow your need for!</w:t>
      </w:r>
      <w:r>
        <w:br/>
      </w:r>
      <w:r>
        <w:t>Grandparents and grandchildren get along so well because they have a common enemy - the parents.</w:t>
      </w:r>
      <w:r>
        <w:br/>
      </w:r>
      <w:r>
        <w:t>Grandparents are the footsteps to the future</w:t>
      </w:r>
      <w:r>
        <w:br/>
      </w:r>
      <w:r>
        <w:t>Grandparents are them most precious kind of antiques</w:t>
      </w:r>
      <w:r>
        <w:br/>
      </w:r>
      <w:r>
        <w:t>Grandparents make the world...a little softer, a little kinder, a little warmer.</w:t>
      </w:r>
      <w:r>
        <w:br/>
      </w:r>
      <w:r>
        <w:t>Grandparents take their grandchildren by the hand and lead them into the future.</w:t>
      </w:r>
      <w:r>
        <w:br/>
      </w:r>
      <w:r>
        <w:t>Have children while you parents are still young enough to take care of them.</w:t>
      </w:r>
      <w:r>
        <w:br/>
      </w:r>
      <w:r>
        <w:t>It is as grandmothers that our mothers come into the fullness of their grace.</w:t>
      </w:r>
      <w:r>
        <w:br/>
      </w:r>
      <w:r>
        <w:t>Just when a woman thinks her work is done...she becomes a grandmother.</w:t>
      </w:r>
      <w:r>
        <w:br/>
      </w:r>
      <w:r>
        <w:t>A mother loves and teaches, A grandmother teaches love.</w:t>
      </w:r>
      <w:r>
        <w:br/>
      </w:r>
      <w:r>
        <w:t>My life was organized until I became a grandparent.</w:t>
      </w:r>
      <w:r>
        <w:br/>
      </w:r>
      <w:r>
        <w:t>Okay, that's it! I'm calling grandma!</w:t>
      </w:r>
      <w:r>
        <w:br/>
      </w:r>
      <w:r>
        <w:t>One problem I see in young people is that they are rootless, living only "now", with no sense of history or continuity toward future generations. Grandparents...can give the children unity of family life and some knowledge of their own family history...</w:t>
      </w:r>
      <w:r>
        <w:br/>
      </w:r>
      <w:r>
        <w:t>Open arms, helping hands, caring heart - that's my Grandma!</w:t>
      </w:r>
      <w:r>
        <w:br/>
      </w:r>
      <w:r>
        <w:t>Rarely does the word "no" have a part in the vocabulary of a grandmother.</w:t>
      </w:r>
      <w:r>
        <w:br/>
      </w:r>
      <w:r>
        <w:t>Since the beginning of time, grandmothers have been the negotiators and peacemakers in their families. Grandmothers are voices of the past and role models of the present. Grandmothers open the doors to the future.</w:t>
      </w:r>
      <w:r>
        <w:br/>
      </w:r>
      <w:r>
        <w:t>Unconditional positive regard is rarely given by anyone except a grandparent.</w:t>
      </w:r>
      <w:r>
        <w:br/>
      </w:r>
      <w:r>
        <w:t>Was there ever a grandparent, exhausted after a day of minding noisy youngsters, who hasn't felt that the Lord knew what he was doing when He gave little children to young people! b</w:t>
      </w:r>
      <w:r>
        <w:br/>
      </w:r>
      <w:r>
        <w:t>What good fortune it is to grow up in a home where there are grandparents.</w:t>
      </w:r>
      <w:r>
        <w:br/>
      </w:r>
      <w:r>
        <w:t>What's so simple even a small child can manipulate it? Why, a grandmother, of course!</w:t>
      </w:r>
      <w:r>
        <w:br/>
      </w:r>
      <w:r>
        <w:t>You're the bestest Grandma in the whole, wide world!</w:t>
      </w:r>
      <w:r>
        <w:br/>
      </w:r>
      <w:r>
        <w:t>A zest for life is one of the most important examples a grandparent can pass on to their grandchildren.</w:t>
      </w:r>
      <w:r>
        <w:br/>
      </w:r>
      <w:r>
        <w:t>Grandmother</w:t>
      </w:r>
      <w:r>
        <w:br/>
      </w:r>
      <w:r>
        <w:t>What could be more precious</w:t>
      </w:r>
      <w:r>
        <w:br/>
      </w:r>
      <w:r>
        <w:t>than Grandma's special love?</w:t>
      </w:r>
      <w:r>
        <w:br/>
      </w:r>
      <w:r>
        <w:t>She always seems to know the things</w:t>
      </w:r>
      <w:r>
        <w:br/>
      </w:r>
      <w:r>
        <w:t>That we are fondest of.</w:t>
      </w:r>
      <w:r>
        <w:br/>
      </w:r>
      <w:r>
        <w:t>She's always ready with a smile</w:t>
      </w:r>
      <w:r>
        <w:br/>
      </w:r>
      <w:r>
        <w:t>Or a loving word of praise,</w:t>
      </w:r>
      <w:r>
        <w:br/>
      </w:r>
      <w:r>
        <w:t>Her laughter always brightens up</w:t>
      </w:r>
      <w:r>
        <w:br/>
      </w:r>
      <w:r>
        <w:t>The cloudiest of days...</w:t>
      </w:r>
      <w:r>
        <w:br/>
      </w:r>
      <w:r>
        <w:t>She has an understanding heart</w:t>
      </w:r>
      <w:r>
        <w:br/>
      </w:r>
      <w:r>
        <w:t>that encourages and cheers.</w:t>
      </w:r>
      <w:r>
        <w:br/>
      </w:r>
      <w:r>
        <w:t>The love she gives so freely</w:t>
      </w:r>
      <w:r>
        <w:br/>
      </w:r>
      <w:r>
        <w:t>Grows deeper with the years.</w:t>
      </w:r>
      <w:r>
        <w:br/>
      </w:r>
      <w:r>
        <w:t>Her wisdom and devotion</w:t>
      </w:r>
      <w:r>
        <w:br/>
      </w:r>
      <w:r>
        <w:t>are blessings from above-</w:t>
      </w:r>
      <w:r>
        <w:br/>
      </w:r>
      <w:r>
        <w:t>Nothing could be more precious</w:t>
      </w:r>
      <w:r>
        <w:br/>
      </w:r>
      <w:r>
        <w:t>than Grandma's special love.</w:t>
      </w:r>
      <w:r>
        <w:br/>
      </w:r>
      <w:r>
        <w:t>Between the earth and sky above, nothing can match a grandmother's love.</w:t>
      </w:r>
      <w:r>
        <w:br/>
      </w:r>
      <w:r>
        <w:t>Through my grandmother's eyes, I can see more clearly the way things used to be, the way things ought to be, and most important of all, the way things really are</w:t>
      </w:r>
      <w:r>
        <w:br/>
      </w:r>
      <w:r>
        <w:t>Walking With Grandma</w:t>
      </w:r>
      <w:r>
        <w:br/>
      </w:r>
      <w:r>
        <w:t>I like to walk with Grandma,</w:t>
      </w:r>
      <w:r>
        <w:br/>
      </w:r>
      <w:r>
        <w:t>Her steps are short like mine.</w:t>
      </w:r>
      <w:r>
        <w:br/>
      </w:r>
      <w:r>
        <w:t>She doesn't say "Now hurry up",</w:t>
      </w:r>
      <w:r>
        <w:br/>
      </w:r>
      <w:r>
        <w:t>She always takes her time.</w:t>
      </w:r>
      <w:r>
        <w:br/>
      </w:r>
      <w:r>
        <w:t>I like to walk with Grandma,</w:t>
      </w:r>
      <w:r>
        <w:br/>
      </w:r>
      <w:r>
        <w:t>Her eyes see things like mine do,</w:t>
      </w:r>
      <w:r>
        <w:br/>
      </w:r>
      <w:r>
        <w:t>Wee pebbles bright, a funny cloud,</w:t>
      </w:r>
      <w:r>
        <w:br/>
      </w:r>
      <w:r>
        <w:t>half hidden drops of dew.</w:t>
      </w:r>
      <w:r>
        <w:br/>
      </w:r>
      <w:r>
        <w:t>Most people have to hurry,</w:t>
      </w:r>
      <w:r>
        <w:br/>
      </w:r>
      <w:r>
        <w:t>They do not stop to see,</w:t>
      </w:r>
      <w:r>
        <w:br/>
      </w:r>
      <w:r>
        <w:t>I'm glad that God made Grandma</w:t>
      </w:r>
      <w:r>
        <w:br/>
      </w:r>
      <w:r>
        <w:t>Unrushed and young like me!</w:t>
      </w:r>
      <w:r>
        <w:br/>
      </w:r>
      <w:r>
        <w:t>Mother and Grandma</w:t>
      </w:r>
      <w:r>
        <w:br/>
      </w:r>
      <w:r>
        <w:t>My mother feeds me tuna fish</w:t>
      </w:r>
      <w:r>
        <w:br/>
      </w:r>
      <w:r>
        <w:t>With broccoli on the side.</w:t>
      </w:r>
      <w:r>
        <w:br/>
      </w:r>
      <w:r>
        <w:t>But Grandma gives me candy</w:t>
      </w:r>
      <w:r>
        <w:br/>
      </w:r>
      <w:r>
        <w:t>When my mouth is open wide.</w:t>
      </w:r>
      <w:r>
        <w:br/>
      </w:r>
      <w:r>
        <w:t>My mother slices apples</w:t>
      </w:r>
      <w:r>
        <w:br/>
      </w:r>
      <w:r>
        <w:t>And oranges for dessert.</w:t>
      </w:r>
      <w:r>
        <w:br/>
      </w:r>
      <w:r>
        <w:t>My grandma brings me doughnuts</w:t>
      </w:r>
      <w:r>
        <w:br/>
      </w:r>
      <w:r>
        <w:t>If she finds out I am hurt.</w:t>
      </w:r>
      <w:r>
        <w:br/>
      </w:r>
      <w:r>
        <w:t>My mother makes me drink my milk</w:t>
      </w:r>
      <w:r>
        <w:br/>
      </w:r>
      <w:r>
        <w:t>Most every single night.</w:t>
      </w:r>
      <w:r>
        <w:br/>
      </w:r>
      <w:r>
        <w:t>But Grandma gives me ice cream bars</w:t>
      </w:r>
      <w:r>
        <w:br/>
      </w:r>
      <w:r>
        <w:t>When I do something right.</w:t>
      </w:r>
      <w:r>
        <w:br/>
      </w:r>
      <w:r>
        <w:t>My mother cooks up rice and beans</w:t>
      </w:r>
      <w:r>
        <w:br/>
      </w:r>
      <w:r>
        <w:t>That have an awful taste.</w:t>
      </w:r>
      <w:r>
        <w:br/>
      </w:r>
      <w:r>
        <w:t>So I say, "See ya later,</w:t>
      </w:r>
      <w:r>
        <w:br/>
      </w:r>
      <w:r>
        <w:t>I'm going to Grandma's place!</w:t>
      </w:r>
      <w:r>
        <w:br/>
      </w:r>
      <w:r>
        <w:t>Grandma Doesn't Care</w:t>
      </w:r>
      <w:r>
        <w:br/>
      </w:r>
      <w:r>
        <w:t>I got some jam on her new couch,</w:t>
      </w:r>
      <w:r>
        <w:br/>
      </w:r>
      <w:r>
        <w:t>But Grandma doesn't care.</w:t>
      </w:r>
      <w:r>
        <w:br/>
      </w:r>
      <w:r>
        <w:t>I lost my toothbrush, dropped a glass,</w:t>
      </w:r>
      <w:r>
        <w:br/>
      </w:r>
      <w:r>
        <w:t>My old jeans have a tear.</w:t>
      </w:r>
      <w:r>
        <w:br/>
      </w:r>
      <w:r>
        <w:t>I tipped the cat dish on the floor,</w:t>
      </w:r>
      <w:r>
        <w:br/>
      </w:r>
      <w:r>
        <w:t>My feet are always bare,</w:t>
      </w:r>
      <w:r>
        <w:br/>
      </w:r>
      <w:r>
        <w:t>The way I look is a disgrace,</w:t>
      </w:r>
      <w:r>
        <w:br/>
      </w:r>
      <w:r>
        <w:t>But, Grandma doesn't care.</w:t>
      </w:r>
      <w:r>
        <w:br/>
      </w:r>
      <w:r>
        <w:t>She's very busy, then she sees,</w:t>
      </w:r>
      <w:r>
        <w:br/>
      </w:r>
      <w:r>
        <w:t>The tangles in my hair</w:t>
      </w:r>
      <w:r>
        <w:br/>
      </w:r>
      <w:r>
        <w:t>She gets a brush, I make a fuss,</w:t>
      </w:r>
      <w:r>
        <w:br/>
      </w:r>
      <w:r>
        <w:t>But, Grandma doesn't care.</w:t>
      </w:r>
      <w:r>
        <w:br/>
      </w:r>
      <w:r>
        <w:t>When I am grown, and on my own,</w:t>
      </w:r>
      <w:r>
        <w:br/>
      </w:r>
      <w:r>
        <w:t>When visits become rare,</w:t>
      </w:r>
      <w:r>
        <w:br/>
      </w:r>
      <w:r>
        <w:t>I won't forget the love I'd get</w:t>
      </w:r>
      <w:r>
        <w:br/>
      </w:r>
      <w:r>
        <w:t>When Grandma didn't care.</w:t>
      </w:r>
    </w:p>
    <w:p>
      <w:pPr>
        <w:pStyle w:val="Heading2"/>
      </w:pPr>
      <w:r>
        <w:t>Grandfather</w:t>
      </w:r>
    </w:p>
    <w:p>
      <w:r>
        <w:t>A Boy Needs A Grandpa</w:t>
      </w:r>
      <w:r>
        <w:br/>
      </w:r>
      <w:r>
        <w:t>A boy needs a Grandpa...</w:t>
      </w:r>
      <w:r>
        <w:br/>
      </w:r>
      <w:r>
        <w:t>For man-to-man talks,</w:t>
      </w:r>
      <w:r>
        <w:br/>
      </w:r>
      <w:r>
        <w:t>To go hand in hand</w:t>
      </w:r>
      <w:r>
        <w:br/>
      </w:r>
      <w:r>
        <w:t>On companionable walks,</w:t>
      </w:r>
      <w:r>
        <w:br/>
      </w:r>
      <w:r>
        <w:t>To fix up his toys</w:t>
      </w:r>
      <w:r>
        <w:br/>
      </w:r>
      <w:r>
        <w:t>When they no longer go,</w:t>
      </w:r>
      <w:r>
        <w:br/>
      </w:r>
      <w:r>
        <w:t>To tell him the things</w:t>
      </w:r>
      <w:r>
        <w:br/>
      </w:r>
      <w:r>
        <w:t>Little boys want to know.</w:t>
      </w:r>
    </w:p>
    <w:p>
      <w:r>
        <w:t>A boy needs a Grandpa...</w:t>
      </w:r>
      <w:r>
        <w:br/>
      </w:r>
      <w:r>
        <w:t>To show him the way</w:t>
      </w:r>
      <w:r>
        <w:br/>
      </w:r>
      <w:r>
        <w:t>To handle a puppy,</w:t>
      </w:r>
      <w:r>
        <w:br/>
      </w:r>
      <w:r>
        <w:t>To teach him fair play.</w:t>
      </w:r>
      <w:r>
        <w:br/>
      </w:r>
      <w:r>
        <w:t>To impart bits of wisdom</w:t>
      </w:r>
      <w:r>
        <w:br/>
      </w:r>
      <w:r>
        <w:t>He's learned through the years,</w:t>
      </w:r>
      <w:r>
        <w:br/>
      </w:r>
      <w:r>
        <w:t>That it's no disgrace</w:t>
      </w:r>
      <w:r>
        <w:br/>
      </w:r>
      <w:r>
        <w:t>For a man to shed tears.</w:t>
      </w:r>
    </w:p>
    <w:p>
      <w:r>
        <w:t>A boy needs a Grandpa...</w:t>
      </w:r>
      <w:r>
        <w:br/>
      </w:r>
      <w:r>
        <w:t>To sit on his lap</w:t>
      </w:r>
      <w:r>
        <w:br/>
      </w:r>
      <w:r>
        <w:t>And if no one is looking,</w:t>
      </w:r>
      <w:r>
        <w:br/>
      </w:r>
      <w:r>
        <w:t>They take a wee nap,</w:t>
      </w:r>
      <w:r>
        <w:br/>
      </w:r>
      <w:r>
        <w:t>Each wrapped in an aura</w:t>
      </w:r>
      <w:r>
        <w:br/>
      </w:r>
      <w:r>
        <w:t>Of love and esteem,</w:t>
      </w:r>
      <w:r>
        <w:br/>
      </w:r>
      <w:r>
        <w:t>Each smiling gently</w:t>
      </w:r>
      <w:r>
        <w:br/>
      </w:r>
      <w:r>
        <w:t>At some special dream.</w:t>
      </w:r>
    </w:p>
    <w:p>
      <w:r>
        <w:t>Grandpa Doesn't Care</w:t>
      </w:r>
      <w:r>
        <w:br/>
      </w:r>
      <w:r>
        <w:t>My ice cream dripped on his good pants,</w:t>
      </w:r>
      <w:r>
        <w:br/>
      </w:r>
      <w:r>
        <w:t>but grandpa doesn't care.</w:t>
      </w:r>
      <w:r>
        <w:br/>
      </w:r>
      <w:r>
        <w:t>his fishing tackle's tangled up,</w:t>
      </w:r>
      <w:r>
        <w:br/>
      </w:r>
      <w:r>
        <w:t>his rod is who knows where?</w:t>
      </w:r>
      <w:r>
        <w:br/>
      </w:r>
      <w:r>
        <w:t>I lost his keys in the garage,</w:t>
      </w:r>
      <w:r>
        <w:br/>
      </w:r>
      <w:r>
        <w:t>I've made a mess out there.</w:t>
      </w:r>
      <w:r>
        <w:br/>
      </w:r>
      <w:r>
        <w:t>I'm always getting into things,</w:t>
      </w:r>
      <w:r>
        <w:br/>
      </w:r>
      <w:r>
        <w:t>but grandpa doesn't care.</w:t>
      </w:r>
      <w:r>
        <w:br/>
      </w:r>
      <w:r>
        <w:t>I help him in the garden 'cause</w:t>
      </w:r>
      <w:r>
        <w:br/>
      </w:r>
      <w:r>
        <w:t>we're really quite a pair;</w:t>
      </w:r>
      <w:r>
        <w:br/>
      </w:r>
      <w:r>
        <w:t>I pull the plants out with the weeds,</w:t>
      </w:r>
      <w:r>
        <w:br/>
      </w:r>
      <w:r>
        <w:t>but grandpa doesn't care.</w:t>
      </w:r>
      <w:r>
        <w:br/>
      </w:r>
      <w:r>
        <w:t>When I am grown and on my own,</w:t>
      </w:r>
      <w:r>
        <w:br/>
      </w:r>
      <w:r>
        <w:t>when visits become rare,</w:t>
      </w:r>
      <w:r>
        <w:br/>
      </w:r>
      <w:r>
        <w:t>I won't forget the love I'd get when</w:t>
      </w:r>
      <w:r>
        <w:br/>
      </w:r>
      <w:r>
        <w:t>grandpa didn't care.</w:t>
      </w:r>
    </w:p>
    <w:p>
      <w:r>
        <w:t>Grandparents are oldies but goodies</w:t>
      </w:r>
      <w:r>
        <w:br/>
      </w:r>
      <w:r>
        <w:t>Great Fathers get promoted to Grandfathers</w:t>
      </w:r>
      <w:r>
        <w:br/>
      </w:r>
      <w:r>
        <w:t>Great Mothers get promoted to Grandmothers</w:t>
      </w:r>
      <w:r>
        <w:br/>
      </w:r>
      <w:r>
        <w:t>Hangin' Out at Grandma's</w:t>
      </w:r>
      <w:r>
        <w:br/>
      </w:r>
      <w:r>
        <w:t>Just Grandpa and Me</w:t>
      </w:r>
      <w:r>
        <w:br/>
      </w:r>
      <w:r>
        <w:t>Just Me &amp; My Grandma</w:t>
      </w:r>
      <w:r>
        <w:br/>
      </w:r>
      <w:r>
        <w:t>A kid needs a Grandma/pa</w:t>
      </w:r>
      <w:r>
        <w:br/>
      </w:r>
      <w:r>
        <w:t>Kindness is another word for Grandma</w:t>
      </w:r>
      <w:r>
        <w:br/>
      </w:r>
      <w:r>
        <w:t>Love lives where Grandma is</w:t>
      </w:r>
      <w:r>
        <w:br/>
      </w:r>
      <w:r>
        <w:t>Lucky me, having you for a grandma/pa</w:t>
      </w:r>
      <w:r>
        <w:br/>
      </w:r>
      <w:r>
        <w:t>No one loves me more than my grandma/pa</w:t>
      </w:r>
      <w:r>
        <w:br/>
      </w:r>
      <w:r>
        <w:t>A proud grandma/grandpa lives here</w:t>
      </w:r>
      <w:r>
        <w:br/>
      </w:r>
      <w:r>
        <w:t>Parents are Great but Grandma is Grand</w:t>
      </w:r>
      <w:r>
        <w:br/>
      </w:r>
      <w:r>
        <w:t>Patience is another word for Grandma</w:t>
      </w:r>
      <w:r>
        <w:br/>
      </w:r>
      <w:r>
        <w:t>Quality Time with Grandma</w:t>
      </w:r>
      <w:r>
        <w:br/>
      </w:r>
      <w:r>
        <w:t>A Rare Jewel</w:t>
      </w:r>
      <w:r>
        <w:br/>
      </w:r>
      <w:r>
        <w:t>Ray of Sunshine</w:t>
      </w:r>
      <w:r>
        <w:br/>
      </w:r>
      <w:r>
        <w:t>Saw it, wanted it, told Grandma, got it!</w:t>
      </w:r>
      <w:r>
        <w:br/>
      </w:r>
      <w:r>
        <w:t>Special Times with Grandma</w:t>
      </w:r>
      <w:r>
        <w:br/>
      </w:r>
      <w:r>
        <w:t>TGIF - this grandma is fantastic</w:t>
      </w:r>
      <w:r>
        <w:br/>
      </w:r>
      <w:r>
        <w:t>There's no place like home - except grandma's.</w:t>
      </w:r>
      <w:r>
        <w:br/>
      </w:r>
      <w:r>
        <w:t>To Grandmother's House We Go</w:t>
      </w:r>
      <w:r>
        <w:br/>
      </w:r>
      <w:r>
        <w:t>Unforgettable Days with My Grandma/pa</w:t>
      </w:r>
      <w:r>
        <w:br/>
      </w:r>
      <w:r>
        <w:t>Unmistakably the Best Grandparent in the World</w:t>
      </w:r>
      <w:r>
        <w:br/>
      </w:r>
      <w:r>
        <w:t>A Very Special Grandma/pa</w:t>
      </w:r>
      <w:r>
        <w:br/>
      </w:r>
      <w:r>
        <w:t>When a child is born, So is a grandmother/grandfather</w:t>
      </w:r>
      <w:r>
        <w:br/>
      </w:r>
      <w:r>
        <w:t>When Dad Says 'No', Ask Grandpa</w:t>
      </w:r>
      <w:r>
        <w:br/>
      </w:r>
      <w:r>
        <w:t>When Mom says 'No', ask Grandma</w:t>
      </w:r>
      <w:r>
        <w:br/>
      </w:r>
      <w:r>
        <w:t>Who needs a pony when you've got Grandpa</w:t>
      </w:r>
      <w:r>
        <w:br/>
      </w:r>
      <w:r>
        <w:t>Who needs a Santa, I've got Grandma</w:t>
      </w:r>
      <w:r>
        <w:br/>
      </w:r>
      <w:r>
        <w:t>Who's spoilin' Who???</w:t>
      </w:r>
      <w:r>
        <w:br/>
      </w:r>
      <w:r>
        <w:t>You Put the "Grand" in Grandma/pa</w:t>
      </w:r>
    </w:p>
    <w:p>
      <w:r>
        <w:t>Mothers reward</w:t>
      </w:r>
      <w:r>
        <w:br/>
      </w:r>
      <w:r>
        <w:t>She rocks another baby...</w:t>
      </w:r>
      <w:r>
        <w:br/>
      </w:r>
      <w:r>
        <w:t>hums an age-old lullaby.</w:t>
      </w:r>
      <w:r>
        <w:br/>
      </w:r>
      <w:r>
        <w:t>She hopes no one is watching</w:t>
      </w:r>
      <w:r>
        <w:br/>
      </w:r>
      <w:r>
        <w:t>as with thanks, she starts to cry.</w:t>
      </w:r>
      <w:r>
        <w:br/>
      </w:r>
      <w:r>
        <w:t>Remembering the time</w:t>
      </w:r>
      <w:r>
        <w:br/>
      </w:r>
      <w:r>
        <w:t>when the babies were her own,</w:t>
      </w:r>
      <w:r>
        <w:br/>
      </w:r>
      <w:r>
        <w:t>And her mother told her gently</w:t>
      </w:r>
      <w:r>
        <w:br/>
      </w:r>
      <w:r>
        <w:t>too soon they would be grown.</w:t>
      </w:r>
      <w:r>
        <w:br/>
      </w:r>
      <w:r>
        <w:t>Lots of bedtime stories,</w:t>
      </w:r>
      <w:r>
        <w:br/>
      </w:r>
      <w:r>
        <w:t>skinned knees, and tears to dry,</w:t>
      </w:r>
      <w:r>
        <w:br/>
      </w:r>
      <w:r>
        <w:t>Teddy bears, toy trucks and dollsb</w:t>
      </w:r>
      <w:r>
        <w:br/>
      </w:r>
      <w:r>
        <w:t>and kites up in the sky.</w:t>
      </w:r>
      <w:r>
        <w:br/>
      </w:r>
      <w:r>
        <w:t>First days of school, first loves, first cars,</w:t>
      </w:r>
      <w:r>
        <w:br/>
      </w:r>
      <w:r>
        <w:t>the proms, the wedding days,</w:t>
      </w:r>
      <w:r>
        <w:br/>
      </w:r>
      <w:r>
        <w:t>Sand castles and snowball fights</w:t>
      </w:r>
      <w:r>
        <w:br/>
      </w:r>
      <w:r>
        <w:t>and teaching them to pray.</w:t>
      </w:r>
      <w:r>
        <w:br/>
      </w:r>
      <w:r>
        <w:t>Now, as she holds her grandchild</w:t>
      </w:r>
      <w:r>
        <w:br/>
      </w:r>
      <w:r>
        <w:t>and gives thanks unto the Lord,</w:t>
      </w:r>
      <w:r>
        <w:br/>
      </w:r>
      <w:r>
        <w:t>She knows to be a grandma</w:t>
      </w:r>
      <w:r>
        <w:br/>
      </w:r>
      <w:r>
        <w:t>is motherhood's reward!</w:t>
      </w:r>
    </w:p>
    <w:p>
      <w:r>
        <w:t>Grandma doesn’t care</w:t>
      </w:r>
    </w:p>
    <w:p>
      <w:r>
        <w:t>I got some jam on her new couch,</w:t>
      </w:r>
      <w:r>
        <w:br/>
      </w:r>
      <w:r>
        <w:t>But Grandma doesn't care.</w:t>
      </w:r>
      <w:r>
        <w:br/>
      </w:r>
      <w:r>
        <w:t>I lost my toothbrush, dropped a glass,</w:t>
      </w:r>
      <w:r>
        <w:br/>
      </w:r>
      <w:r>
        <w:t>My old jeans have a tear.</w:t>
      </w:r>
      <w:r>
        <w:br/>
      </w:r>
      <w:r>
        <w:t>I tipped the cat dish on the floor,</w:t>
      </w:r>
      <w:r>
        <w:br/>
      </w:r>
      <w:r>
        <w:t>My feet are always bare,</w:t>
      </w:r>
      <w:r>
        <w:br/>
      </w:r>
      <w:r>
        <w:t>The way I look is a disgrace,</w:t>
      </w:r>
      <w:r>
        <w:br/>
      </w:r>
      <w:r>
        <w:t>But, Grandma doesn't care.</w:t>
      </w:r>
      <w:r>
        <w:br/>
      </w:r>
      <w:r>
        <w:t>She's very busy, then she sees,</w:t>
      </w:r>
      <w:r>
        <w:br/>
      </w:r>
      <w:r>
        <w:t>The tangles in my hair</w:t>
      </w:r>
      <w:r>
        <w:br/>
      </w:r>
      <w:r>
        <w:t>She gets a brush, I make a fuss,</w:t>
      </w:r>
      <w:r>
        <w:br/>
      </w:r>
      <w:r>
        <w:t>But, Grandma doesn't care.</w:t>
      </w:r>
      <w:r>
        <w:br/>
      </w:r>
      <w:r>
        <w:t>When I am grown, and on my own,</w:t>
      </w:r>
      <w:r>
        <w:br/>
      </w:r>
      <w:r>
        <w:t>When visits become rare,</w:t>
      </w:r>
      <w:r>
        <w:br/>
      </w:r>
      <w:r>
        <w:t>I won't forget the love I'd get</w:t>
      </w:r>
      <w:r>
        <w:br/>
      </w:r>
      <w:r>
        <w:t>When Grandma didn't care.</w:t>
      </w:r>
    </w:p>
    <w:p>
      <w:r>
        <w:t>Everything my Grandma does</w:t>
      </w:r>
      <w:r>
        <w:br/>
      </w:r>
      <w:r>
        <w:t>Everything my Grandma does</w:t>
      </w:r>
      <w:r>
        <w:br/>
      </w:r>
      <w:r>
        <w:t>Is something special made with love.</w:t>
      </w:r>
      <w:r>
        <w:br/>
      </w:r>
      <w:r>
        <w:t>She takes the time to add the touch</w:t>
      </w:r>
      <w:r>
        <w:br/>
      </w:r>
      <w:r>
        <w:t>That says "I love you very much".</w:t>
      </w:r>
      <w:r>
        <w:br/>
      </w:r>
      <w:r>
        <w:t>She fixes hurts with a kiss and a smile</w:t>
      </w:r>
      <w:r>
        <w:br/>
      </w:r>
      <w:r>
        <w:t>And tells good stories grandma-style.</w:t>
      </w:r>
      <w:r>
        <w:br/>
      </w:r>
      <w:r>
        <w:t>It's warm and cozy on her lap</w:t>
      </w:r>
      <w:r>
        <w:br/>
      </w:r>
      <w:r>
        <w:t>For secret telling or a nap.</w:t>
      </w:r>
      <w:r>
        <w:br/>
      </w:r>
      <w:r>
        <w:t>And when I say my prayers at night</w:t>
      </w:r>
      <w:r>
        <w:br/>
      </w:r>
      <w:r>
        <w:t>I ask God to bless and hold her tight.</w:t>
      </w:r>
      <w:r>
        <w:br/>
      </w:r>
      <w:r>
        <w:t>'Cause when it comes to giving hugs,</w:t>
      </w:r>
      <w:r>
        <w:br/>
      </w:r>
      <w:r>
        <w:t>My Grandma's arms are filled with love!</w:t>
      </w:r>
    </w:p>
    <w:p>
      <w:r>
        <w:t>Grandpa doesn’t care</w:t>
      </w:r>
      <w:r>
        <w:br/>
      </w:r>
      <w:r>
        <w:t>My ice cream dripped on his good pants,</w:t>
      </w:r>
      <w:r>
        <w:br/>
      </w:r>
      <w:r>
        <w:t>but grandpa doesn't care.</w:t>
      </w:r>
      <w:r>
        <w:br/>
      </w:r>
      <w:r>
        <w:t>his fishing tackle's tangled up,</w:t>
      </w:r>
      <w:r>
        <w:br/>
      </w:r>
      <w:r>
        <w:t>his rod is who knows where?</w:t>
      </w:r>
      <w:r>
        <w:br/>
      </w:r>
      <w:r>
        <w:t>I lost his keys in the garage,</w:t>
      </w:r>
      <w:r>
        <w:br/>
      </w:r>
      <w:r>
        <w:t>I've made a mess out there.</w:t>
      </w:r>
      <w:r>
        <w:br/>
      </w:r>
      <w:r>
        <w:t>I'm always getting into things,</w:t>
      </w:r>
      <w:r>
        <w:br/>
      </w:r>
      <w:r>
        <w:t>but grandpa doesn't care.</w:t>
      </w:r>
      <w:r>
        <w:br/>
      </w:r>
      <w:r>
        <w:t>I help him in the garden 'cause</w:t>
      </w:r>
      <w:r>
        <w:br/>
      </w:r>
      <w:r>
        <w:t>we're really quite a pair;</w:t>
      </w:r>
      <w:r>
        <w:br/>
      </w:r>
      <w:r>
        <w:t>I pull the plants out with the weeds,</w:t>
      </w:r>
      <w:r>
        <w:br/>
      </w:r>
      <w:r>
        <w:t>but grandpa doesn't care.</w:t>
      </w:r>
      <w:r>
        <w:br/>
      </w:r>
      <w:r>
        <w:t>When I am grown and on my own,</w:t>
      </w:r>
      <w:r>
        <w:br/>
      </w:r>
      <w:r>
        <w:t>when visits become rare,</w:t>
      </w:r>
      <w:r>
        <w:br/>
      </w:r>
      <w:r>
        <w:t>I won't forget the love I'd get when</w:t>
      </w:r>
      <w:r>
        <w:br/>
      </w:r>
      <w:r>
        <w:t>grandpa didn't care.</w:t>
      </w:r>
    </w:p>
    <w:p>
      <w:r>
        <w:t>GRANDPA FUN</w:t>
      </w:r>
      <w:r>
        <w:br/>
      </w:r>
      <w:r>
        <w:t>It's so much fun when I'm with you!</w:t>
      </w:r>
      <w:r>
        <w:br/>
      </w:r>
      <w:r>
        <w:t>You have great things for us to do.</w:t>
      </w:r>
      <w:r>
        <w:br/>
      </w:r>
      <w:r>
        <w:t>I'll bet that you look back and see</w:t>
      </w:r>
      <w:r>
        <w:br/>
      </w:r>
      <w:r>
        <w:t>When you were little just like me.</w:t>
      </w:r>
      <w:r>
        <w:br/>
      </w:r>
      <w:r>
        <w:t>Did you play games and ride a bike?</w:t>
      </w:r>
      <w:r>
        <w:br/>
      </w:r>
      <w:r>
        <w:t>Why, I didn't know we were so much alike!</w:t>
      </w:r>
      <w:r>
        <w:br/>
      </w:r>
      <w:r>
        <w:t>I hope you had a Grandpa like mine,</w:t>
      </w:r>
      <w:r>
        <w:br/>
      </w:r>
      <w:r>
        <w:t>Always patient and loving, cheerful and kind.</w:t>
      </w:r>
      <w:r>
        <w:br/>
      </w:r>
      <w:r>
        <w:t>Shhh...here is a secret, but it is true</w:t>
      </w:r>
      <w:r>
        <w:br/>
      </w:r>
      <w:r>
        <w:t>Everyone needs a Grandpa like YOU!</w:t>
      </w:r>
    </w:p>
    <w:p>
      <w:pPr>
        <w:pStyle w:val="Heading2"/>
      </w:pPr>
      <w:r>
        <w:t>Husbands</w:t>
      </w:r>
    </w:p>
    <w:p>
      <w:r>
        <w:t>A husband is a lover who pushed his luck too far !!</w:t>
      </w:r>
      <w:r>
        <w:br/>
      </w:r>
      <w:r>
        <w:t>A  husband is living proof that a wife can take a joke !</w:t>
      </w:r>
      <w:r>
        <w:br/>
      </w:r>
      <w:r>
        <w:t>A husband is someone who takes out the trash and give the impression he just cleaned the whole house !!</w:t>
      </w:r>
      <w:r>
        <w:br/>
      </w:r>
      <w:r>
        <w:t>Anyone looking for a husband obviously never had one !</w:t>
      </w:r>
      <w:r>
        <w:br/>
      </w:r>
      <w:r>
        <w:t>Beware of dog....oh wait....that's just my husband !</w:t>
      </w:r>
      <w:r>
        <w:br/>
      </w:r>
      <w:r>
        <w:t>Do you want the man of the house or the woman who knows everything?</w:t>
      </w:r>
      <w:r>
        <w:br/>
      </w:r>
      <w:r>
        <w:t>Ex-Husband is the BEST husband !</w:t>
      </w:r>
      <w:r>
        <w:br/>
      </w:r>
      <w:r>
        <w:t>Give your husband an inch and he'll think he's a ruler !</w:t>
      </w:r>
      <w:r>
        <w:br/>
      </w:r>
      <w:r>
        <w:t>Hang on to your husband. He might come back in fashion.</w:t>
      </w:r>
      <w:r>
        <w:br/>
      </w:r>
      <w:r>
        <w:t>Husband and Dog missing...25 cent reward for dog.</w:t>
      </w:r>
      <w:r>
        <w:br/>
      </w:r>
      <w:r>
        <w:t>Husband for Sale...remote included !</w:t>
      </w:r>
      <w:r>
        <w:br/>
      </w:r>
      <w:r>
        <w:t>I got a cat for my husband. I think it was a fair trade.</w:t>
      </w:r>
      <w:r>
        <w:br/>
      </w:r>
      <w:r>
        <w:t>I love a man with dishpan hands !</w:t>
      </w:r>
      <w:r>
        <w:br/>
      </w:r>
      <w:r>
        <w:t>I miss my ex-husband...but my aim is getting better !</w:t>
      </w:r>
      <w:r>
        <w:br/>
      </w:r>
      <w:r>
        <w:t>I still miss my husband...but my aim is improving !</w:t>
      </w:r>
      <w:r>
        <w:br/>
      </w:r>
      <w:r>
        <w:t>If a husband would treat his wife as though she were a thoroughbred...she'd never turn into an old nag !!</w:t>
      </w:r>
      <w:r>
        <w:br/>
      </w:r>
      <w:r>
        <w:t>If more husbands were self starters, They're wife wouldn't have to be a crank !</w:t>
      </w:r>
      <w:r>
        <w:br/>
      </w:r>
      <w:r>
        <w:t>If we can send one man to the moon...why can't we send them all !</w:t>
      </w:r>
      <w:r>
        <w:br/>
      </w:r>
      <w:r>
        <w:t>I'm the boss of the house and I have my wife's permission to say so !!</w:t>
      </w:r>
      <w:r>
        <w:br/>
      </w:r>
      <w:r>
        <w:t>Man is the king of his castle...but only until his queen comes home.</w:t>
      </w:r>
      <w:r>
        <w:br/>
      </w:r>
      <w:r>
        <w:t>Men are idiots and I married their KING !</w:t>
      </w:r>
      <w:r>
        <w:br/>
      </w:r>
      <w:r>
        <w:t>My husband always says...I'm saving us into the poorhouse !!</w:t>
      </w:r>
      <w:r>
        <w:br/>
      </w:r>
      <w:r>
        <w:t>My husband let's me have all the craft supplies I can hide !!</w:t>
      </w:r>
      <w:r>
        <w:br/>
      </w:r>
      <w:r>
        <w:t>My husband wears the pants in the family... I just tell him which ones to wear !!</w:t>
      </w:r>
      <w:r>
        <w:br/>
      </w:r>
      <w:r>
        <w:t>My husband's the only kid in our house that'll never grow up and will never leave the house.</w:t>
      </w:r>
      <w:r>
        <w:br/>
      </w:r>
      <w:r>
        <w:t>My wife and I have an agreement.   I don't try to run her life and I don't try to run mine.</w:t>
      </w:r>
      <w:r>
        <w:br/>
      </w:r>
      <w:r>
        <w:t>I usually wake up grumpy, but sometimes I let him sleep in.</w:t>
      </w:r>
      <w:r>
        <w:br/>
      </w:r>
      <w:r>
        <w:t>My husband said if I went shopping again, he'd leave me.  WHY didn't somebody tell me it was that easy !?!</w:t>
      </w:r>
      <w:r>
        <w:br/>
      </w:r>
      <w:r>
        <w:t>The opinions expressed by the husband in this house are not necessarily those of the management.</w:t>
      </w:r>
      <w:r>
        <w:br/>
      </w:r>
      <w:r>
        <w:t>The perfect wife is one who doesn't expect a perfect husband.</w:t>
      </w:r>
    </w:p>
    <w:p>
      <w:pPr>
        <w:pStyle w:val="Heading2"/>
      </w:pPr>
      <w:r>
        <w:t>Mother</w:t>
      </w:r>
    </w:p>
    <w:p>
      <w:r>
        <w:t>Motherhood is not for wimps!</w:t>
      </w:r>
    </w:p>
    <w:p>
      <w:r>
        <w:t>"Flowers have the sun, Children have their mothers."  -Kay Andrew</w:t>
      </w:r>
    </w:p>
    <w:p>
      <w:r>
        <w:t>A mother holds her children's hands for a while, their heart forever.</w:t>
      </w:r>
    </w:p>
    <w:p>
      <w:r>
        <w:t>Mom's busy...take a number</w:t>
      </w:r>
    </w:p>
    <w:p>
      <w:r>
        <w:t>Because I am the mom, that's why!</w:t>
      </w:r>
    </w:p>
    <w:p>
      <w:r>
        <w:t>Mama don't allow no poutin here.</w:t>
      </w:r>
    </w:p>
    <w:p>
      <w:r>
        <w:t>Mommy's Chef</w:t>
      </w:r>
    </w:p>
    <w:p>
      <w:r>
        <w:t>Mom, I have loved you longer than you have loved me. You have only love me for part of your life, but I have loved you for all of my life.</w:t>
      </w:r>
    </w:p>
    <w:p>
      <w:r>
        <w:t>Mom and I are friends</w:t>
      </w:r>
    </w:p>
    <w:p>
      <w:r>
        <w:t>Without you leading the way, I wouldn’t be where I am today!</w:t>
      </w:r>
    </w:p>
    <w:p>
      <w:r>
        <w:t>A mother’s love is never-ending.</w:t>
      </w:r>
    </w:p>
    <w:p>
      <w:r>
        <w:t>I thank God for a mom like you!</w:t>
      </w:r>
    </w:p>
    <w:p>
      <w:r>
        <w:t>Here's a happy Hug-A Bunch, Wrap it around and feel the crunch.  May smiles and kisses come your way, With lots of love on Mother's / Father's Day.</w:t>
      </w:r>
    </w:p>
    <w:p>
      <w:r>
        <w:t>Thanks for all you did for me!</w:t>
      </w:r>
    </w:p>
    <w:p>
      <w:r>
        <w:t>Mom’s are special.</w:t>
      </w:r>
    </w:p>
    <w:p>
      <w:r>
        <w:t>I want to be just like you</w:t>
      </w:r>
    </w:p>
    <w:p>
      <w:r>
        <w:t>You can fool some of the people some of the time, but you can’t fool Mom.</w:t>
      </w:r>
    </w:p>
    <w:p>
      <w:r>
        <w:t>I smile because I'm your mother, I laugh because there's nothing you can do about it.</w:t>
      </w:r>
    </w:p>
    <w:p>
      <w:r>
        <w:t>Only a mother can share love with all of her children, yet give each child undivided love.</w:t>
      </w:r>
    </w:p>
    <w:p>
      <w:r>
        <w:t>The next best thing to having you as a mother is knowing that my children will have you as a grandmother.</w:t>
      </w:r>
    </w:p>
    <w:p>
      <w:r>
        <w:t>A mother understands what a child does not say.</w:t>
      </w:r>
    </w:p>
    <w:p>
      <w:r>
        <w:t>All moms are working moms.</w:t>
      </w:r>
    </w:p>
    <w:p>
      <w:r>
        <w:t>Most mothers and daughters bond, but some are crazy glued!</w:t>
      </w:r>
    </w:p>
    <w:p>
      <w:r>
        <w:t>There is no friendship, Nor is there a potion, That is as strong as A mother's love &amp; devotion!</w:t>
      </w:r>
    </w:p>
    <w:p>
      <w:r>
        <w:t>Shhh!  Mom is in time out!</w:t>
      </w:r>
    </w:p>
    <w:p>
      <w:r>
        <w:t>A mother holds a special part of all that is treasured in the heart.</w:t>
      </w:r>
    </w:p>
    <w:p>
      <w:r>
        <w:t>Whether rich or poor, Kids in and out the door, Babies crawling on the floor, A mother couldn't ask for more.</w:t>
      </w:r>
    </w:p>
    <w:p>
      <w:r>
        <w:t>Cordless mom... recharge with hugs!</w:t>
      </w:r>
    </w:p>
    <w:p>
      <w:r>
        <w:t>A father's love calms fears.</w:t>
      </w:r>
    </w:p>
    <w:p>
      <w:r>
        <w:t>A mother's love dries tears.</w:t>
      </w:r>
    </w:p>
    <w:p>
      <w:r>
        <w:t>There are three ways to get something done.  1) Hire someone to do it.  2) Do it yourself.  3) Forbid the kids to do it.</w:t>
      </w:r>
    </w:p>
    <w:p>
      <w:r>
        <w:t>A rich child often sits in a poor mother’s lap. – Danish Proverb</w:t>
      </w:r>
    </w:p>
    <w:p>
      <w:r>
        <w:t>If at first you don't succeed, do it like your mother told you.</w:t>
      </w:r>
    </w:p>
    <w:p>
      <w:r>
        <w:t>A real mom knows where to hunt for her missing kitchen utensils... in the sandbox.</w:t>
      </w:r>
    </w:p>
    <w:p>
      <w:r>
        <w:t>Nothing can bring a smile to a mother's face like those three little words, "Time for bed".</w:t>
      </w:r>
    </w:p>
    <w:p>
      <w:r>
        <w:t>If I had no kids what would I do for aggravation?</w:t>
      </w:r>
    </w:p>
    <w:p>
      <w:r>
        <w:t>One thing moms and cats have in common. . . spit baths!</w:t>
      </w:r>
    </w:p>
    <w:p>
      <w:r>
        <w:t>All the words in the world can't say what a hug from Mom can.</w:t>
      </w:r>
    </w:p>
    <w:p>
      <w:r>
        <w:t>Mom loves hugs and kisses and help with the dishes!</w:t>
      </w:r>
    </w:p>
    <w:p>
      <w:r>
        <w:t>Mom stands for "Manager Of Messes".</w:t>
      </w:r>
      <w:r>
        <w:br/>
      </w:r>
      <w:r>
        <w:t>M agnificent</w:t>
      </w:r>
      <w:r>
        <w:br/>
      </w:r>
      <w:r>
        <w:t>O ustanding</w:t>
      </w:r>
      <w:r>
        <w:br/>
      </w:r>
      <w:r>
        <w:t>M arvelous</w:t>
      </w:r>
    </w:p>
    <w:p>
      <w:r>
        <w:t>Mommy's little mess maker.</w:t>
      </w:r>
    </w:p>
    <w:p>
      <w:r>
        <w:t>CAUTION! Mom is STRESSED!</w:t>
      </w:r>
    </w:p>
    <w:p>
      <w:r>
        <w:t>Kitchen closed, this chick has had it.</w:t>
      </w:r>
    </w:p>
    <w:p>
      <w:r>
        <w:t>A mothers love must always be strong. her work is hard, her day long. But all in all, she is truly blessed, for there is nothing so warm as a crowded nest.</w:t>
      </w:r>
    </w:p>
    <w:p>
      <w:r>
        <w:t>At first you don't succeed, do it like your mother told you.</w:t>
      </w:r>
    </w:p>
    <w:p>
      <w:r>
        <w:t>Housework really does make you ugly</w:t>
      </w:r>
    </w:p>
    <w:p>
      <w:r>
        <w:t>When someone you love becomes a memory, the memory becomes a treasure</w:t>
      </w:r>
    </w:p>
    <w:p>
      <w:r>
        <w:t>We do not remember days, we remember moments.</w:t>
      </w:r>
      <w:r>
        <w:br/>
      </w:r>
      <w:r>
        <w:t>The way I walk</w:t>
      </w:r>
      <w:r>
        <w:br/>
      </w:r>
      <w:r>
        <w:t>I see my mother walking</w:t>
      </w:r>
      <w:r>
        <w:br/>
      </w:r>
      <w:r>
        <w:t>My feet secure</w:t>
      </w:r>
      <w:r>
        <w:br/>
      </w:r>
      <w:r>
        <w:t>and firm upon the ground</w:t>
      </w:r>
      <w:r>
        <w:br/>
      </w:r>
      <w:r>
        <w:t>The way I talk</w:t>
      </w:r>
      <w:r>
        <w:br/>
      </w:r>
      <w:r>
        <w:t>I hear my daughter talking,</w:t>
      </w:r>
      <w:r>
        <w:br/>
      </w:r>
      <w:r>
        <w:t>And hear my mother's echo</w:t>
      </w:r>
      <w:r>
        <w:br/>
      </w:r>
      <w:r>
        <w:t>in the sound.</w:t>
      </w:r>
      <w:r>
        <w:br/>
      </w:r>
      <w:r>
        <w:t>The way she thought</w:t>
      </w:r>
      <w:r>
        <w:br/>
      </w:r>
      <w:r>
        <w:t>I find myself now thinking,</w:t>
      </w:r>
      <w:r>
        <w:br/>
      </w:r>
      <w:r>
        <w:t>The generations linking</w:t>
      </w:r>
      <w:r>
        <w:br/>
      </w:r>
      <w:r>
        <w:t>In a firm continum of mind.</w:t>
      </w:r>
      <w:r>
        <w:br/>
      </w:r>
      <w:r>
        <w:t>The bridge of immortality</w:t>
      </w:r>
      <w:r>
        <w:br/>
      </w:r>
      <w:r>
        <w:t>I'm walking -</w:t>
      </w:r>
      <w:r>
        <w:br/>
      </w:r>
      <w:r>
        <w:t>The voice before me echoing behind.</w:t>
      </w:r>
    </w:p>
    <w:p>
      <w:r>
        <w:t>Mommy. I catch my breath.</w:t>
      </w:r>
      <w:r>
        <w:br/>
      </w:r>
      <w:r>
        <w:t>It is so unexpected.</w:t>
      </w:r>
      <w:r>
        <w:br/>
      </w:r>
      <w:r>
        <w:t>Suddenly to hear that word</w:t>
      </w:r>
      <w:r>
        <w:br/>
      </w:r>
      <w:r>
        <w:t>Again. Not Mom or Mother.</w:t>
      </w:r>
      <w:r>
        <w:br/>
      </w:r>
      <w:r>
        <w:t>Mommy. Not in the reedy, piping</w:t>
      </w:r>
      <w:r>
        <w:br/>
      </w:r>
      <w:r>
        <w:t>Voice of yesterday, but in a voice</w:t>
      </w:r>
      <w:r>
        <w:br/>
      </w:r>
      <w:r>
        <w:t>Surprisingly like my own.</w:t>
      </w:r>
    </w:p>
    <w:p>
      <w:r>
        <w:t>Everyday words stream</w:t>
      </w:r>
      <w:r>
        <w:br/>
      </w:r>
      <w:r>
        <w:t>Between us.</w:t>
      </w:r>
      <w:r>
        <w:br/>
      </w:r>
      <w:r>
        <w:t>Glancing at her face,</w:t>
      </w:r>
      <w:r>
        <w:br/>
      </w:r>
      <w:r>
        <w:t>I see she doesn't realize she's said it.</w:t>
      </w:r>
      <w:r>
        <w:br/>
      </w:r>
      <w:r>
        <w:t>And so I will not embarrass her.</w:t>
      </w:r>
      <w:r>
        <w:br/>
      </w:r>
      <w:r>
        <w:t>I will merely</w:t>
      </w:r>
      <w:r>
        <w:br/>
      </w:r>
      <w:r>
        <w:t>Enjoy it.</w:t>
      </w:r>
    </w:p>
    <w:p>
      <w:r>
        <w:t>At...</w:t>
      </w:r>
      <w:r>
        <w:br/>
      </w:r>
      <w:r>
        <w:t>1 year - Mama.</w:t>
      </w:r>
      <w:r>
        <w:br/>
      </w:r>
      <w:r>
        <w:t>4 years - I want my Momma.</w:t>
      </w:r>
      <w:r>
        <w:br/>
      </w:r>
      <w:r>
        <w:t>7 years - I need to ask my Mommy first.</w:t>
      </w:r>
      <w:r>
        <w:br/>
      </w:r>
      <w:r>
        <w:t>12 years - My Mother is so uncool.</w:t>
      </w:r>
      <w:r>
        <w:br/>
      </w:r>
      <w:r>
        <w:t>17 years - Naturally, Mother doesn't understand.</w:t>
      </w:r>
      <w:r>
        <w:br/>
      </w:r>
      <w:r>
        <w:t>21 years - Mom is so out of touch - What would you expect?</w:t>
      </w:r>
      <w:r>
        <w:br/>
      </w:r>
      <w:r>
        <w:t>30 years - Maybe Mom will have a good idea.</w:t>
      </w:r>
      <w:r>
        <w:br/>
      </w:r>
      <w:r>
        <w:t>35 years - I'll call Mom and see what she thinks about it. Mom is really a lot of help.</w:t>
      </w:r>
      <w:r>
        <w:br/>
      </w:r>
      <w:r>
        <w:t>40 years - Maybe Mom and I could do that together.</w:t>
      </w:r>
      <w:r>
        <w:br/>
      </w:r>
      <w:r>
        <w:t>50 years - I wonder what Mom would have thought about it.</w:t>
      </w:r>
      <w:r>
        <w:br/>
      </w:r>
      <w:r>
        <w:t>60 years - I wish once more I could talk it over with Mom.</w:t>
      </w:r>
      <w:r>
        <w:br/>
      </w:r>
      <w:r>
        <w:t>Mothers, touch your children,</w:t>
      </w:r>
      <w:r>
        <w:br/>
      </w:r>
      <w:r>
        <w:t>Fathers, hug them tight,</w:t>
      </w:r>
      <w:r>
        <w:br/>
      </w:r>
      <w:r>
        <w:t>Let them know you love them</w:t>
      </w:r>
      <w:r>
        <w:br/>
      </w:r>
      <w:r>
        <w:t>Morning, noon, and night.</w:t>
      </w:r>
      <w:r>
        <w:br/>
      </w:r>
      <w:r>
        <w:t>Hands</w:t>
      </w:r>
      <w:r>
        <w:br/>
      </w:r>
      <w:r>
        <w:t>Thank you Lord for dirty hands</w:t>
      </w:r>
      <w:r>
        <w:br/>
      </w:r>
      <w:r>
        <w:t>That touch my stove and fridge;</w:t>
      </w:r>
      <w:r>
        <w:br/>
      </w:r>
      <w:r>
        <w:t>For sticky little fingers that</w:t>
      </w:r>
      <w:r>
        <w:br/>
      </w:r>
      <w:r>
        <w:t>Try to build a bridge.</w:t>
      </w:r>
      <w:r>
        <w:br/>
      </w:r>
      <w:r>
        <w:t>For careless hands that go astray</w:t>
      </w:r>
      <w:r>
        <w:br/>
      </w:r>
      <w:r>
        <w:t>In search of something new;</w:t>
      </w:r>
      <w:r>
        <w:br/>
      </w:r>
      <w:r>
        <w:t>For hands to hold and show the way</w:t>
      </w:r>
      <w:r>
        <w:br/>
      </w:r>
      <w:r>
        <w:t>As mothers often do.</w:t>
      </w:r>
      <w:r>
        <w:br/>
      </w:r>
      <w:r>
        <w:t>For precious little hands in which</w:t>
      </w:r>
      <w:r>
        <w:br/>
      </w:r>
      <w:r>
        <w:t>Great faith so abounds;</w:t>
      </w:r>
      <w:r>
        <w:br/>
      </w:r>
      <w:r>
        <w:t>For silly little hands that reach</w:t>
      </w:r>
      <w:r>
        <w:br/>
      </w:r>
      <w:r>
        <w:t>To touch a mother's frown.</w:t>
      </w:r>
      <w:r>
        <w:br/>
      </w:r>
      <w:r>
        <w:t>And thank you for your guiding hand</w:t>
      </w:r>
      <w:r>
        <w:br/>
      </w:r>
      <w:r>
        <w:t>That leads me to the light;</w:t>
      </w:r>
      <w:r>
        <w:br/>
      </w:r>
      <w:r>
        <w:t>That lifts me when I stumble</w:t>
      </w:r>
      <w:r>
        <w:br/>
      </w:r>
      <w:r>
        <w:t>And points me to the right.</w:t>
      </w:r>
      <w:r>
        <w:br/>
      </w:r>
      <w:r>
        <w:t>My mother is in two places at once - on my nerves and in my heart.</w:t>
      </w:r>
      <w:r>
        <w:br/>
      </w:r>
      <w:r>
        <w:t>The mother's heart is the child's schoolroom.</w:t>
      </w:r>
      <w:r>
        <w:br/>
      </w:r>
      <w:r>
        <w:t>Yours were the first eyes I looked into.</w:t>
      </w:r>
      <w:r>
        <w:br/>
      </w:r>
      <w:r>
        <w:t>Yours were the first arms to hold me tight.</w:t>
      </w:r>
      <w:r>
        <w:br/>
      </w:r>
      <w:r>
        <w:t>You were the first to show me never-ending love and compassion.</w:t>
      </w:r>
      <w:r>
        <w:br/>
      </w:r>
      <w:r>
        <w:t>Forever . . . you are my mother</w:t>
      </w:r>
      <w:r>
        <w:br/>
      </w:r>
      <w:r>
        <w:t>And I am blessed.</w:t>
      </w:r>
    </w:p>
    <w:p>
      <w:pPr>
        <w:pStyle w:val="Heading2"/>
      </w:pPr>
      <w:r>
        <w:t>Sisters</w:t>
      </w:r>
    </w:p>
    <w:p>
      <w:r>
        <w:t>A sister is a forever friend.</w:t>
      </w:r>
    </w:p>
    <w:p>
      <w:r>
        <w:t>A sister is a special kind of friend.</w:t>
      </w:r>
    </w:p>
    <w:p>
      <w:r>
        <w:t>A sister knows everything about you .... and loves you anyway !</w:t>
      </w:r>
    </w:p>
    <w:p>
      <w:r>
        <w:t>Close to my heart you'll always be...Friends from the start...My sister and me.</w:t>
      </w:r>
    </w:p>
    <w:p>
      <w:r>
        <w:t>God made you my Sister, Love made you my friend !</w:t>
      </w:r>
    </w:p>
    <w:p>
      <w:r>
        <w:t>God made us Sisters...Prozac made us Friends.</w:t>
      </w:r>
    </w:p>
    <w:p>
      <w:r>
        <w:t>I'll always do my best with my sister by my side.</w:t>
      </w:r>
    </w:p>
    <w:p>
      <w:r>
        <w:t>S.I.S. -- Simply Incredible Sister</w:t>
      </w:r>
    </w:p>
    <w:p>
      <w:r>
        <w:t>SISTER…Another word for "friend"</w:t>
      </w:r>
    </w:p>
    <w:p>
      <w:r>
        <w:t>Sisters are blossoms in the garden of life.</w:t>
      </w:r>
    </w:p>
    <w:p>
      <w:r>
        <w:t>Sisters are forever !</w:t>
      </w:r>
    </w:p>
    <w:p>
      <w:r>
        <w:t>Sister by chance, friends by choice.</w:t>
      </w:r>
    </w:p>
    <w:p>
      <w:r>
        <w:t>Sisters…..Sisters share their inner souls, Secrets, hopes, sorrow, goals.  Though time passes with joy or tears A sister's love will last the years.</w:t>
      </w:r>
    </w:p>
    <w:p>
      <w:r>
        <w:t>Three things make life worth living...God, sisters and choc'lit cookies.</w:t>
      </w:r>
    </w:p>
    <w:p>
      <w:r>
        <w:t>We laugh, we cry, we make time fly.Best friends are we, my sister and me.</w:t>
      </w:r>
    </w:p>
    <w:p>
      <w:r>
        <w:t>When mom and dad don't understand,a sister always will.</w:t>
      </w:r>
    </w:p>
    <w:p>
      <w:r>
        <w:t>Here's to my sister-</w:t>
      </w:r>
      <w:r>
        <w:br/>
      </w:r>
      <w:r>
        <w:t>Remember everyday,</w:t>
      </w:r>
      <w:r>
        <w:br/>
      </w:r>
      <w:r>
        <w:t>No matter what I've said</w:t>
      </w:r>
      <w:r>
        <w:br/>
      </w:r>
      <w:r>
        <w:t>Here's what I want to say</w:t>
      </w:r>
      <w:r>
        <w:br/>
      </w:r>
      <w:r>
        <w:t>I will always love you</w:t>
      </w:r>
      <w:r>
        <w:br/>
      </w:r>
      <w:r>
        <w:t>Be with you to the end</w:t>
      </w:r>
      <w:r>
        <w:br/>
      </w:r>
      <w:r>
        <w:t>When no one else is around</w:t>
      </w:r>
      <w:r>
        <w:br/>
      </w:r>
      <w:r>
        <w:t>I will be your friend.</w:t>
      </w:r>
    </w:p>
    <w:p>
      <w:r>
        <w:t>I love my sister</w:t>
      </w:r>
      <w:r>
        <w:br/>
      </w:r>
      <w:r>
        <w:t>And I always will</w:t>
      </w:r>
      <w:r>
        <w:br/>
      </w:r>
      <w:r>
        <w:t>I'm proud to be your brother</w:t>
      </w:r>
      <w:r>
        <w:br/>
      </w:r>
      <w:r>
        <w:t>That's how I feel</w:t>
      </w:r>
      <w:r>
        <w:br/>
      </w:r>
      <w:r>
        <w:t>And someday when you're far away</w:t>
      </w:r>
      <w:r>
        <w:br/>
      </w:r>
      <w:r>
        <w:t>And the miles keep us apart</w:t>
      </w:r>
      <w:r>
        <w:br/>
      </w:r>
      <w:r>
        <w:t>I'm gonna whisper I love my sister</w:t>
      </w:r>
      <w:r>
        <w:br/>
      </w:r>
      <w:r>
        <w:t>And pray you'll hear it in your heart.</w:t>
      </w:r>
    </w:p>
    <w:p>
      <w:pPr>
        <w:pStyle w:val="Heading2"/>
      </w:pPr>
      <w:r>
        <w:t>Son</w:t>
      </w:r>
    </w:p>
    <w:p>
      <w:r>
        <w:t>My Son</w:t>
      </w:r>
      <w:r>
        <w:br/>
      </w:r>
      <w:r>
        <w:t>Hold him a little longer,</w:t>
      </w:r>
      <w:r>
        <w:br/>
      </w:r>
      <w:r>
        <w:t>Rock him a little more.</w:t>
      </w:r>
      <w:r>
        <w:br/>
      </w:r>
      <w:r>
        <w:t>Tell him another story</w:t>
      </w:r>
      <w:r>
        <w:br/>
      </w:r>
      <w:r>
        <w:t>(You've only told him four).</w:t>
      </w:r>
      <w:r>
        <w:br/>
      </w:r>
      <w:r>
        <w:t>Let him sleep on your shoulder,</w:t>
      </w:r>
      <w:r>
        <w:br/>
      </w:r>
      <w:r>
        <w:t>Rejoice in his happy smile.</w:t>
      </w:r>
      <w:r>
        <w:br/>
      </w:r>
      <w:r>
        <w:t>He is only two and a half</w:t>
      </w:r>
      <w:r>
        <w:br/>
      </w:r>
      <w:r>
        <w:t>For such a little while.</w:t>
      </w:r>
    </w:p>
    <w:p>
      <w:r>
        <w:t>Our Son</w:t>
      </w:r>
      <w:r>
        <w:br/>
      </w:r>
      <w:r>
        <w:t>There's nothing like the blessing</w:t>
      </w:r>
      <w:r>
        <w:br/>
      </w:r>
      <w:r>
        <w:t>Of a little baby boy</w:t>
      </w:r>
      <w:r>
        <w:br/>
      </w:r>
      <w:r>
        <w:t>To fill your home with sunshine</w:t>
      </w:r>
      <w:r>
        <w:br/>
      </w:r>
      <w:r>
        <w:t>And fill your heart with joy.</w:t>
      </w:r>
      <w:r>
        <w:br/>
      </w:r>
      <w:r>
        <w:t>With hugs and bugs and footballs,</w:t>
      </w:r>
      <w:r>
        <w:br/>
      </w:r>
      <w:r>
        <w:t>Baseballs, toys and grins,</w:t>
      </w:r>
      <w:r>
        <w:br/>
      </w:r>
      <w:r>
        <w:t>You'll cherish all the memories</w:t>
      </w:r>
      <w:r>
        <w:br/>
      </w:r>
      <w:r>
        <w:t>That you will share with him.</w:t>
      </w:r>
      <w:r>
        <w:br/>
      </w:r>
      <w:r>
        <w:t>Take the time to walk and talk,</w:t>
      </w:r>
      <w:r>
        <w:br/>
      </w:r>
      <w:r>
        <w:t>To share his dreams and plans.</w:t>
      </w:r>
      <w:r>
        <w:br/>
      </w:r>
      <w:r>
        <w:t>All too soon your little boy</w:t>
      </w:r>
      <w:r>
        <w:br/>
      </w:r>
      <w:r>
        <w:t>Will grow to be a man.</w:t>
      </w:r>
      <w:r>
        <w:br/>
      </w:r>
      <w:r>
        <w:t>You don't raise heros, you raise sons. And if you treat them like sons,</w:t>
      </w:r>
      <w:r>
        <w:br/>
      </w:r>
      <w:r>
        <w:t>they'll turn out to be heros, even if it's just in your own eyes.</w:t>
      </w:r>
    </w:p>
    <w:p>
      <w:pPr>
        <w:pStyle w:val="Heading2"/>
      </w:pPr>
      <w:r>
        <w:t>Kids</w:t>
      </w:r>
    </w:p>
    <w:p>
      <w:r>
        <w:t>Kids At Play</w:t>
      </w:r>
    </w:p>
    <w:p>
      <w:r>
        <w:t>Having A Ball</w:t>
      </w:r>
    </w:p>
    <w:p>
      <w:r>
        <w:t>Accidents Happen</w:t>
      </w:r>
    </w:p>
    <w:p>
      <w:r>
        <w:t>Me &amp; My Teddy</w:t>
      </w:r>
    </w:p>
    <w:p>
      <w:r>
        <w:t>Daddy's Helper</w:t>
      </w:r>
    </w:p>
    <w:p>
      <w:r>
        <w:t>Daddy's Caddy</w:t>
      </w:r>
    </w:p>
    <w:p>
      <w:r>
        <w:t>Swings are Angels Wings</w:t>
      </w:r>
    </w:p>
    <w:p>
      <w:r>
        <w:t>In the Swing of Things</w:t>
      </w:r>
    </w:p>
    <w:p>
      <w:r>
        <w:t>Small steps make for big adventures</w:t>
      </w:r>
    </w:p>
    <w:p>
      <w:r>
        <w:t>A little dirt never hurt</w:t>
      </w:r>
    </w:p>
    <w:p>
      <w:r>
        <w:t>All dolled up</w:t>
      </w:r>
    </w:p>
    <w:p>
      <w:r>
        <w:t>Anytime is cookie time</w:t>
      </w:r>
    </w:p>
    <w:p>
      <w:r>
        <w:t>DINO-mite Kid</w:t>
      </w:r>
    </w:p>
    <w:p>
      <w:r>
        <w:t>There's more dirt to be found when you're close to the ground</w:t>
      </w:r>
    </w:p>
    <w:p>
      <w:r>
        <w:t>A Boy and his toys</w:t>
      </w:r>
    </w:p>
    <w:p>
      <w:r>
        <w:t>Little Boys are Treasures</w:t>
      </w:r>
    </w:p>
    <w:p>
      <w:r>
        <w:t>Who are worth their weight in gold, And charm everyone around them, From the time they're hours old . . .They're Mommy's little darling, They're a special pal to Dad, And they bring the very happiest days a family's ever had!</w:t>
      </w:r>
    </w:p>
    <w:p>
      <w:r>
        <w:t>My Daughter</w:t>
      </w:r>
    </w:p>
    <w:p>
      <w:r>
        <w:t>All the dreams I prayed you'd be, Are all the things you are. You were once my little girl, And now my shining star.</w:t>
      </w:r>
    </w:p>
    <w:p>
      <w:r>
        <w:t>Denim Doll(s)</w:t>
      </w:r>
    </w:p>
    <w:p>
      <w:r>
        <w:t>(Name)'s Been promoted to Big Brother/Sister</w:t>
      </w:r>
    </w:p>
    <w:p>
      <w:r>
        <w:t>Ain't she Sweet!</w:t>
      </w:r>
    </w:p>
    <w:p>
      <w:r>
        <w:t>A day in the life of....</w:t>
      </w:r>
    </w:p>
    <w:p>
      <w:r>
        <w:t>A little dirt never hurt</w:t>
      </w:r>
    </w:p>
    <w:p>
      <w:r>
        <w:t>All about me from A to Z!</w:t>
      </w:r>
    </w:p>
    <w:p>
      <w:r>
        <w:t>All things grow with Love</w:t>
      </w:r>
    </w:p>
    <w:p>
      <w:r>
        <w:t>Apple of my eye</w:t>
      </w:r>
    </w:p>
    <w:p>
      <w:r>
        <w:t>A whole lot of love for a little person</w:t>
      </w:r>
    </w:p>
    <w:p>
      <w:r>
        <w:t>"Bearly" One year old</w:t>
      </w:r>
    </w:p>
    <w:p>
      <w:r>
        <w:t>Big Girls Do Cry</w:t>
      </w:r>
    </w:p>
    <w:p>
      <w:r>
        <w:t>Born to Cause Trouble</w:t>
      </w:r>
    </w:p>
    <w:p>
      <w:r>
        <w:t>Bottomless Pit</w:t>
      </w:r>
    </w:p>
    <w:p>
      <w:r>
        <w:t>Boys-n-Toys</w:t>
      </w:r>
    </w:p>
    <w:p>
      <w:r>
        <w:t>Boys Only! No girls allowed!</w:t>
      </w:r>
    </w:p>
    <w:p>
      <w:r>
        <w:t>Boys will be boys</w:t>
      </w:r>
    </w:p>
    <w:p>
      <w:r>
        <w:t>Bubble your troubles away.</w:t>
      </w:r>
    </w:p>
    <w:p>
      <w:r>
        <w:t>Busy as a Bee</w:t>
      </w:r>
    </w:p>
    <w:p>
      <w:r>
        <w:t>But Daddy said it was OK....</w:t>
      </w:r>
    </w:p>
    <w:p>
      <w:r>
        <w:t>C is for Cookie (kids helping mom make cookies, Use Mrs. G's Cooking Stickers)</w:t>
      </w:r>
    </w:p>
    <w:p>
      <w:r>
        <w:t>Can I have another Birthday Tomorrow?</w:t>
      </w:r>
    </w:p>
    <w:p>
      <w:r>
        <w:t>Children are a gift from God</w:t>
      </w:r>
    </w:p>
    <w:p>
      <w:r>
        <w:t>Children are 1/3 of our population and all of our future.</w:t>
      </w:r>
    </w:p>
    <w:p>
      <w:r>
        <w:t>Children put a twinkle in your eyes and a smile in your heart</w:t>
      </w:r>
    </w:p>
    <w:p>
      <w:r>
        <w:t>Clean as a Whistle</w:t>
      </w:r>
    </w:p>
    <w:p>
      <w:r>
        <w:t>Clownin Around</w:t>
      </w:r>
    </w:p>
    <w:p>
      <w:r>
        <w:t>Color the world with love (crayon theme)</w:t>
      </w:r>
    </w:p>
    <w:p>
      <w:r>
        <w:t>Computer Whiz!</w:t>
      </w:r>
    </w:p>
    <w:p>
      <w:r>
        <w:t>Cookie Monster! (those messy eating shots-pref with cookies)</w:t>
      </w:r>
    </w:p>
    <w:p>
      <w:r>
        <w:t>Country Bumpkin</w:t>
      </w:r>
    </w:p>
    <w:p>
      <w:r>
        <w:t>COWABUNGA!!!!</w:t>
      </w:r>
    </w:p>
    <w:p>
      <w:r>
        <w:t>Cuddle Bugs</w:t>
      </w:r>
    </w:p>
    <w:p>
      <w:r>
        <w:t>Cute as a Bug</w:t>
      </w:r>
    </w:p>
    <w:p>
      <w:r>
        <w:t>Cute as a Button</w:t>
      </w:r>
    </w:p>
    <w:p>
      <w:r>
        <w:t>Cutest Little Pumpkin in the Patch</w:t>
      </w:r>
    </w:p>
    <w:p>
      <w:r>
        <w:t>Cutie Pie</w:t>
      </w:r>
    </w:p>
    <w:p>
      <w:r>
        <w:t>Dad's #1 Fan</w:t>
      </w:r>
    </w:p>
    <w:p>
      <w:r>
        <w:t>DINO-Mite Kid!</w:t>
      </w:r>
    </w:p>
    <w:p>
      <w:r>
        <w:t>Disney or Bust!</w:t>
      </w:r>
    </w:p>
    <w:p>
      <w:r>
        <w:t>Double Trouble (two kids!)</w:t>
      </w:r>
    </w:p>
    <w:p>
      <w:r>
        <w:t>Don't bug me...I'm busy! (bug stickers)</w:t>
      </w:r>
    </w:p>
    <w:p>
      <w:r>
        <w:t>Don't hate me because I'm beautiful!</w:t>
      </w:r>
    </w:p>
    <w:p>
      <w:r>
        <w:t>E-I-E-I-O</w:t>
      </w:r>
    </w:p>
    <w:p>
      <w:r>
        <w:t>Even on a bad hair day, I'm still the cutest.</w:t>
      </w:r>
    </w:p>
    <w:p>
      <w:r>
        <w:t>Every child is a different kind of flower and all together they make this world a garden.</w:t>
      </w:r>
    </w:p>
    <w:p>
      <w:r>
        <w:t>Everything is in your Reach! (Giraffe Stickers or diecut)</w:t>
      </w:r>
    </w:p>
    <w:p>
      <w:r>
        <w:t>First set of wheels (tricycle pix)</w:t>
      </w:r>
    </w:p>
    <w:p>
      <w:r>
        <w:t>Flower Power!</w:t>
      </w:r>
    </w:p>
    <w:p>
      <w:r>
        <w:t>Forever Young</w:t>
      </w:r>
    </w:p>
    <w:p>
      <w:r>
        <w:t>Gingerbread Boys!</w:t>
      </w:r>
    </w:p>
    <w:p>
      <w:r>
        <w:t>Girls just wanna have fun!</w:t>
      </w:r>
    </w:p>
    <w:p>
      <w:r>
        <w:t>Go ahead, make my day</w:t>
      </w:r>
    </w:p>
    <w:p>
      <w:r>
        <w:t>Go Speed Racer!!</w:t>
      </w:r>
    </w:p>
    <w:p>
      <w:r>
        <w:t>God made dirt. Dirt won't hurt.</w:t>
      </w:r>
    </w:p>
    <w:p>
      <w:r>
        <w:t>Good Night Moon</w:t>
      </w:r>
    </w:p>
    <w:p>
      <w:r>
        <w:t>Growing like a Weed!</w:t>
      </w:r>
    </w:p>
    <w:p>
      <w:r>
        <w:t>Hangin Out (monkeys on playground stickers)</w:t>
      </w:r>
    </w:p>
    <w:p>
      <w:r>
        <w:t>Happiness is Homemade!</w:t>
      </w:r>
    </w:p>
    <w:p>
      <w:r>
        <w:t>Happy Times</w:t>
      </w:r>
    </w:p>
    <w:p>
      <w:r>
        <w:t>Has anybody seen any fun waiting to happen?</w:t>
      </w:r>
    </w:p>
    <w:p>
      <w:r>
        <w:t>Here is my dolly all tattered and torn. Everyone loves her even though she is worn. Her body is floppy and her hair is a mess, but I love her dearly, and she loves me best!</w:t>
      </w:r>
    </w:p>
    <w:p>
      <w:r>
        <w:t>Here comes Trouble!</w:t>
      </w:r>
    </w:p>
    <w:p>
      <w:r>
        <w:t>Here's looking at you Kid!</w:t>
      </w:r>
    </w:p>
    <w:p>
      <w:r>
        <w:t>Hippity Hoppity Hooray</w:t>
      </w:r>
    </w:p>
    <w:p>
      <w:r>
        <w:t>Hey, Julia Child had to start somewhere too! (Child helping to bake but has more batter on him/her than in the bowl)</w:t>
      </w:r>
    </w:p>
    <w:p>
      <w:r>
        <w:t>I am a child of God</w:t>
      </w:r>
    </w:p>
    <w:p>
      <w:r>
        <w:t>I am stuck on Band-Aid.</w:t>
      </w:r>
    </w:p>
    <w:p>
      <w:r>
        <w:t>I can Bearly Wait!</w:t>
      </w:r>
    </w:p>
    <w:p>
      <w:r>
        <w:t>I don't have a thing to wear! (On a page with subject in lost of different outfits)</w:t>
      </w:r>
    </w:p>
    <w:p>
      <w:r>
        <w:t>I'm a Big Kid NOW!</w:t>
      </w:r>
    </w:p>
    <w:p>
      <w:r>
        <w:t>I'm going to Disneyland!!</w:t>
      </w:r>
    </w:p>
    <w:p>
      <w:r>
        <w:t>I Scream, You Scream, We all Scream for Ice Cream.</w:t>
      </w:r>
    </w:p>
    <w:p>
      <w:r>
        <w:t>I see the moon and the moon see me!</w:t>
      </w:r>
    </w:p>
    <w:p>
      <w:r>
        <w:t>I'll rise, but I refuse to shine.</w:t>
      </w:r>
    </w:p>
    <w:p>
      <w:r>
        <w:t>I'm far from tired</w:t>
      </w:r>
    </w:p>
    <w:p>
      <w:r>
        <w:t>I'm just plane cute! (plane diecut)</w:t>
      </w:r>
    </w:p>
    <w:p>
      <w:r>
        <w:t>I'm too sexy for my hat! (picture of kids or teens in different hats)</w:t>
      </w:r>
    </w:p>
    <w:p>
      <w:r>
        <w:t>If I have it, it's mine...If you have it, but I want it, it's mine. If I used to have it, but put it down, it's still mine. If I can take it away from you, it's mine. Once it's mine, no one can ever say it's not mine.</w:t>
      </w:r>
    </w:p>
    <w:p>
      <w:r>
        <w:t>(child's name) is like a ray of sunshine on a cloudy day</w:t>
      </w:r>
    </w:p>
    <w:p>
      <w:r>
        <w:t>Its my party and I'll cry if I want to!</w:t>
      </w:r>
    </w:p>
    <w:p>
      <w:r>
        <w:t>It's not easy being a princess!</w:t>
      </w:r>
    </w:p>
    <w:p>
      <w:r>
        <w:t>It's the smile that keeps me out of trouble.</w:t>
      </w:r>
    </w:p>
    <w:p>
      <w:r>
        <w:t>It's Tool Time!</w:t>
      </w:r>
    </w:p>
    <w:p>
      <w:r>
        <w:t>John Deere Crazy (Child and Daddy on John Deer Lawnmower)</w:t>
      </w:r>
    </w:p>
    <w:p>
      <w:r>
        <w:t>Just when you think you know it all, your kids teach you something new!</w:t>
      </w:r>
    </w:p>
    <w:p>
      <w:r>
        <w:t>Just a-swingin'</w:t>
      </w:r>
    </w:p>
    <w:p>
      <w:r>
        <w:t>Just the right hat for every occasion.</w:t>
      </w:r>
    </w:p>
    <w:p>
      <w:r>
        <w:t>Just walkin' along with my best friend (name): side by side!</w:t>
      </w:r>
    </w:p>
    <w:p>
      <w:r>
        <w:t>King of the Sandbox</w:t>
      </w:r>
    </w:p>
    <w:p>
      <w:r>
        <w:t>Let them on the loose...see what happens</w:t>
      </w:r>
    </w:p>
    <w:p>
      <w:r>
        <w:t>Lifestyles of the frantic and frazzled</w:t>
      </w:r>
    </w:p>
    <w:p>
      <w:r>
        <w:t>Little girls are heaven's flowers.</w:t>
      </w:r>
    </w:p>
    <w:p>
      <w:r>
        <w:t>Little girls are precious gifts, wrapped in love serene. Their dresses tied with sashes and futures tied with dreams.</w:t>
      </w:r>
    </w:p>
    <w:p>
      <w:r>
        <w:t>Little Man</w:t>
      </w:r>
    </w:p>
    <w:p>
      <w:r>
        <w:t>Look at me, I am 3!</w:t>
      </w:r>
    </w:p>
    <w:p>
      <w:r>
        <w:t>Love me...love my MESSES!</w:t>
      </w:r>
    </w:p>
    <w:p>
      <w:r>
        <w:t>Mighty Soldiers preparing for Battle. (kids dressed up in soldier gear or young men boot camp graduation pictures)</w:t>
      </w:r>
    </w:p>
    <w:p>
      <w:r>
        <w:t>My futures so bright, I've gotta wear shades.</w:t>
      </w:r>
    </w:p>
    <w:p>
      <w:r>
        <w:t>My little ray of sunshine</w:t>
      </w:r>
    </w:p>
    <w:p>
      <w:r>
        <w:t>My mommy nose everything (elephant stickers)</w:t>
      </w:r>
    </w:p>
    <w:p>
      <w:r>
        <w:t>Nine is fine</w:t>
      </w:r>
    </w:p>
    <w:p>
      <w:r>
        <w:t>Oh yeah, yeah, I'm a Happy Girl!</w:t>
      </w:r>
    </w:p>
    <w:p>
      <w:r>
        <w:t>One-derful</w:t>
      </w:r>
    </w:p>
    <w:p>
      <w:r>
        <w:t>One for you; two for me! (Child is feeding Dog Cheerios)</w:t>
      </w:r>
    </w:p>
    <w:p>
      <w:r>
        <w:t>One size fits all (kid wearing other family members clothes)</w:t>
      </w:r>
    </w:p>
    <w:p>
      <w:r>
        <w:t>One year older and cuter too!</w:t>
      </w:r>
    </w:p>
    <w:p>
      <w:r>
        <w:t>On the go!</w:t>
      </w:r>
    </w:p>
    <w:p>
      <w:r>
        <w:t>On the Road again!</w:t>
      </w:r>
    </w:p>
    <w:p>
      <w:r>
        <w:t>Our Fabulous Fiasco</w:t>
      </w:r>
    </w:p>
    <w:p>
      <w:r>
        <w:t>Our little Miss Sunshine</w:t>
      </w:r>
    </w:p>
    <w:p>
      <w:r>
        <w:t>Our Ray of Sunshine</w:t>
      </w:r>
    </w:p>
    <w:p>
      <w:r>
        <w:t>Pay no attention to me. (not knowing but getting into trouble) Please don't hog...(pig stickers)</w:t>
      </w:r>
    </w:p>
    <w:p>
      <w:r>
        <w:t>Please Mom, can we keep him?</w:t>
      </w:r>
    </w:p>
    <w:p>
      <w:r>
        <w:t>Praise your children and they will blossom.</w:t>
      </w:r>
    </w:p>
    <w:p>
      <w:r>
        <w:t>Preschool Blues</w:t>
      </w:r>
    </w:p>
    <w:p>
      <w:r>
        <w:t>Pretty as a Picture</w:t>
      </w:r>
    </w:p>
    <w:p>
      <w:r>
        <w:t>Pretty in Pink</w:t>
      </w:r>
    </w:p>
    <w:p>
      <w:r>
        <w:t>Reach for the Stars!</w:t>
      </w:r>
    </w:p>
    <w:p>
      <w:r>
        <w:t>Ready or not, here I grow!</w:t>
      </w:r>
    </w:p>
    <w:p>
      <w:r>
        <w:t>Rub-a-dub-dub Three kids in a tub!</w:t>
      </w:r>
    </w:p>
    <w:p>
      <w:r>
        <w:t>Rub a dub dub, two cuties in a tub!</w:t>
      </w:r>
    </w:p>
    <w:p>
      <w:r>
        <w:t>Rub-a-dub-dub...There's a boy in the tub...Splashing and shouting with glee. He's scrubbed and he's rubbed and now he's played in the tub and now he's as clean as can be!</w:t>
      </w:r>
    </w:p>
    <w:p>
      <w:r>
        <w:t>Rub-a-dub-dub, is there any room in the tub? (Kids with all their tub toys)</w:t>
      </w:r>
    </w:p>
    <w:p>
      <w:r>
        <w:t>Say Cheese (picture of child with a big cheesy smile)</w:t>
      </w:r>
    </w:p>
    <w:p>
      <w:r>
        <w:t>Scrub- A-Dub-Dub</w:t>
      </w:r>
    </w:p>
    <w:p>
      <w:r>
        <w:t>Seven is heaven, but Eight is great!</w:t>
      </w:r>
    </w:p>
    <w:p>
      <w:r>
        <w:t>Ship Shape (boats)</w:t>
      </w:r>
    </w:p>
    <w:p>
      <w:r>
        <w:t>Snug as a Bug in a Rug</w:t>
      </w:r>
    </w:p>
    <w:p>
      <w:r>
        <w:t>Something about that face!</w:t>
      </w:r>
    </w:p>
    <w:p>
      <w:r>
        <w:t>Such a "One"derful Girl!</w:t>
      </w:r>
    </w:p>
    <w:p>
      <w:r>
        <w:t>Sweets for the Sweet</w:t>
      </w:r>
    </w:p>
    <w:p>
      <w:r>
        <w:t>2-rrific</w:t>
      </w:r>
    </w:p>
    <w:p>
      <w:r>
        <w:t>The Star of the Show!</w:t>
      </w:r>
    </w:p>
    <w:p>
      <w:r>
        <w:t>The Twilight Zone (kids catching Fireflies)</w:t>
      </w:r>
    </w:p>
    <w:p>
      <w:r>
        <w:t>The Ultimate Off Road Vehicle</w:t>
      </w:r>
    </w:p>
    <w:p>
      <w:r>
        <w:t>There's more dirt to be found when you're close to the ground!</w:t>
      </w:r>
    </w:p>
    <w:p>
      <w:r>
        <w:t>"These boots were made for walkin'"</w:t>
      </w:r>
    </w:p>
    <w:p>
      <w:r>
        <w:t>These children were raised on home grown love</w:t>
      </w:r>
    </w:p>
    <w:p>
      <w:r>
        <w:t>There's too many kids in the tub..I just washed a behind that I'm sure wasn't mine...There's too many kids in the tub.</w:t>
      </w:r>
    </w:p>
    <w:p>
      <w:r>
        <w:t>They call me Trouble</w:t>
      </w:r>
    </w:p>
    <w:p>
      <w:r>
        <w:t>Tickle Me (name)</w:t>
      </w:r>
    </w:p>
    <w:p>
      <w:r>
        <w:t>Toad-ally Awesome</w:t>
      </w:r>
    </w:p>
    <w:p>
      <w:r>
        <w:t>Tough as Nails</w:t>
      </w:r>
    </w:p>
    <w:p>
      <w:r>
        <w:t>Train up a child in the way he should go.</w:t>
      </w:r>
    </w:p>
    <w:p>
      <w:r>
        <w:t>Too cute for words!</w:t>
      </w:r>
    </w:p>
    <w:p>
      <w:r>
        <w:t>Tool time.</w:t>
      </w:r>
    </w:p>
    <w:p>
      <w:r>
        <w:t>Twinkle, Twinkle, Our Little Star</w:t>
      </w:r>
    </w:p>
    <w:p>
      <w:r>
        <w:t>Two-rrific</w:t>
      </w:r>
    </w:p>
    <w:p>
      <w:r>
        <w:t>What dirt, Mommy?</w:t>
      </w:r>
    </w:p>
    <w:p>
      <w:r>
        <w:t>What comes around, goes around</w:t>
      </w:r>
    </w:p>
    <w:p>
      <w:r>
        <w:t>With a face like this, life will be smooth sailing.</w:t>
      </w:r>
    </w:p>
    <w:p>
      <w:r>
        <w:t>With my good looks, I could stop traffic.</w:t>
      </w:r>
    </w:p>
    <w:p>
      <w:r>
        <w:t>What a Face!</w:t>
      </w:r>
    </w:p>
    <w:p>
      <w:r>
        <w:t>When you're close to the ground, there's more dirt to be found!!</w:t>
      </w:r>
    </w:p>
    <w:p>
      <w:r>
        <w:t>Who are you calling cute?</w:t>
      </w:r>
    </w:p>
    <w:p>
      <w:r>
        <w:t>Who can resist a smile like this?</w:t>
      </w:r>
    </w:p>
    <w:p>
      <w:r>
        <w:t>Who is the masked boy/girl?</w:t>
      </w:r>
    </w:p>
    <w:p>
      <w:r>
        <w:t>You are a blessing in my life</w:t>
      </w:r>
    </w:p>
    <w:p>
      <w:r>
        <w:t>You are the Apple of my Eye</w:t>
      </w:r>
    </w:p>
    <w:p>
      <w:r>
        <w:t>You don't have to brush all of your teeth, only the ones you want to keep.</w:t>
      </w:r>
    </w:p>
    <w:p>
      <w:r>
        <w:t>You must have been a beautiful baby cause baby look at you now!</w:t>
      </w:r>
    </w:p>
    <w:p>
      <w:r>
        <w:t>You're one in a Melon!</w:t>
      </w:r>
    </w:p>
    <w:p>
      <w:r>
        <w:t>You oughta be in pictures</w:t>
      </w:r>
    </w:p>
    <w:p>
      <w:r>
        <w:t>You're just Ducky!</w:t>
      </w:r>
    </w:p>
    <w:p>
      <w:r>
        <w:t>You're the Superstar of the Day!</w:t>
      </w:r>
    </w:p>
    <w:p>
      <w:r>
        <w:t>You're Tops! (bowtie and tophat)</w:t>
      </w:r>
    </w:p>
    <w:p>
      <w:r>
        <w:t>You're udderly fun!</w:t>
      </w:r>
    </w:p>
    <w:p>
      <w:r>
        <w:t>You're udderly Exciting</w:t>
      </w:r>
    </w:p>
    <w:p>
      <w:r>
        <w:t>You're udderly Adorable</w:t>
      </w:r>
    </w:p>
    <w:p>
      <w:r>
        <w:t>I'm so busy, Mom's head is spinning</w:t>
      </w:r>
    </w:p>
    <w:p>
      <w:r>
        <w:t>You are my "sonshine"</w:t>
      </w:r>
    </w:p>
    <w:p>
      <w:r>
        <w:t>A little dirt couldn't hurt</w:t>
      </w:r>
    </w:p>
    <w:p>
      <w:r>
        <w:t>Here's the Buzz</w:t>
      </w:r>
    </w:p>
    <w:p>
      <w:r>
        <w:t>Model Children</w:t>
      </w:r>
    </w:p>
    <w:p>
      <w:r>
        <w:t>Star of the Show</w:t>
      </w:r>
    </w:p>
    <w:p>
      <w:r>
        <w:t>A "Bear"y Good Girl</w:t>
      </w:r>
    </w:p>
    <w:p>
      <w:r>
        <w:t>Hip, Hip POOH Ray!!!</w:t>
      </w:r>
    </w:p>
    <w:p>
      <w:r>
        <w:t>The Young and the Restless</w:t>
      </w:r>
    </w:p>
    <w:p>
      <w:r>
        <w:t>All My Children</w:t>
      </w:r>
    </w:p>
    <w:p>
      <w:r>
        <w:t>Days of our Lives</w:t>
      </w:r>
    </w:p>
    <w:p>
      <w:r>
        <w:t>Jesus Loves Me</w:t>
      </w:r>
    </w:p>
    <w:p>
      <w:r>
        <w:t>Lazy Days in my Lazy Girl Recliner</w:t>
      </w:r>
    </w:p>
    <w:p>
      <w:r>
        <w:t>Horsing Around (Horse stickers)</w:t>
      </w:r>
    </w:p>
    <w:p>
      <w:r>
        <w:t>The Lawn Ranger and Tonto</w:t>
      </w:r>
    </w:p>
    <w:p>
      <w:r>
        <w:t>You are MOOSic to my ears</w:t>
      </w:r>
    </w:p>
    <w:p>
      <w:r>
        <w:t>COW's it going?</w:t>
      </w:r>
    </w:p>
    <w:p>
      <w:r>
        <w:t>The CREAM of the crop</w:t>
      </w:r>
    </w:p>
    <w:p>
      <w:r>
        <w:t>Isn't it GREAT to be EIGHT!</w:t>
      </w:r>
    </w:p>
    <w:p>
      <w:r>
        <w:t>Don't Hate me Because I'm beautiful!</w:t>
      </w:r>
    </w:p>
    <w:p>
      <w:r>
        <w:t>Mommy WOW! I'm a big kid now!</w:t>
      </w:r>
    </w:p>
    <w:p>
      <w:r>
        <w:t>A BOY and his TOY</w:t>
      </w:r>
    </w:p>
    <w:p>
      <w:r>
        <w:t>Bubbles, Bubbles, who's catching bubbles?</w:t>
      </w:r>
    </w:p>
    <w:p>
      <w:r>
        <w:t>If Only I could think of them as sleeping instead of recharging!</w:t>
      </w:r>
    </w:p>
    <w:p>
      <w:r>
        <w:t>Pretty as a Picture</w:t>
      </w:r>
    </w:p>
    <w:p>
      <w:r>
        <w:t>Splish, splash, (name) taking a bath!</w:t>
      </w:r>
    </w:p>
    <w:p>
      <w:r>
        <w:t>Let the good times roll! (Good for truck or car theme)</w:t>
      </w:r>
    </w:p>
    <w:p>
      <w:r>
        <w:t>The Watermelon Patch Kids</w:t>
      </w:r>
    </w:p>
    <w:p>
      <w:r>
        <w:t>My brown-eyed girl</w:t>
      </w:r>
    </w:p>
    <w:p>
      <w:r>
        <w:t>Flower Power!</w:t>
      </w:r>
    </w:p>
    <w:p>
      <w:r>
        <w:t>(Name) First Date</w:t>
      </w:r>
    </w:p>
    <w:p>
      <w:r>
        <w:t>Teen Angel</w:t>
      </w:r>
    </w:p>
    <w:p>
      <w:r>
        <w:t>TWINS</w:t>
      </w:r>
    </w:p>
    <w:p>
      <w:r>
        <w:t>2 Cool 2 Drool</w:t>
      </w:r>
    </w:p>
    <w:p>
      <w:r>
        <w:t>Double Trouble!</w:t>
      </w:r>
    </w:p>
    <w:p>
      <w:r>
        <w:t>2 good 2 be true</w:t>
      </w:r>
    </w:p>
    <w:p>
      <w:r>
        <w:t>There's womb for two! (twin pregnancy)</w:t>
      </w:r>
    </w:p>
    <w:p>
      <w:r>
        <w:t>Hi-Ho-Hi-Ho..It's off to School I go!</w:t>
      </w:r>
    </w:p>
    <w:p>
      <w:r>
        <w:t>School Days</w:t>
      </w:r>
    </w:p>
    <w:p>
      <w:r>
        <w:t>I used to be little, but now anymore for I'm going to school now!</w:t>
      </w:r>
    </w:p>
    <w:p>
      <w:pPr>
        <w:pStyle w:val="Heading2"/>
      </w:pPr>
      <w:r>
        <w:t>Boys</w:t>
      </w:r>
    </w:p>
    <w:p>
      <w:r>
        <w:t>Sticky fingers, dirty face, rugs and cushions out of place.  Trains and trucks here and there, blocks and boats everywhere.  Gold and Silver, I have none … But worth a million is my son.</w:t>
      </w:r>
      <w:r>
        <w:br/>
      </w:r>
      <w:r>
        <w:t>My heart melts when you smile</w:t>
      </w:r>
    </w:p>
    <w:p>
      <w:r>
        <w:t>The way your eyes shine when you smile make my heart sing.  You are such a joy in our life. One of your nicknames is "Bug" because you are cute as can be.</w:t>
      </w:r>
    </w:p>
    <w:p>
      <w:r>
        <w:t>More precious than gold</w:t>
      </w:r>
    </w:p>
    <w:p>
      <w:r>
        <w:t>Sticky fingers, dirty face, rugs and cushions out of place.  Trains and trucks here and there, blocks and boats everywhere.  Gold and Silver, I have none But worth a million is my son.</w:t>
      </w:r>
    </w:p>
    <w:p>
      <w:r>
        <w:t>Let me tell you a secret,</w:t>
      </w:r>
      <w:r>
        <w:br/>
      </w:r>
      <w:r>
        <w:t>Oh little brother mine.</w:t>
      </w:r>
      <w:r>
        <w:br/>
      </w:r>
      <w:r>
        <w:t>A secret that will surely be</w:t>
      </w:r>
      <w:r>
        <w:br/>
      </w:r>
      <w:r>
        <w:t>One to stand the test of time.</w:t>
      </w:r>
      <w:r>
        <w:br/>
      </w:r>
      <w:r>
        <w:t>I will never let be forgotten</w:t>
      </w:r>
      <w:r>
        <w:br/>
      </w:r>
      <w:r>
        <w:t>The bond we will always share.</w:t>
      </w:r>
      <w:r>
        <w:br/>
      </w:r>
      <w:r>
        <w:t>I will forever be the best big brother</w:t>
      </w:r>
      <w:r>
        <w:br/>
      </w:r>
      <w:r>
        <w:t>And promise to always care.</w:t>
      </w:r>
      <w:r>
        <w:br/>
      </w:r>
      <w:r>
        <w:t>I have so much to show you</w:t>
      </w:r>
      <w:r>
        <w:br/>
      </w:r>
      <w:r>
        <w:t>So can I be your guide?</w:t>
      </w:r>
      <w:r>
        <w:br/>
      </w:r>
      <w:r>
        <w:t>I will show you all that I have learned</w:t>
      </w:r>
      <w:r>
        <w:br/>
      </w:r>
      <w:r>
        <w:t>And what you will need inside.</w:t>
      </w:r>
      <w:r>
        <w:br/>
      </w:r>
      <w:r>
        <w:t>It's not an easy world out there.</w:t>
      </w:r>
      <w:r>
        <w:br/>
      </w:r>
      <w:r>
        <w:t>That much is true,</w:t>
      </w:r>
      <w:r>
        <w:br/>
      </w:r>
      <w:r>
        <w:t>But as your big brother, I will</w:t>
      </w:r>
      <w:r>
        <w:br/>
      </w:r>
      <w:r>
        <w:t>Help you make it through.</w:t>
      </w:r>
      <w:r>
        <w:br/>
      </w:r>
      <w:r>
        <w:t>~Author Unkown</w:t>
      </w:r>
    </w:p>
    <w:p>
      <w:r>
        <w:t>My heart belongs to Mommy</w:t>
      </w:r>
    </w:p>
    <w:p>
      <w:r>
        <w:t>Now I lay me down to sleep</w:t>
      </w:r>
    </w:p>
    <w:p>
      <w:r>
        <w:t>Our Little Sweetie</w:t>
      </w:r>
    </w:p>
    <w:p>
      <w:r>
        <w:t>Peek A Boo!</w:t>
      </w:r>
    </w:p>
    <w:p>
      <w:r>
        <w:t>Our Little Man</w:t>
      </w:r>
    </w:p>
    <w:p>
      <w:r>
        <w:t>Sweet Beginnings</w:t>
      </w:r>
    </w:p>
    <w:p>
      <w:r>
        <w:t>Snug as  a bug!</w:t>
      </w:r>
    </w:p>
    <w:p>
      <w:r>
        <w:t>Thank Heaven for Little Boys</w:t>
      </w:r>
    </w:p>
    <w:p>
      <w:r>
        <w:t>What a difference a day makes!</w:t>
      </w:r>
    </w:p>
    <w:p>
      <w:pPr>
        <w:pStyle w:val="Heading2"/>
      </w:pPr>
      <w:r>
        <w:t>Girls</w:t>
      </w:r>
    </w:p>
    <w:p>
      <w:r>
        <w:t>10 lb Baby Melts 200 lb Man</w:t>
      </w:r>
    </w:p>
    <w:p>
      <w:r>
        <w:t>A face only a Mother could love!</w:t>
      </w:r>
    </w:p>
    <w:p>
      <w:r>
        <w:t>A Star is Born!</w:t>
      </w:r>
    </w:p>
    <w:p>
      <w:r>
        <w:t>All about me from A to Z</w:t>
      </w:r>
    </w:p>
    <w:p>
      <w:r>
        <w:t>Sugar and spice and everything nice...That's what little girls are made of!</w:t>
      </w:r>
    </w:p>
    <w:p>
      <w:r>
        <w:t>Welcome Here</w:t>
      </w:r>
    </w:p>
    <w:p>
      <w:r>
        <w:t>Beary Cute</w:t>
      </w:r>
    </w:p>
    <w:p>
      <w:r>
        <w:t>Born to be Wild!</w:t>
      </w:r>
    </w:p>
    <w:p>
      <w:r>
        <w:t>Gift of Love</w:t>
      </w:r>
    </w:p>
    <w:p>
      <w:r>
        <w:t>Butterfly Kisses</w:t>
      </w:r>
    </w:p>
    <w:p>
      <w:r>
        <w:t>Cute as a bug</w:t>
      </w:r>
    </w:p>
    <w:p>
      <w:r>
        <w:t>What cute things I do</w:t>
      </w:r>
    </w:p>
    <w:p>
      <w:r>
        <w:t>From small beginnings come great things</w:t>
      </w:r>
    </w:p>
    <w:p>
      <w:r>
        <w:t>Funny Faces!</w:t>
      </w:r>
    </w:p>
    <w:p>
      <w:r>
        <w:t>Got Milk?</w:t>
      </w:r>
    </w:p>
    <w:p>
      <w:r>
        <w:t>Growing like a weed</w:t>
      </w:r>
    </w:p>
    <w:p>
      <w:r>
        <w:t>Here come the tears!</w:t>
      </w:r>
    </w:p>
    <w:p>
      <w:r>
        <w:t>How 'bout a kiss?</w:t>
      </w:r>
    </w:p>
    <w:p>
      <w:r>
        <w:t>Hugs and Kisses</w:t>
      </w:r>
    </w:p>
    <w:p>
      <w:r>
        <w:t>I love my Mommy</w:t>
      </w:r>
    </w:p>
    <w:p>
      <w:r>
        <w:t>I love my Daddy</w:t>
      </w:r>
    </w:p>
    <w:p>
      <w:r>
        <w:t>It's hard to be neat when you're learning to eat!</w:t>
      </w:r>
    </w:p>
    <w:p>
      <w:r>
        <w:t>Let the good times roll!</w:t>
      </w:r>
    </w:p>
    <w:p>
      <w:r>
        <w:t>Thank Heaven for little girls</w:t>
      </w:r>
    </w:p>
    <w:p>
      <w:r>
        <w:t>What a difference a day makes!</w:t>
      </w:r>
    </w:p>
    <w:p>
      <w:r>
        <w:t>When in doubt take a nap</w:t>
      </w:r>
    </w:p>
    <w:p>
      <w:r>
        <w:t>The Queen of Hearts</w:t>
      </w:r>
    </w:p>
    <w:p>
      <w:r>
        <w:t>You are my sunshine</w:t>
      </w:r>
    </w:p>
    <w:p>
      <w:pPr>
        <w:pStyle w:val="Heading2"/>
      </w:pPr>
      <w:r>
        <w:t>Lullabies</w:t>
      </w:r>
    </w:p>
    <w:p>
      <w:r>
        <w:t>Lullaby and Goodnight</w:t>
      </w:r>
      <w:r>
        <w:br/>
      </w:r>
      <w:r>
        <w:t>Lullaby and good night,</w:t>
      </w:r>
      <w:r>
        <w:br/>
      </w:r>
      <w:r>
        <w:t>With roses delight,</w:t>
      </w:r>
      <w:r>
        <w:br/>
      </w:r>
      <w:r>
        <w:t>With lilies bespread</w:t>
      </w:r>
      <w:r>
        <w:br/>
      </w:r>
      <w:r>
        <w:t>In baby's wee bed.</w:t>
      </w:r>
      <w:r>
        <w:br/>
      </w:r>
      <w:r>
        <w:t>Lay thee down now and rest,</w:t>
      </w:r>
      <w:r>
        <w:br/>
      </w:r>
      <w:r>
        <w:t>May thy slumber be blessed.</w:t>
      </w:r>
      <w:r>
        <w:br/>
      </w:r>
      <w:r>
        <w:t>Lay thee down and rest,</w:t>
      </w:r>
      <w:r>
        <w:br/>
      </w:r>
      <w:r>
        <w:t>May thy slumber be blessed.</w:t>
      </w:r>
      <w:r>
        <w:br/>
      </w:r>
      <w:r>
        <w:t>All Through the Night</w:t>
      </w:r>
      <w:r>
        <w:br/>
      </w:r>
      <w:r>
        <w:t>Sleep my child and peace attend thee,</w:t>
      </w:r>
      <w:r>
        <w:br/>
      </w:r>
      <w:r>
        <w:t>All through the night.</w:t>
      </w:r>
      <w:r>
        <w:br/>
      </w:r>
      <w:r>
        <w:t>Guardian angels God will send thee,</w:t>
      </w:r>
      <w:r>
        <w:br/>
      </w:r>
      <w:r>
        <w:t>All through the night.</w:t>
      </w:r>
      <w:r>
        <w:br/>
      </w:r>
      <w:r>
        <w:t>Soft the drowsy hours are creeping,</w:t>
      </w:r>
      <w:r>
        <w:br/>
      </w:r>
      <w:r>
        <w:t>Hill and vale in slumber sleeping</w:t>
      </w:r>
      <w:r>
        <w:br/>
      </w:r>
      <w:r>
        <w:t>I my loving vigil keeping,</w:t>
      </w:r>
      <w:r>
        <w:br/>
      </w:r>
      <w:r>
        <w:t>All through the night.</w:t>
      </w:r>
    </w:p>
    <w:p>
      <w:r>
        <w:t>Goodnight, Little People</w:t>
      </w:r>
      <w:r>
        <w:br/>
      </w:r>
      <w:r>
        <w:t>The evening is coming,</w:t>
      </w:r>
      <w:r>
        <w:br/>
      </w:r>
      <w:r>
        <w:t>The sun sinks to rest,</w:t>
      </w:r>
      <w:r>
        <w:br/>
      </w:r>
      <w:r>
        <w:t>The rooks are all flying</w:t>
      </w:r>
      <w:r>
        <w:br/>
      </w:r>
      <w:r>
        <w:t>Straight home to their nest;</w:t>
      </w:r>
      <w:r>
        <w:br/>
      </w:r>
      <w:r>
        <w:t>"Caw, caw," says the rook</w:t>
      </w:r>
      <w:r>
        <w:br/>
      </w:r>
      <w:r>
        <w:t>As he flies over head,</w:t>
      </w:r>
      <w:r>
        <w:br/>
      </w:r>
      <w:r>
        <w:t>"It's time little people</w:t>
      </w:r>
      <w:r>
        <w:br/>
      </w:r>
      <w:r>
        <w:t>Were going to bed."</w:t>
      </w:r>
    </w:p>
    <w:p>
      <w:r>
        <w:t>The flowers are all closing,</w:t>
      </w:r>
      <w:r>
        <w:br/>
      </w:r>
      <w:r>
        <w:t>The daisy's asleep,</w:t>
      </w:r>
      <w:r>
        <w:br/>
      </w:r>
      <w:r>
        <w:t>The primrose is buried</w:t>
      </w:r>
      <w:r>
        <w:br/>
      </w:r>
      <w:r>
        <w:t>In slumber so deep;</w:t>
      </w:r>
      <w:r>
        <w:br/>
      </w:r>
      <w:r>
        <w:t>And shut for the night</w:t>
      </w:r>
      <w:r>
        <w:br/>
      </w:r>
      <w:r>
        <w:t>Is the pimpernel red,</w:t>
      </w:r>
      <w:r>
        <w:br/>
      </w:r>
      <w:r>
        <w:t>"It's time little people</w:t>
      </w:r>
      <w:r>
        <w:br/>
      </w:r>
      <w:r>
        <w:t>Were going to bed."</w:t>
      </w:r>
    </w:p>
    <w:p>
      <w:r>
        <w:t>The butterfly drowsy</w:t>
      </w:r>
      <w:r>
        <w:br/>
      </w:r>
      <w:r>
        <w:t>Has folded its wings,</w:t>
      </w:r>
      <w:r>
        <w:br/>
      </w:r>
      <w:r>
        <w:t>The bees are returning,</w:t>
      </w:r>
      <w:r>
        <w:br/>
      </w:r>
      <w:r>
        <w:t>No more the bird sings;</w:t>
      </w:r>
      <w:r>
        <w:br/>
      </w:r>
      <w:r>
        <w:t>Their labor is over,</w:t>
      </w:r>
      <w:r>
        <w:br/>
      </w:r>
      <w:r>
        <w:t>Their nestlings are fed,</w:t>
      </w:r>
      <w:r>
        <w:br/>
      </w:r>
      <w:r>
        <w:t>"It's time little people</w:t>
      </w:r>
      <w:r>
        <w:br/>
      </w:r>
      <w:r>
        <w:t>Were going to bed."</w:t>
      </w:r>
    </w:p>
    <w:p>
      <w:r>
        <w:t>Good-night, little people,</w:t>
      </w:r>
      <w:r>
        <w:br/>
      </w:r>
      <w:r>
        <w:t>Good-night and good-night,</w:t>
      </w:r>
      <w:r>
        <w:br/>
      </w:r>
      <w:r>
        <w:t>Sweet dreams to your eyelids</w:t>
      </w:r>
      <w:r>
        <w:br/>
      </w:r>
      <w:r>
        <w:t>Till dawning of light.</w:t>
      </w:r>
      <w:r>
        <w:br/>
      </w:r>
      <w:r>
        <w:t>The evening has come,</w:t>
      </w:r>
      <w:r>
        <w:br/>
      </w:r>
      <w:r>
        <w:t>There's no more to be said,</w:t>
      </w:r>
      <w:r>
        <w:br/>
      </w:r>
      <w:r>
        <w:t>"It's time little people</w:t>
      </w:r>
      <w:r>
        <w:br/>
      </w:r>
      <w:r>
        <w:t>Were going to bed."</w:t>
      </w:r>
    </w:p>
    <w:p>
      <w:pPr>
        <w:pStyle w:val="Heading2"/>
      </w:pPr>
      <w:r>
        <w:t>Tooth Fairy</w:t>
      </w:r>
    </w:p>
    <w:p>
      <w:r>
        <w:t>Wiggle it, pull it, and wrap it up tight...Put in under the pillow, there'll be money there tonight</w:t>
      </w:r>
    </w:p>
    <w:p>
      <w:r>
        <w:t>The Tooth Fairy sure has messy hair!</w:t>
      </w:r>
    </w:p>
    <w:p>
      <w:r>
        <w:t>No, Mom, I thought I lost four teeth!</w:t>
      </w:r>
    </w:p>
    <w:p>
      <w:pPr>
        <w:pStyle w:val="Heading1"/>
      </w:pPr>
      <w:r>
        <w:t>Holidays and seasons</w:t>
      </w:r>
    </w:p>
    <w:p>
      <w:pPr>
        <w:pStyle w:val="Heading2"/>
      </w:pPr>
      <w:r>
        <w:t>Christmas</w:t>
      </w:r>
    </w:p>
    <w:p>
      <w:r>
        <w:t>A thought for Christmas</w:t>
      </w:r>
    </w:p>
    <w:p>
      <w:r>
        <w:t>Christmas is the time to remember that we are all in the world together.</w:t>
      </w:r>
    </w:p>
    <w:p>
      <w:r>
        <w:t>For Christmas, give your heart.</w:t>
      </w:r>
    </w:p>
    <w:p>
      <w:r>
        <w:t>The heart of the giver makes the gift dear and precious.</w:t>
      </w:r>
    </w:p>
    <w:p>
      <w:r>
        <w:t>It is when you give of yourself that you truly give.</w:t>
      </w:r>
    </w:p>
    <w:p>
      <w:r>
        <w:t>May the light of your Christmas candles bring joy &amp; beauty to your heart.</w:t>
      </w:r>
    </w:p>
    <w:p>
      <w:r>
        <w:t>May you have the gladness of Christmas which is hope; The spirit of Christmas which is peace; The heart of Christmas which is love.</w:t>
      </w:r>
    </w:p>
    <w:p>
      <w:r>
        <w:t>No matter what I get for Christmas you're all I really need.</w:t>
      </w:r>
    </w:p>
    <w:p>
      <w:r>
        <w:t>Somehow, not only at Christmas, but all the long year through, The joy you give to others is the joy that comes back to you.</w:t>
      </w:r>
    </w:p>
    <w:p>
      <w:r>
        <w:t>You are my joy, my song, my Christmas...every day of the year</w:t>
      </w:r>
    </w:p>
    <w:p>
      <w:r>
        <w:t>You are the Christmas of my life...every day of my life.</w:t>
      </w:r>
      <w:r>
        <w:br/>
      </w:r>
      <w:r>
        <w:t>A thought for Christmas</w:t>
      </w:r>
      <w:r>
        <w:br/>
      </w:r>
      <w:r>
        <w:t>Do you know what would have happened</w:t>
      </w:r>
      <w:r>
        <w:br/>
      </w:r>
      <w:r>
        <w:t>If it had been Three Wise Women</w:t>
      </w:r>
      <w:r>
        <w:br/>
      </w:r>
      <w:r>
        <w:t>Instead of Three Wise Men?</w:t>
      </w:r>
      <w:r>
        <w:br/>
      </w:r>
      <w:r>
        <w:t>They would have asked directions,</w:t>
      </w:r>
      <w:r>
        <w:br/>
      </w:r>
      <w:r>
        <w:t>Arrived on time,</w:t>
      </w:r>
      <w:r>
        <w:br/>
      </w:r>
      <w:r>
        <w:t>Helped deliver the baby,</w:t>
      </w:r>
      <w:r>
        <w:br/>
      </w:r>
      <w:r>
        <w:t>Cleaned the stable,</w:t>
      </w:r>
      <w:r>
        <w:br/>
      </w:r>
      <w:r>
        <w:t>Made a casserole,</w:t>
      </w:r>
      <w:r>
        <w:br/>
      </w:r>
      <w:r>
        <w:t>Brought practical gifts and</w:t>
      </w:r>
      <w:r>
        <w:br/>
      </w:r>
      <w:r>
        <w:t>There would be Peace On Earth.</w:t>
      </w:r>
      <w:r>
        <w:br/>
      </w:r>
      <w:r>
        <w:t>(Pass this on to the Wise Women in your life)</w:t>
      </w:r>
      <w:r>
        <w:br/>
      </w:r>
      <w:r>
        <w:t>Dear Santa</w:t>
      </w:r>
      <w:r>
        <w:br/>
      </w:r>
      <w:r>
        <w:t>I've been a good mom all year. I've fed, cleaned, and cuddled my two children on demand, visited the doctor's office more than my doctor, sold sixty-two cases of candy bars to raise money to plant a shade tree on the school playground and figured out how to attach nine patches onto my daughter's girl scout sash with staples and a glue gun.</w:t>
      </w:r>
      <w:r>
        <w:br/>
      </w:r>
      <w:r>
        <w:t>I was hoping you could spread my list out over several Christmases, since I had to write this letter with my son's red crayon, on the back of a receipt in the laundry room between cycles, and who knows when I'll find anymore free time in the next 18 years.</w:t>
      </w:r>
      <w:r>
        <w:br/>
      </w:r>
      <w:r>
        <w:t>Here are my Christmas wishes:</w:t>
      </w:r>
      <w:r>
        <w:br/>
      </w:r>
      <w:r>
        <w:t>I'd like a pair of legs that don't ache after a day of chasing kids (in any color, except purple, which I already have) and arms that don't flap in the breeze, but are strong enough to carry a screaming toddler out of the candy aisle in the grocery store. I'd also like a waist, since I lost mine somewhere in the seventh month of my last pregnancy.</w:t>
      </w:r>
      <w:r>
        <w:br/>
      </w:r>
      <w:r>
        <w:t>If you're hauling big ticket items this year I'd like a car with fingerprint resistant windows and a radio that only plays adult music; a television that doesn't broadcast any programs containing talking animals; and a refrigerator with a secret compartment behind the crisper where I can hide to talk on the phone.</w:t>
      </w:r>
      <w:r>
        <w:br/>
      </w:r>
      <w:r>
        <w:t>On the practical side, I could use a talking daughter doll that says, "Yes, Mommy" to boost my parental confidence, along with one potty-trained toddler, two kids who don't fight, and three pairs of jeans that will zip all the way up without the use of power tools. I could also use a recording of Tibetan monks chanting, "Don't eat in the living room" and "Take your hands off your brother," because my voice seems to be just out of my children's hearing range and can only be heard by the dog. And please don't forget the Playdoh Travel Pack, the hottest stocking stuffer this year for mothers of preschoolers. It comes in three fluorescent colors and is guaranteed to crumble on any carpet making the In-laws' house seem just like mine.</w:t>
      </w:r>
      <w:r>
        <w:br/>
      </w:r>
      <w:r>
        <w:t>If it's too late to find any of these products, I'd settle for enough time to brush my teeth and comb my hair in the same morning, or the luxury of eating food warmer than room temperature without it being served in a Styrofoam container.</w:t>
      </w:r>
      <w:r>
        <w:br/>
      </w:r>
      <w:r>
        <w:t>If you don't mind I could also use a few Christmas miracles to brighten the holiday season. Would it be too much trouble to declare ketchup a vegetable? It will clear my conscience immensely. It would be helpful if you could coerce my children to help around the house without demanding payment as if they were the bosses of an organized crime family; or if my toddler didn't look so cute sneaking downstairs to eat contraband ice cream in his pajamas at midnight.</w:t>
      </w:r>
      <w:r>
        <w:br/>
      </w:r>
      <w:r>
        <w:t>Well, Santa, the buzzer on the dryer is ringing and my son saw my feet under the laundry room door. I think he wants his crayon back. Have a safe trip and remember to leave your wet boots by the chimney and come in and dry off by the fire so you don't catch cold. Help yourself to cookies on the table, but don't eat too many or leave crumbs on the carpet.</w:t>
      </w:r>
      <w:r>
        <w:br/>
      </w:r>
      <w:r>
        <w:t>Yours Always, Mom.</w:t>
      </w:r>
      <w:r>
        <w:br/>
      </w:r>
      <w:r>
        <w:t>P.S. One more thing...you can cancel all my requests if you can keep my children young enough to believe in you.</w:t>
      </w:r>
    </w:p>
    <w:p>
      <w:r>
        <w:t>Merry chirstmas</w:t>
      </w:r>
      <w:r>
        <w:br/>
      </w:r>
      <w:r>
        <w:t>o</w:t>
      </w:r>
    </w:p>
    <w:p>
      <w:r>
        <w:t>Christmas photo tips</w:t>
      </w:r>
      <w:r>
        <w:br/>
      </w:r>
      <w:r>
        <w:t>Most of us take a lot of photos at Christmas. There are photos of trimming the tree, hanging up stockings, unwrapping gifts, etc. Here are some ideas for photos that you might not always think of:</w:t>
      </w:r>
      <w:r>
        <w:br/>
      </w:r>
      <w:r>
        <w:t>Selecting the tree</w:t>
      </w:r>
      <w:r>
        <w:br/>
      </w:r>
      <w:r>
        <w:t>Decorating the house</w:t>
      </w:r>
      <w:r>
        <w:br/>
      </w:r>
      <w:r>
        <w:t>Addressing and mailing the cards</w:t>
      </w:r>
      <w:r>
        <w:br/>
      </w:r>
      <w:r>
        <w:t>Outdoor decoration (yours and neighbors)</w:t>
      </w:r>
      <w:r>
        <w:br/>
      </w:r>
      <w:r>
        <w:t>Wrapping gifts</w:t>
      </w:r>
      <w:r>
        <w:br/>
      </w:r>
      <w:r>
        <w:t>Making all the special Christmas goodies</w:t>
      </w:r>
      <w:r>
        <w:br/>
      </w:r>
      <w:r>
        <w:t>The table - before everyone sits down to eat</w:t>
      </w:r>
      <w:r>
        <w:br/>
      </w:r>
      <w:r>
        <w:t>Cookies and milk waiting for Santa</w:t>
      </w:r>
      <w:r>
        <w:br/>
      </w:r>
      <w:r>
        <w:t>Children asleep</w:t>
      </w:r>
      <w:r>
        <w:br/>
      </w:r>
      <w:r>
        <w:t>The living room on Christmas morning - after the gifts are open</w:t>
      </w:r>
      <w:r>
        <w:br/>
      </w:r>
      <w:r>
        <w:t>Guests who visit or attend your holiday parties</w:t>
      </w:r>
      <w:r>
        <w:br/>
      </w:r>
      <w:r>
        <w:t>One good way to get photos you might not usually get would be to give each of the members of the family a disposable camera the day after Thanksgiving. Instruct them to take photos of their favorite things about Christmas or things that make Christmas special to them.</w:t>
      </w:r>
    </w:p>
    <w:p>
      <w:r>
        <w:t>Belated Christmas</w:t>
      </w:r>
      <w:r>
        <w:br/>
      </w:r>
      <w:r>
        <w:t>Last year I didn't start my Christmas cards until the day after Christmas. Most of them were mailed before January. Many of my friends said they really enjoyed the card because it came at a time when they had time to appreciate it.</w:t>
      </w:r>
      <w:r>
        <w:br/>
      </w:r>
      <w:r>
        <w:t>I used blank cream card stock cards from Michael's, and using an embossing pen, write in my own none too stylish handwriting "A Joyful Epiphany", which I then embossed with gold embossing powder.</w:t>
      </w:r>
      <w:r>
        <w:br/>
      </w:r>
      <w:r>
        <w:t>For the inside,</w:t>
      </w:r>
      <w:r>
        <w:br/>
      </w:r>
      <w:r>
        <w:t>I printed this verse on vellum.</w:t>
      </w:r>
      <w:r>
        <w:br/>
      </w:r>
      <w:r>
        <w:t>Hallmark is wonderful!</w:t>
      </w:r>
      <w:r>
        <w:br/>
      </w:r>
      <w:r>
        <w:t>Their greetings are great,</w:t>
      </w:r>
      <w:r>
        <w:br/>
      </w:r>
      <w:r>
        <w:t>But they don't make enough cards</w:t>
      </w:r>
      <w:r>
        <w:br/>
      </w:r>
      <w:r>
        <w:t>For the habitually late.</w:t>
      </w:r>
      <w:r>
        <w:br/>
      </w:r>
      <w:r>
        <w:t>Oh, somewhere I've seen</w:t>
      </w:r>
      <w:r>
        <w:br/>
      </w:r>
      <w:r>
        <w:t>A belated birthday card.</w:t>
      </w:r>
      <w:r>
        <w:br/>
      </w:r>
      <w:r>
        <w:t>But what about Christmas?</w:t>
      </w:r>
      <w:r>
        <w:br/>
      </w:r>
      <w:r>
        <w:t>Is that so hard?</w:t>
      </w:r>
      <w:r>
        <w:br/>
      </w:r>
      <w:r>
        <w:t>There must be folks like me</w:t>
      </w:r>
      <w:r>
        <w:br/>
      </w:r>
      <w:r>
        <w:t>Across this great land</w:t>
      </w:r>
      <w:r>
        <w:br/>
      </w:r>
      <w:r>
        <w:t>Who will thank me</w:t>
      </w:r>
      <w:r>
        <w:br/>
      </w:r>
      <w:r>
        <w:t>For taking this stand.</w:t>
      </w:r>
      <w:r>
        <w:br/>
      </w:r>
      <w:r>
        <w:t>To the following verse,</w:t>
      </w:r>
      <w:r>
        <w:br/>
      </w:r>
      <w:r>
        <w:t>Hallmark, pay attention!</w:t>
      </w:r>
      <w:r>
        <w:br/>
      </w:r>
      <w:r>
        <w:t>It's the first Tardy Card,</w:t>
      </w:r>
      <w:r>
        <w:br/>
      </w:r>
      <w:r>
        <w:t>The Special Christmas Edition. 'Twas the night before Christmas,</w:t>
      </w:r>
      <w:r>
        <w:br/>
      </w:r>
      <w:r>
        <w:t>When Greg heard Janice wail,</w:t>
      </w:r>
      <w:r>
        <w:br/>
      </w:r>
      <w:r>
        <w:t>"Our Christmas cards, dear,</w:t>
      </w:r>
      <w:r>
        <w:br/>
      </w:r>
      <w:r>
        <w:t>I've forgotten to mail."</w:t>
      </w:r>
      <w:r>
        <w:br/>
      </w:r>
      <w:r>
        <w:t>What with family and fun</w:t>
      </w:r>
      <w:r>
        <w:br/>
      </w:r>
      <w:r>
        <w:t>And the Y2K fuss,</w:t>
      </w:r>
      <w:r>
        <w:br/>
      </w:r>
      <w:r>
        <w:t>Guess what, darling?</w:t>
      </w:r>
      <w:r>
        <w:br/>
      </w:r>
      <w:r>
        <w:t>We've just missed the bus.</w:t>
      </w:r>
      <w:r>
        <w:br/>
      </w:r>
      <w:r>
        <w:t>We love you, we do.</w:t>
      </w:r>
      <w:r>
        <w:br/>
      </w:r>
      <w:r>
        <w:t>We're sorry we're late.</w:t>
      </w:r>
      <w:r>
        <w:br/>
      </w:r>
      <w:r>
        <w:t>But, dear friends, you know us,</w:t>
      </w:r>
      <w:r>
        <w:br/>
      </w:r>
      <w:r>
        <w:t>That's our usual fate.</w:t>
      </w:r>
      <w:r>
        <w:br/>
      </w:r>
      <w:r>
        <w:t>What? Christmas isn't over?</w:t>
      </w:r>
      <w:r>
        <w:br/>
      </w:r>
      <w:r>
        <w:t>Yes, Greg, That's right.</w:t>
      </w:r>
      <w:r>
        <w:br/>
      </w:r>
      <w:r>
        <w:t>Epiphany is yet to come,</w:t>
      </w:r>
      <w:r>
        <w:br/>
      </w:r>
      <w:r>
        <w:t>Christmas' twelfth night.</w:t>
      </w:r>
      <w:r>
        <w:br/>
      </w:r>
      <w:r>
        <w:t>Joyful Epiphany, Happy Holidays,</w:t>
      </w:r>
      <w:r>
        <w:br/>
      </w:r>
      <w:r>
        <w:t>And an Uneventful Y2K</w:t>
      </w:r>
    </w:p>
    <w:p>
      <w:r>
        <w:t>Christmas gift exchange</w:t>
      </w:r>
      <w:r>
        <w:br/>
      </w:r>
      <w:r>
        <w:t>For groups of siblings or cousins who live far apart here is a great idea for a gift exchange. Instead of shopping, wrapping, mailing, etc. make scrapbook pages of your family. You won't have to worry about sizes, colors, or whether the gift will be a duplicate. For mailing purposes the 8 x 10 album pages are best (and they will fit in a 12 x 12 album as well). You can do a page of each family member, a do a "year in review". Each person can do a set number of pages or you can each do ever how many you want. You can do the pages over to make as many as you need or you can do one page and have it color copied. Depending on the type of computer and printer people have you might be able to just scan it for some people and send it by email. This is a great way for people to stay in touch with each other's lives no matter how far apart they live. Even if a few family members are not motivated to do this they might still appreciate receiving the pages from others. You might be able to at least get them to send photos and some notes for the others involved to put on pages for themselves.</w:t>
      </w:r>
    </w:p>
    <w:p>
      <w:r>
        <w:t>Twelve days of Christmas</w:t>
      </w:r>
      <w:r>
        <w:br/>
      </w:r>
      <w:r>
        <w:t>Think of someone who has been special to you the past year or someone you know who is in need of cheering up. One each of the twelve days before Christmas leave a gift on their porch. You can ring the bell or knock but be sure to leave before they see who it is. If you want to you can reveal who you are on the last day. Better yet you can just leave them a note to pass the idea on to others by doing it themselves next year. This can be an individual or a group project and the gifts can be simple or silly or meaningful or a mixture of all those things. You can try to find things that go along with the original "Twelve Day's of Christmas poem or just use the numbers.</w:t>
      </w:r>
      <w:r>
        <w:br/>
      </w:r>
      <w:r>
        <w:t>Here are some ideas others have came up with:</w:t>
      </w:r>
      <w:r>
        <w:br/>
      </w:r>
      <w:r>
        <w:t>Day 1: a 15 pound frozen turkey with two pears in a pear box from the grocery store; a basket of pears</w:t>
      </w:r>
      <w:r>
        <w:br/>
      </w:r>
      <w:r>
        <w:t>Day 2: a big box of chocolate turtles; a bag of chocolate turtles and a bar of Dove soap</w:t>
      </w:r>
      <w:r>
        <w:br/>
      </w:r>
      <w:r>
        <w:t>Day 3: an ornament with three hens side by side; a sugar and creamer set with a hen on the lid; chicken soup</w:t>
      </w:r>
      <w:r>
        <w:br/>
      </w:r>
      <w:r>
        <w:t>Day 4: a cedar bird feeder filled with seed; four place mats</w:t>
      </w:r>
      <w:r>
        <w:br/>
      </w:r>
      <w:r>
        <w:t>Day 5: five gold napkin rings; pineapple rings; five Christmas candles</w:t>
      </w:r>
      <w:r>
        <w:br/>
      </w:r>
      <w:r>
        <w:t>Day 6: a half dozen eggs; six-topping pizza</w:t>
      </w:r>
      <w:r>
        <w:br/>
      </w:r>
      <w:r>
        <w:t>Day 7: plate full of 7 Layer Bars</w:t>
      </w:r>
      <w:r>
        <w:br/>
      </w:r>
      <w:r>
        <w:t>Day 8: eight kinds of Christmas candy</w:t>
      </w:r>
      <w:r>
        <w:br/>
      </w:r>
      <w:r>
        <w:t>Day 9: nine Christmas ornaments</w:t>
      </w:r>
      <w:r>
        <w:br/>
      </w:r>
      <w:r>
        <w:t>Day 10: cookie bouquet with 10 cookies</w:t>
      </w:r>
      <w:r>
        <w:br/>
      </w:r>
      <w:r>
        <w:t>Day 11: eleven rice crispy treats piled to look like a present and "tied" with red licorice</w:t>
      </w:r>
      <w:r>
        <w:br/>
      </w:r>
      <w:r>
        <w:t>Day 12: twelve fresh-baked rolls.</w:t>
      </w:r>
    </w:p>
    <w:p>
      <w:r>
        <w:t>ADVENT IDEA</w:t>
      </w:r>
      <w:r>
        <w:br/>
      </w:r>
      <w:r>
        <w:t>This is a compilation of ideas from the Stampin' and Scrappin' board that was started by a post from Jean in TX. Some of the other contributors are: Terri in TX, Susan in Detroit, Denny, country mama, Maribeth on Long Island and late night CMC. There is a related idea in the Thanksgiving file.</w:t>
      </w:r>
      <w:r>
        <w:br/>
      </w:r>
      <w:r>
        <w:t>(This list would be a good start for a blessing book.)</w:t>
      </w:r>
      <w:r>
        <w:br/>
      </w:r>
      <w:r>
        <w:t>Several years ago, Jean was in a Sunday school class that handed out a paper about "getting ready for Christmas". It involved concentrating each day on things we take for granted, and then adding something representative of the thoughts to a box for the needy. Food was part of it, but there were other things.  On about December 20 take the box of things to a food bank, homeless shelter, nursing home, etc. You could gift wrap the items and indicate on a tag what was in them or leave them unwrapped. It wouldn't hurt to add your "list" to the box, if nothing else, maybe a worker at the shelter or soup kitchen will pick it up and share it with someone for next year.</w:t>
      </w:r>
      <w:r>
        <w:br/>
      </w:r>
      <w:r>
        <w:t>Pick one idea for each day that pertains to something in your life - or think up ideas of your own.</w:t>
      </w:r>
      <w:r>
        <w:br/>
      </w:r>
      <w:r>
        <w:t>I can afford the dentist...add a toothbrush and toothpaste to the box</w:t>
      </w:r>
      <w:r>
        <w:br/>
      </w:r>
      <w:r>
        <w:t>I have clean underwear each day...add a pair of new socks</w:t>
      </w:r>
      <w:r>
        <w:br/>
      </w:r>
      <w:r>
        <w:t>I have fruit to eat...add a can of peaches</w:t>
      </w:r>
      <w:r>
        <w:br/>
      </w:r>
      <w:r>
        <w:t>I can afford to be picky; not all children can...add a can of spinach (or whatever you dislike)</w:t>
      </w:r>
      <w:r>
        <w:br/>
      </w:r>
      <w:r>
        <w:t>I have light to read by...add a flashlight with batteries</w:t>
      </w:r>
      <w:r>
        <w:br/>
      </w:r>
      <w:r>
        <w:t>I am blessed with good vision...add a small, framed piece of art or a magazine with pretty pictures</w:t>
      </w:r>
      <w:r>
        <w:br/>
      </w:r>
      <w:r>
        <w:t>I have the gift of being able to hear...add a cassette of Christmas music</w:t>
      </w:r>
      <w:r>
        <w:br/>
      </w:r>
      <w:r>
        <w:t>I can smell...add a pretty pouch of potpourri</w:t>
      </w:r>
      <w:r>
        <w:br/>
      </w:r>
      <w:r>
        <w:t>I can taste...add a small package of holiday candy or chocolate</w:t>
      </w:r>
      <w:r>
        <w:br/>
      </w:r>
      <w:r>
        <w:t>My sense of touch is not impaired...add a soft blanket or plush animal</w:t>
      </w:r>
      <w:r>
        <w:br/>
      </w:r>
      <w:r>
        <w:t>I can read and write...add a book of poems/short stories/inspirations/etc, some pretty writing paper and envelopes, a nice pen</w:t>
      </w:r>
      <w:r>
        <w:br/>
      </w:r>
      <w:r>
        <w:t>I can walk, jump, run, dance...add a pair of cushiony insole inserts</w:t>
      </w:r>
      <w:r>
        <w:br/>
      </w:r>
      <w:r>
        <w:t>I have access to good medical care and insurance to pay for it...add a bottle of Tylenol, bag of cough drops, hot or cold pack, first aid kit, cute print Band-Aids</w:t>
      </w:r>
      <w:r>
        <w:br/>
      </w:r>
      <w:r>
        <w:t>I am fortunate to live in a clean, safe, warm home...add a bottle of dish detergent, some childproof outlet plugs, a smoke/carbon monoxide detector with new batteries</w:t>
      </w:r>
      <w:r>
        <w:br/>
      </w:r>
      <w:r>
        <w:t>I have friends and family who love me...add a necklace with a heart locket or a picture frame</w:t>
      </w:r>
      <w:r>
        <w:br/>
      </w:r>
      <w:r>
        <w:t>I have precious memories of family members who have passed on...add a pretty candle</w:t>
      </w:r>
      <w:r>
        <w:br/>
      </w:r>
      <w:r>
        <w:t>I can say what I want and vote for whom I want...add an American flag</w:t>
      </w:r>
      <w:r>
        <w:br/>
      </w:r>
      <w:r>
        <w:t>I have plans, dreams, goals, and hope for the future...add a pretty calendar for 2000</w:t>
      </w:r>
      <w:r>
        <w:br/>
      </w:r>
      <w:r>
        <w:t>I have friends near and far...box of all occasion cards and a book of stamps</w:t>
      </w:r>
      <w:r>
        <w:br/>
      </w:r>
      <w:r>
        <w:t>I can go to the beauty shop if I want...add a comb or brush.</w:t>
      </w:r>
      <w:r>
        <w:br/>
      </w:r>
      <w:r>
        <w:t>I am fortunate enough to have 2 bathrooms...add a bar of soap.</w:t>
      </w:r>
      <w:r>
        <w:br/>
      </w:r>
      <w:r>
        <w:t>I am lucky not to have to drag my clothes to the Laundromat...add laundry detergent.</w:t>
      </w:r>
      <w:r>
        <w:br/>
      </w:r>
      <w:r>
        <w:t>I don't have to wash diapers in a wringer washer and hang them out to freeze dry...add a box of disposable diapers.</w:t>
      </w:r>
      <w:r>
        <w:br/>
      </w:r>
      <w:r>
        <w:t>I have a nice warm house...add mittens, hats, etc.</w:t>
      </w:r>
      <w:r>
        <w:br/>
      </w:r>
      <w:r>
        <w:t>I have a car in the garage and can go where I want, when I want...add bus tickets.</w:t>
      </w:r>
      <w:r>
        <w:br/>
      </w:r>
      <w:r>
        <w:t>I can go on a date with my husband when I want...add a gift certificate for 2 to the movies and a gift check for a sitter.</w:t>
      </w:r>
      <w:r>
        <w:br/>
      </w:r>
      <w:r>
        <w:t>I have animal friends to love me...add some cat or dog food.</w:t>
      </w:r>
      <w:r>
        <w:br/>
      </w:r>
      <w:r>
        <w:t>I have a beautiful Christmas tree to celebrate Jesus' birth...add some ornaments.</w:t>
      </w:r>
      <w:r>
        <w:br/>
      </w:r>
      <w:r>
        <w:t>I can afford some treats...add a box of cookies or candy.</w:t>
      </w:r>
      <w:r>
        <w:br/>
      </w:r>
      <w:r>
        <w:t>I can feed my baby...add a bottle, nipples, liners, or powdered formula.</w:t>
      </w:r>
      <w:r>
        <w:br/>
      </w:r>
      <w:r>
        <w:t>I don't always eat grape jelly; even if it IS cheap...add your favorite jelly to the box.</w:t>
      </w:r>
      <w:r>
        <w:br/>
      </w:r>
      <w:r>
        <w:t>Jesus was a fisher of men...add some tuna or salmon cans to the box.</w:t>
      </w:r>
      <w:r>
        <w:br/>
      </w:r>
      <w:r>
        <w:t>My child has the advantage of a good school - add pencils, paper, crayons, etc. to the box.</w:t>
      </w:r>
      <w:r>
        <w:br/>
      </w:r>
      <w:r>
        <w:t>My child is blessed with imagination and creativity...add a Barbie doll, Legos, art supplies to the box.</w:t>
      </w:r>
      <w:r>
        <w:br/>
      </w:r>
      <w:r>
        <w:t>I can stay warm through the winter...add a coat or a blanket.</w:t>
      </w:r>
      <w:r>
        <w:br/>
      </w:r>
      <w:r>
        <w:t>I can groom myself well...add nail clippers, deodorant, shampoo, soap etc. (This is not meant as demeaning at all! When I did volunteer work for a women's shelter, they always asked for basic toiletries such as these.)</w:t>
      </w:r>
      <w:r>
        <w:br/>
      </w:r>
      <w:r>
        <w:t>I can take care of my baby...add diapers, formula, diaper rash ointment.</w:t>
      </w:r>
      <w:r>
        <w:br/>
      </w:r>
      <w:r>
        <w:t>I can afford to have fun...add movie tickets, video rental certificates.</w:t>
      </w:r>
      <w:r>
        <w:br/>
      </w:r>
      <w:r>
        <w:t>I can afford to take pictures of people and places that are important to me...add a single-use camera</w:t>
      </w:r>
      <w:r>
        <w:br/>
      </w:r>
      <w:r>
        <w:t>I have $ for food...add gift certificate to supermarket</w:t>
      </w:r>
      <w:r>
        <w:br/>
      </w:r>
      <w:r>
        <w:t>I have $ for clothes...add gift certificate (Nordies or K-Mart or anything in between!)</w:t>
      </w:r>
      <w:r>
        <w:br/>
      </w:r>
      <w:r>
        <w:t>I have a big garden...add a pot, zip baggie of potting soil, and some seeds or bulb (amaryllis, paperwhites?)</w:t>
      </w:r>
      <w:r>
        <w:br/>
      </w:r>
      <w:r>
        <w:t>I am blessed with 2 beautiful children...add a card/painting/drawing done by your kids</w:t>
      </w:r>
      <w:r>
        <w:br/>
      </w:r>
      <w:r>
        <w:t>I have friends I can call when I need someone to talk to... add a prepaid calling card</w:t>
      </w:r>
      <w:r>
        <w:br/>
      </w:r>
      <w:r>
        <w:t>I have a job - this one has me stumped...alarm clock, wristwatch, wallet?</w:t>
      </w:r>
      <w:r>
        <w:br/>
      </w:r>
      <w:r>
        <w:t>My checkbook balanced on the first try...add a pocket calculator and packet of pencils</w:t>
      </w:r>
      <w:r>
        <w:br/>
      </w:r>
      <w:r>
        <w:t>I'm blessed because my kids are healthy...include one of those fever strip thermometers.</w:t>
      </w:r>
      <w:r>
        <w:br/>
      </w:r>
      <w:r>
        <w:t>All hearts come home for Christmas...</w:t>
      </w:r>
      <w:r>
        <w:br/>
      </w:r>
      <w:r>
        <w:t>As we give, We live.</w:t>
      </w:r>
      <w:r>
        <w:br/>
      </w:r>
      <w:r>
        <w:t>Berry Merry Christmas</w:t>
      </w:r>
      <w:r>
        <w:br/>
      </w:r>
      <w:r>
        <w:t>Christmas brings my heart, our hearts...together.</w:t>
      </w:r>
      <w:r>
        <w:br/>
      </w:r>
      <w:r>
        <w:t>Christmas Cheer...Welcome Here</w:t>
      </w:r>
      <w:r>
        <w:br/>
      </w:r>
      <w:r>
        <w:t>Christmas is the only holiday that we sit around looking at a dead tree and eating candy out of our socks...!</w:t>
      </w:r>
      <w:r>
        <w:br/>
      </w:r>
      <w:r>
        <w:t>Country Christmas</w:t>
      </w:r>
      <w:r>
        <w:br/>
      </w:r>
      <w:r>
        <w:t>Evening hush on Christmas dream, Peasants seek the gentle King.</w:t>
      </w:r>
      <w:r>
        <w:br/>
      </w:r>
      <w:r>
        <w:t>For Christmas...Give your Heart.</w:t>
      </w:r>
      <w:r>
        <w:br/>
      </w:r>
      <w:r>
        <w:t>Free the ELVES !!</w:t>
      </w:r>
      <w:r>
        <w:br/>
      </w:r>
      <w:r>
        <w:t>Happy Yule Ya'll !!</w:t>
      </w:r>
      <w:r>
        <w:br/>
      </w:r>
      <w:r>
        <w:t>Homespun Holidays</w:t>
      </w:r>
      <w:r>
        <w:br/>
      </w:r>
      <w:r>
        <w:t>Ho Ho Holiday</w:t>
      </w:r>
      <w:r>
        <w:br/>
      </w:r>
      <w:r>
        <w:t>If "ifs" and "buts" were candy and nuts, we'd all have a Merry Christmas.</w:t>
      </w:r>
      <w:r>
        <w:br/>
      </w:r>
      <w:r>
        <w:t>Jesus -- the reason for the season</w:t>
      </w:r>
      <w:r>
        <w:br/>
      </w:r>
      <w:r>
        <w:t>Season's Tweetings</w:t>
      </w:r>
      <w:r>
        <w:br/>
      </w:r>
      <w:r>
        <w:t>The Christmas spirit is not what you drink..!</w:t>
      </w:r>
      <w:r>
        <w:br/>
      </w:r>
      <w:r>
        <w:t>The greatest gift of Christmas is that the gift has already been.</w:t>
      </w:r>
      <w:r>
        <w:br/>
      </w:r>
      <w:r>
        <w:t>The heart of Christmas is Christ.</w:t>
      </w:r>
      <w:r>
        <w:br/>
      </w:r>
      <w:r>
        <w:t>The sparkle in my child's eye, of wonder and delight...Shines brighter than any Christmas lights, glowing in the night.</w:t>
      </w:r>
      <w:r>
        <w:br/>
      </w:r>
      <w:r>
        <w:t>'Tis the reason for the season</w:t>
      </w:r>
      <w:r>
        <w:br/>
      </w:r>
      <w:r>
        <w:t>This is a very special gift, that you can never see.  The reason it's so special it it's just for YOU from me.  Whenever you are lonely or even feeling blue, you only have to hold this gift and know I think of you.  You never can unwrap it. Please leave the ribbon tied.    Just hold the box close to your heart.  It's filled with LOVE inside.</w:t>
      </w:r>
      <w:r>
        <w:br/>
      </w:r>
      <w:r>
        <w:t>When you stop believing in Santa Claus you get underwear for Christmas.</w:t>
      </w:r>
      <w:r>
        <w:br/>
      </w:r>
      <w:r>
        <w:t>You decorate my heart...</w:t>
      </w:r>
      <w:r>
        <w:br/>
      </w:r>
      <w:r>
        <w:t>You've been naughty, so here's the scoop...All you get is reindeer poop...!!</w:t>
      </w:r>
      <w:r>
        <w:br/>
      </w:r>
      <w:r>
        <w:t>Friends are a wonderful part of Christmas</w:t>
      </w:r>
    </w:p>
    <w:p>
      <w:r>
        <w:t>Joy to the World.</w:t>
      </w:r>
    </w:p>
    <w:p>
      <w:r>
        <w:t>Who needs Santa when I've got Grandma</w:t>
      </w:r>
    </w:p>
    <w:p>
      <w:r>
        <w:t>Who needs Santa when I've got Grandpa</w:t>
      </w:r>
    </w:p>
    <w:p>
      <w:r>
        <w:t>All I want for Christmas is my two front teeth.</w:t>
      </w:r>
    </w:p>
    <w:p>
      <w:r>
        <w:t>Beary Christmas!</w:t>
      </w:r>
    </w:p>
    <w:p>
      <w:r>
        <w:t>Be naughty, save Santa the trip!</w:t>
      </w:r>
    </w:p>
    <w:p>
      <w:r>
        <w:t>Christmas is a "Clause " for Celebration!</w:t>
      </w:r>
    </w:p>
    <w:p>
      <w:r>
        <w:t>Christmas is Giving Gifts of the Heart</w:t>
      </w:r>
    </w:p>
    <w:p>
      <w:r>
        <w:t>December</w:t>
      </w:r>
      <w:r>
        <w:br/>
      </w:r>
      <w:r>
        <w:t>It's hard to think of anything</w:t>
      </w:r>
      <w:r>
        <w:br/>
      </w:r>
      <w:r>
        <w:t>But Christmas in December.</w:t>
      </w:r>
      <w:r>
        <w:br/>
      </w:r>
      <w:r>
        <w:t>There's so much to look forward to</w:t>
      </w:r>
      <w:r>
        <w:br/>
      </w:r>
      <w:r>
        <w:t>And so much to remember.</w:t>
      </w:r>
    </w:p>
    <w:p>
      <w:r>
        <w:t>Christmas Countdown</w:t>
      </w:r>
      <w:r>
        <w:br/>
      </w:r>
      <w:r>
        <w:t>Each evening when goodnights are said,</w:t>
      </w:r>
      <w:r>
        <w:br/>
      </w:r>
      <w:r>
        <w:t>Take off one link and hop into bed.</w:t>
      </w:r>
      <w:r>
        <w:br/>
      </w:r>
      <w:r>
        <w:t>When only the star is left to shine,</w:t>
      </w:r>
      <w:r>
        <w:br/>
      </w:r>
      <w:r>
        <w:t>When you will know it's Christmastime!</w:t>
      </w:r>
    </w:p>
    <w:p>
      <w:r>
        <w:t>Deck the Halls</w:t>
      </w:r>
    </w:p>
    <w:p>
      <w:r>
        <w:t>Frosty the Snowman</w:t>
      </w:r>
    </w:p>
    <w:p>
      <w:r>
        <w:t>Happy Holidays</w:t>
      </w:r>
    </w:p>
    <w:p>
      <w:r>
        <w:t>Happy Holly-days</w:t>
      </w:r>
    </w:p>
    <w:p>
      <w:r>
        <w:t>Hark! The Herald Angels Sing</w:t>
      </w:r>
    </w:p>
    <w:p>
      <w:r>
        <w:t>Have a Holly Jolly Christmas</w:t>
      </w:r>
    </w:p>
    <w:p>
      <w:r>
        <w:t>Have Yourself a Merry Little Christmas</w:t>
      </w:r>
    </w:p>
    <w:p>
      <w:r>
        <w:t>Here Comes Santa Claus</w:t>
      </w:r>
    </w:p>
    <w:p>
      <w:r>
        <w:t>Holiday Memories Shared with Friends</w:t>
      </w:r>
    </w:p>
    <w:p>
      <w:r>
        <w:t>I believe in Santa</w:t>
      </w:r>
    </w:p>
    <w:p>
      <w:r>
        <w:t>I can "bearly" wait until Christmas</w:t>
      </w:r>
    </w:p>
    <w:p>
      <w:r>
        <w:t>I Saw Mommy kissin' Santa Claus</w:t>
      </w:r>
    </w:p>
    <w:p>
      <w:r>
        <w:t>I'm dreaming of a white Christmas</w:t>
      </w:r>
    </w:p>
    <w:p>
      <w:r>
        <w:t>It's the most Wonderful time of the Year</w:t>
      </w:r>
    </w:p>
    <w:p>
      <w:r>
        <w:t>Jesus is the Reason for the Season</w:t>
      </w:r>
    </w:p>
    <w:p>
      <w:r>
        <w:t>Jingle Bells</w:t>
      </w:r>
    </w:p>
    <w:p>
      <w:r>
        <w:t>Jolly Old St. Nicholas</w:t>
      </w:r>
    </w:p>
    <w:p>
      <w:r>
        <w:t>Let it Snow!</w:t>
      </w:r>
    </w:p>
    <w:p>
      <w:r>
        <w:t>Let's Meet under the Mistletoe</w:t>
      </w:r>
    </w:p>
    <w:p>
      <w:r>
        <w:t>Merry Christmas to All, and to all a Good Night!</w:t>
      </w:r>
    </w:p>
    <w:p>
      <w:r>
        <w:t>Merry Kissmas!</w:t>
      </w:r>
    </w:p>
    <w:p>
      <w:r>
        <w:t>Peppermint Stick</w:t>
      </w:r>
      <w:r>
        <w:br/>
      </w:r>
      <w:r>
        <w:t>Oh, I took a lick of my peppermint stick, and I thought it tasted yummy.  It used to be on my Christmas tree, but I like it better in my tummy.</w:t>
      </w:r>
    </w:p>
    <w:p>
      <w:r>
        <w:t>Santa Claus is Coming to Town</w:t>
      </w:r>
    </w:p>
    <w:p>
      <w:r>
        <w:t>"Twas the night before Christmas</w:t>
      </w:r>
    </w:p>
    <w:p>
      <w:r>
        <w:t>The best presents under the Christmas tree, were my Husband and Me. ______&amp; _____ 1st Christmas as man &amp; wife</w:t>
      </w:r>
    </w:p>
    <w:p>
      <w:r>
        <w:t>The Children’s eyes on Christmas night could light the town with sparkling light</w:t>
      </w:r>
    </w:p>
    <w:p>
      <w:r>
        <w:t>Tree-mendous wishes</w:t>
      </w:r>
    </w:p>
    <w:p>
      <w:r>
        <w:t>We have Christmas all wrapped up!</w:t>
      </w:r>
    </w:p>
    <w:p>
      <w:r>
        <w:t>We Wish you a Merry Christmas</w:t>
      </w:r>
    </w:p>
    <w:p>
      <w:r>
        <w:t>Who's That Up on the Roof?</w:t>
      </w:r>
    </w:p>
    <w:p>
      <w:r>
        <w:t>Winter Wonderland</w:t>
      </w:r>
    </w:p>
    <w:p>
      <w:r>
        <w:t>Holiday Happiness</w:t>
      </w:r>
    </w:p>
    <w:p>
      <w:r>
        <w:t>O Christmas Tree</w:t>
      </w:r>
    </w:p>
    <w:p>
      <w:r>
        <w:t>Dear Santa...</w:t>
      </w:r>
    </w:p>
    <w:p>
      <w:r>
        <w:t>Home for the Holidays</w:t>
      </w:r>
    </w:p>
    <w:p>
      <w:r>
        <w:t>'Twas the night before Christmas Ho Ho Ho</w:t>
      </w:r>
    </w:p>
    <w:p>
      <w:r>
        <w:t>Look what Santa brought me!</w:t>
      </w:r>
    </w:p>
    <w:p>
      <w:r>
        <w:t>Baby's 1st Christmas</w:t>
      </w:r>
    </w:p>
    <w:p>
      <w:r>
        <w:t>Look what's under the tree for me!</w:t>
      </w:r>
    </w:p>
    <w:p>
      <w:r>
        <w:t>All hearts come home for Christmas</w:t>
      </w:r>
    </w:p>
    <w:p>
      <w:r>
        <w:t>Holly Jolly Christmas</w:t>
      </w:r>
    </w:p>
    <w:p>
      <w:r>
        <w:t>Meet me under the mistletoe</w:t>
      </w:r>
    </w:p>
    <w:p>
      <w:r>
        <w:t>Waiting for Santa</w:t>
      </w:r>
    </w:p>
    <w:p>
      <w:r>
        <w:t>Glory to God in the highest, and on earth peace, good will towards men. ~ Luke 2:14</w:t>
      </w:r>
    </w:p>
    <w:p>
      <w:r>
        <w:t>Christmas is sharing and caring</w:t>
      </w:r>
    </w:p>
    <w:p>
      <w:r>
        <w:t>There's no place like home for the holidays</w:t>
      </w:r>
    </w:p>
    <w:p>
      <w:r>
        <w:t>White Christmas</w:t>
      </w:r>
    </w:p>
    <w:p>
      <w:r>
        <w:t>Candy Cane Kids</w:t>
      </w:r>
    </w:p>
    <w:p>
      <w:r>
        <w:t>I've been REALLY good!</w:t>
      </w:r>
    </w:p>
    <w:p>
      <w:r>
        <w:t>At Christmas play and make good cheer, For Christmas comes but once a year.  ~ Thomas Tusser</w:t>
      </w:r>
      <w:r>
        <w:br/>
      </w:r>
      <w:r>
        <w:t>Be Naughty - Save Santa a Trip!</w:t>
      </w:r>
    </w:p>
    <w:p>
      <w:r>
        <w:t>He knows if you've been bad or good...Hope your Christmas is merry anyway.</w:t>
      </w:r>
    </w:p>
    <w:p>
      <w:r>
        <w:t>Child to mother on Christmas Eve:  "Can we eat breakfast tonight so it won't get in the way tomorrow morning?"</w:t>
      </w:r>
      <w:r>
        <w:br/>
      </w:r>
      <w:r>
        <w:t>Man: "You've got post-holiday depression, don't you? You miss the special frivolity that only happens during the holiday season."</w:t>
      </w:r>
      <w:r>
        <w:br/>
      </w:r>
      <w:r>
        <w:t>Woman: "No, I miss the special desserts that only happen during the holiday season.</w:t>
      </w:r>
    </w:p>
    <w:p>
      <w:r>
        <w:t>One year I helped my daughter make her Christmas cards. The front had a picture of her three children and said "I like to give homemade gifts for Christmas...". Inside it said "which one of the kids would you like?"</w:t>
      </w:r>
    </w:p>
    <w:p>
      <w:r>
        <w:t>Why do you have to leave the cookies and milk out for Santa?  Because he's a man and can't get them himself...</w:t>
      </w:r>
    </w:p>
    <w:p>
      <w:r>
        <w:t>Woman at department store exchange counter:  "This is a Christmas gift from my husband. Do I have to wait until Christmas to exchange it?"</w:t>
      </w:r>
    </w:p>
    <w:p>
      <w:r>
        <w:t>Dear friend, Your name is on my Christmas card list, and as I wrote you name and address on the envelope, an odd, puzzling feeling of wonder washed over me, and I wondered ...who are you?</w:t>
      </w:r>
    </w:p>
    <w:p>
      <w:r>
        <w:t>The 4 stages of man</w:t>
      </w:r>
      <w:r>
        <w:br/>
      </w:r>
      <w:r>
        <w:t>He believes in Santa Claus</w:t>
      </w:r>
      <w:r>
        <w:br/>
      </w:r>
      <w:r>
        <w:t>He doesn't believe in Santa Claus</w:t>
      </w:r>
      <w:r>
        <w:br/>
      </w:r>
      <w:r>
        <w:t>He is Santa Claus</w:t>
      </w:r>
      <w:r>
        <w:br/>
      </w:r>
      <w:r>
        <w:t>He looks like Santa Claus</w:t>
      </w:r>
    </w:p>
    <w:p>
      <w:r>
        <w:t>The funniest place</w:t>
      </w:r>
      <w:r>
        <w:br/>
      </w:r>
      <w:r>
        <w:t>The funniest face</w:t>
      </w:r>
      <w:r>
        <w:br/>
      </w:r>
      <w:r>
        <w:t>Looked out at me</w:t>
      </w:r>
      <w:r>
        <w:br/>
      </w:r>
      <w:r>
        <w:t>From a silver ball</w:t>
      </w:r>
      <w:r>
        <w:br/>
      </w:r>
      <w:r>
        <w:t>On the Christmas tree!</w:t>
      </w:r>
      <w:r>
        <w:br/>
      </w:r>
      <w:r>
        <w:t>At first I thought</w:t>
      </w:r>
      <w:r>
        <w:br/>
      </w:r>
      <w:r>
        <w:t>It was Santa's elf,</w:t>
      </w:r>
      <w:r>
        <w:br/>
      </w:r>
      <w:r>
        <w:t>But I looked again and</w:t>
      </w:r>
      <w:r>
        <w:br/>
      </w:r>
      <w:r>
        <w:t>It was just myself!</w:t>
      </w:r>
    </w:p>
    <w:p>
      <w:r>
        <w:t>Twelve days after Christmas</w:t>
      </w:r>
      <w:r>
        <w:br/>
      </w:r>
      <w:r>
        <w:t>The first day after Christmas,</w:t>
      </w:r>
      <w:r>
        <w:br/>
      </w:r>
      <w:r>
        <w:t>My true love and I had a fight,</w:t>
      </w:r>
      <w:r>
        <w:br/>
      </w:r>
      <w:r>
        <w:t>And so I chopped the pear tree down</w:t>
      </w:r>
      <w:r>
        <w:br/>
      </w:r>
      <w:r>
        <w:t>and burned it just for spite.</w:t>
      </w:r>
      <w:r>
        <w:br/>
      </w:r>
      <w:r>
        <w:t>Then with a single cartridge,</w:t>
      </w:r>
      <w:r>
        <w:br/>
      </w:r>
      <w:r>
        <w:t>I shot that blasted partridge,</w:t>
      </w:r>
      <w:r>
        <w:br/>
      </w:r>
      <w:r>
        <w:t>My true love gave to me.</w:t>
      </w:r>
      <w:r>
        <w:br/>
      </w:r>
      <w:r>
        <w:t>The second day after Christmas,</w:t>
      </w:r>
      <w:r>
        <w:br/>
      </w:r>
      <w:r>
        <w:t>I pulled on the old rubber gloves,</w:t>
      </w:r>
      <w:r>
        <w:br/>
      </w:r>
      <w:r>
        <w:t>and very gently wrung the necks</w:t>
      </w:r>
      <w:r>
        <w:br/>
      </w:r>
      <w:r>
        <w:t>of both the turtledoves,</w:t>
      </w:r>
      <w:r>
        <w:br/>
      </w:r>
      <w:r>
        <w:t>My true love gave to me.</w:t>
      </w:r>
      <w:r>
        <w:br/>
      </w:r>
      <w:r>
        <w:t>The third day after Christmas,</w:t>
      </w:r>
      <w:r>
        <w:br/>
      </w:r>
      <w:r>
        <w:t>My mother caught the croup;</w:t>
      </w:r>
      <w:r>
        <w:br/>
      </w:r>
      <w:r>
        <w:t>I had to use the three French hens</w:t>
      </w:r>
      <w:r>
        <w:br/>
      </w:r>
      <w:r>
        <w:t>to make some chicken soup.</w:t>
      </w:r>
      <w:r>
        <w:br/>
      </w:r>
      <w:r>
        <w:t>The four calling birds were a big mistake</w:t>
      </w:r>
      <w:r>
        <w:br/>
      </w:r>
      <w:r>
        <w:t>for their language was obscene.</w:t>
      </w:r>
      <w:r>
        <w:br/>
      </w:r>
      <w:r>
        <w:t>The five golden rings were completely fake</w:t>
      </w:r>
      <w:r>
        <w:br/>
      </w:r>
      <w:r>
        <w:t>and they turned my fingers green. The sixth day after Christmas,</w:t>
      </w:r>
      <w:r>
        <w:br/>
      </w:r>
      <w:r>
        <w:t>the six laying hens wouldn't lay,</w:t>
      </w:r>
      <w:r>
        <w:br/>
      </w:r>
      <w:r>
        <w:t>so I gave the whole darn gaggle</w:t>
      </w:r>
      <w:r>
        <w:br/>
      </w:r>
      <w:r>
        <w:t>to the A.S.P.C.A.</w:t>
      </w:r>
      <w:r>
        <w:br/>
      </w:r>
      <w:r>
        <w:t>On the seventh day, what a mess I found,</w:t>
      </w:r>
      <w:r>
        <w:br/>
      </w:r>
      <w:r>
        <w:t>All seven to the swimming swans</w:t>
      </w:r>
      <w:r>
        <w:br/>
      </w:r>
      <w:r>
        <w:t>had drowned.</w:t>
      </w:r>
      <w:r>
        <w:br/>
      </w:r>
      <w:r>
        <w:t>My true love gave to me.</w:t>
      </w:r>
      <w:r>
        <w:br/>
      </w:r>
      <w:r>
        <w:t>The eighth day after Christmas</w:t>
      </w:r>
      <w:r>
        <w:br/>
      </w:r>
      <w:r>
        <w:t>before they could suspect,</w:t>
      </w:r>
      <w:r>
        <w:br/>
      </w:r>
      <w:r>
        <w:t>I bundled up the eight maids a-milking,</w:t>
      </w:r>
      <w:r>
        <w:br/>
      </w:r>
      <w:r>
        <w:t>nine pipers piping, eleven lords a-leaping,</w:t>
      </w:r>
      <w:r>
        <w:br/>
      </w:r>
      <w:r>
        <w:t>and twelve drummers drumming</w:t>
      </w:r>
      <w:r>
        <w:br/>
      </w:r>
      <w:r>
        <w:t>(Well actually I kept one of the drummers)</w:t>
      </w:r>
      <w:r>
        <w:br/>
      </w:r>
      <w:r>
        <w:t>and sent them back collect.</w:t>
      </w:r>
      <w:r>
        <w:br/>
      </w:r>
      <w:r>
        <w:t>I wrote my true love,</w:t>
      </w:r>
      <w:r>
        <w:br/>
      </w:r>
      <w:r>
        <w:t>"We are through, Love."</w:t>
      </w:r>
      <w:r>
        <w:br/>
      </w:r>
      <w:r>
        <w:t>And I said in so many words,</w:t>
      </w:r>
      <w:r>
        <w:br/>
      </w:r>
      <w:r>
        <w:t>"Furthermore, your Christmas gifts</w:t>
      </w:r>
      <w:r>
        <w:br/>
      </w:r>
      <w:r>
        <w:t>were for the birds."</w:t>
      </w:r>
    </w:p>
    <w:p>
      <w:r>
        <w:t>Twelve days of Christmas at school</w:t>
      </w:r>
    </w:p>
    <w:p>
      <w:r>
        <w:t>Student:</w:t>
      </w:r>
      <w:r>
        <w:br/>
      </w:r>
      <w:r>
        <w:t>On the twelve days of Christmas</w:t>
      </w:r>
      <w:r>
        <w:br/>
      </w:r>
      <w:r>
        <w:t>my teacher gave to me:</w:t>
      </w:r>
      <w:r>
        <w:br/>
      </w:r>
      <w:r>
        <w:t>Twelve new problems</w:t>
      </w:r>
      <w:r>
        <w:br/>
      </w:r>
      <w:r>
        <w:t>Eleven definitions</w:t>
      </w:r>
      <w:r>
        <w:br/>
      </w:r>
      <w:r>
        <w:t>Ten spelling tests</w:t>
      </w:r>
      <w:r>
        <w:br/>
      </w:r>
      <w:r>
        <w:t>Nine points off citizenship</w:t>
      </w:r>
      <w:r>
        <w:br/>
      </w:r>
      <w:r>
        <w:t>Eight words of warning</w:t>
      </w:r>
      <w:r>
        <w:br/>
      </w:r>
      <w:r>
        <w:t>Seven pages of reading</w:t>
      </w:r>
      <w:r>
        <w:br/>
      </w:r>
      <w:r>
        <w:t>Six weeks of failing</w:t>
      </w:r>
      <w:r>
        <w:br/>
      </w:r>
      <w:r>
        <w:t>Five golden "D's"</w:t>
      </w:r>
      <w:r>
        <w:br/>
      </w:r>
      <w:r>
        <w:t>Four pink slips</w:t>
      </w:r>
      <w:r>
        <w:br/>
      </w:r>
      <w:r>
        <w:t>Three hot lunches</w:t>
      </w:r>
      <w:r>
        <w:br/>
      </w:r>
      <w:r>
        <w:t>Two bathroom passes</w:t>
      </w:r>
      <w:r>
        <w:br/>
      </w:r>
      <w:r>
        <w:t>And a "C" in American History Teacher:</w:t>
      </w:r>
      <w:r>
        <w:br/>
      </w:r>
      <w:r>
        <w:t>On the twelve days of Christmas</w:t>
      </w:r>
      <w:r>
        <w:br/>
      </w:r>
      <w:r>
        <w:t>my students gave to me:</w:t>
      </w:r>
      <w:r>
        <w:br/>
      </w:r>
      <w:r>
        <w:t>Twelve gray hairs</w:t>
      </w:r>
      <w:r>
        <w:br/>
      </w:r>
      <w:r>
        <w:t>Eleven sassy words</w:t>
      </w:r>
      <w:r>
        <w:br/>
      </w:r>
      <w:r>
        <w:t>Ten wrong answers</w:t>
      </w:r>
      <w:r>
        <w:br/>
      </w:r>
      <w:r>
        <w:t>Nine happy moments</w:t>
      </w:r>
      <w:r>
        <w:br/>
      </w:r>
      <w:r>
        <w:t>Eight poor excuses</w:t>
      </w:r>
      <w:r>
        <w:br/>
      </w:r>
      <w:r>
        <w:t>Seven silly sentences</w:t>
      </w:r>
      <w:r>
        <w:br/>
      </w:r>
      <w:r>
        <w:t>Six stunning headaches</w:t>
      </w:r>
      <w:r>
        <w:br/>
      </w:r>
      <w:r>
        <w:t>Five royal pains</w:t>
      </w:r>
      <w:r>
        <w:br/>
      </w:r>
      <w:r>
        <w:t>Four erasers flying</w:t>
      </w:r>
      <w:r>
        <w:br/>
      </w:r>
      <w:r>
        <w:t>Three borrowed pencils</w:t>
      </w:r>
      <w:r>
        <w:br/>
      </w:r>
      <w:r>
        <w:t>Two sloppy papers</w:t>
      </w:r>
      <w:r>
        <w:br/>
      </w:r>
      <w:r>
        <w:t>And a smile in American History</w:t>
      </w:r>
    </w:p>
    <w:p>
      <w:r>
        <w:t>Twelve days of Christmas – new policy</w:t>
      </w:r>
      <w:r>
        <w:br/>
      </w:r>
      <w:r>
        <w:t>Effective immediately, the following economizing measures are being implemented in the "Twelve Days of Christmas" subsidiary:</w:t>
      </w:r>
      <w:r>
        <w:br/>
      </w:r>
      <w:r>
        <w:t>1. The partridge will be retained, but the pear tree, which never produced the cash crop forecasted, will be replaced by a plastic hanging plant, providing considerable savings in maintenance;</w:t>
      </w:r>
      <w:r>
        <w:br/>
      </w:r>
      <w:r>
        <w:t>2. Two turtle doves represent a redundancy that is simply not cost effective. In addition, their romance during working hours could not be condoned. The positions are, therefore, eliminated;</w:t>
      </w:r>
      <w:r>
        <w:br/>
      </w:r>
      <w:r>
        <w:t>3. The three French hens will remain intact. After all, everyone loves the French;</w:t>
      </w:r>
      <w:r>
        <w:br/>
      </w:r>
      <w:r>
        <w:t>4. The four calling birds will be replaced by an automated voice mail system, with a call waiting option. An analysis is underway to determine who the birds have been calling, how often and how long they talked;</w:t>
      </w:r>
      <w:r>
        <w:br/>
      </w:r>
      <w:r>
        <w:t>5. The five golden rings have been put on hold by the Board of Directors. Maintaining a portfolio based on one commodity could have negative implications for institutional investors. Diversification into other precious metals, as well as a mix of T-Bills and high technology stocks, appear to be in order;</w:t>
      </w:r>
      <w:r>
        <w:br/>
      </w:r>
      <w:r>
        <w:t>6. The six geese-a-laying constitutes a luxury which can no longer be afforded. It has long been felt that the production rate of one egg per goose per day was an example of the general decline in productivity. Three geese will be let go, and an upgrading in the selection procedure by personnel will assure management that, from now on, every goose it gets will be a good one;</w:t>
      </w:r>
      <w:r>
        <w:br/>
      </w:r>
      <w:r>
        <w:t>7. The seven swans-a-swimming is obviously a number chosen in better times. The function is primarily decorative. Mechanical swans are on order. The current swans will be retrained to learn some new strokes, thereby enhancing their outplacement;</w:t>
      </w:r>
      <w:r>
        <w:br/>
      </w:r>
      <w:r>
        <w:t>8. As you know, the eight maids-a-milking concept has been under heavy scrutiny by the EEOC. A male/female balance in the workforce is being sought. The more militant maids consider this a dead-end job with no upward mobility. Automation of the process may permit the maids to try a-mending, a-mentoring or a-mulching;</w:t>
      </w:r>
      <w:r>
        <w:br/>
      </w:r>
      <w:r>
        <w:t>9. Nine ladies dancing has always been an odd number. This function will be phased out as these individuals grow older and can no longer do the steps;</w:t>
      </w:r>
      <w:r>
        <w:br/>
      </w:r>
      <w:r>
        <w:t>10. Ten Lords-a-leaping is overkill. The high cost of Lords, plus the expense of international air travel, prompted the Compensation Committee to suggest replacing this group with ten out-of-work congressmen. While leaping ability may be somewhat sacrificed, the savings are significant as we expect an oversupply of unemployed congressmen this year;</w:t>
      </w:r>
      <w:r>
        <w:br/>
      </w:r>
      <w:r>
        <w:t>11. Eleven pipers piping and twelve drummers drumming is a simple case of the band getting too big. A substitution with a string quartet, a cutback on new music, and no uniforms, will produce savings, which will drop right to the bottom line;</w:t>
      </w:r>
      <w:r>
        <w:br/>
      </w:r>
      <w:r>
        <w:t>Overall we can expect a substantial reduction in assorted people, fowl, animals and related expenses. Though incomplete, studies indicate that stretching deliveries over twelve days is inefficient. If we can drop ship in one day, service levels will be improved.</w:t>
      </w:r>
      <w:r>
        <w:br/>
      </w:r>
      <w:r>
        <w:t>Regarding the lawsuit filed by the attorney's association seeking expansion to include the legal profession ("thirteen lawyers-a-suing"), a decision is pending.</w:t>
      </w:r>
      <w:r>
        <w:br/>
      </w:r>
      <w:r>
        <w:t>Deeper cuts may be necessary in the future to remain competitive. Should that happen, the Board will request management to scrutinize the Snow White Division to see if seven dwarfs is the right number.</w:t>
      </w:r>
    </w:p>
    <w:p>
      <w:r>
        <w:t>Twelve days of Christmas – polically correct</w:t>
      </w:r>
      <w:r>
        <w:br/>
      </w:r>
      <w:r>
        <w:t>On the 12th day of the Eurocentrically imposed midwinter festival, my Significant Other in a consenting adult, monogamous relationship gave to me:</w:t>
      </w:r>
      <w:r>
        <w:br/>
      </w:r>
      <w:r>
        <w:t>TWELVE males reclaiming their inner warrior through ritual drumming,</w:t>
      </w:r>
      <w:r>
        <w:br/>
      </w:r>
      <w:r>
        <w:t>ELEVEN pipers piping (plus the 18-member pit orchestra made up of members in good standing of the Musicians Equity Union as called for in their union contract even though they will not be asked to play a note),</w:t>
      </w:r>
      <w:r>
        <w:br/>
      </w:r>
      <w:r>
        <w:t>TEN melanin deprived testosterone-poisoned scions of the patriarchal ruling class system leaping,</w:t>
      </w:r>
      <w:r>
        <w:br/>
      </w:r>
      <w:r>
        <w:t>NINE persons engaged in rhythmic self-expression,</w:t>
      </w:r>
      <w:r>
        <w:br/>
      </w:r>
      <w:r>
        <w:t>EIGHT economically disadvantaged female persons stealing milk-products from enslaved Bovine-Americans,</w:t>
      </w:r>
      <w:r>
        <w:br/>
      </w:r>
      <w:r>
        <w:t>SEVEN endangered swans swimming on federally protected wetlands,</w:t>
      </w:r>
      <w:r>
        <w:br/>
      </w:r>
      <w:r>
        <w:t>SIX enslaved Fowl-Americans producing stolen non-human animal products,</w:t>
      </w:r>
      <w:r>
        <w:br/>
      </w:r>
      <w:r>
        <w:t>FIVE golden symbols of culturally sanctioned enforced domestic incarceration,</w:t>
      </w:r>
      <w:r>
        <w:br/>
      </w:r>
      <w:r>
        <w:t>(NOTE: after members of the Animal Liberation Front threatened to throw red paint at my computer, the calling birds, French hens and partridge have been reintroduced to their native habitat. To avoid further Animal-American enslavement, the remaining gift package has been revised.)</w:t>
      </w:r>
      <w:r>
        <w:br/>
      </w:r>
      <w:r>
        <w:t>FOUR hours of recorded whale songs</w:t>
      </w:r>
      <w:r>
        <w:br/>
      </w:r>
      <w:r>
        <w:t>THREE deconstructionist poets</w:t>
      </w:r>
      <w:r>
        <w:br/>
      </w:r>
      <w:r>
        <w:t>TWO Sierra Club calendars printed on recycled processed tree carcasses and...</w:t>
      </w:r>
      <w:r>
        <w:br/>
      </w:r>
      <w:r>
        <w:t>ONE Spotted Owl activist chained to an old-growth pear tree.</w:t>
      </w:r>
      <w:r>
        <w:br/>
      </w:r>
      <w:r>
        <w:t>Merry Christmas. Happy Chanukah. Good Kwanzaa. Blessed Yule. Oh, heck! Happy Holidays! (unless otherwise prohibited by law)*</w:t>
      </w:r>
      <w:r>
        <w:br/>
      </w:r>
      <w:r>
        <w:t>*Unless, of course, you are suffering from Seasonally Affected Disorder (SAD). If this be the case, please substitute this gratuitous call for celebration with suggestion that you have a thoroughly adequate day.</w:t>
      </w:r>
    </w:p>
    <w:p>
      <w:r>
        <w:t>Is Santa a woman</w:t>
      </w:r>
      <w:r>
        <w:br/>
      </w:r>
      <w:r>
        <w:t>I think Santa Claus is a woman...</w:t>
      </w:r>
      <w:r>
        <w:br/>
      </w:r>
      <w:r>
        <w:t>I hate to be the one to defy sacred myth, but I believe he's a she.</w:t>
      </w:r>
      <w:r>
        <w:br/>
      </w:r>
      <w:r>
        <w:t>Think about it. Christmas is a big, organized, warm, fuzzy, nurturing social deal, and I have a tough time believing a guy could possibly pull it all off!</w:t>
      </w:r>
      <w:r>
        <w:br/>
      </w:r>
      <w:r>
        <w:t>For starters, the vast majority of men don't even think about selecting gifts until Christmas Eve. Once at the mall, they always seem surprised to find only Ronco products, socket wrench sets, and mood rings left on the shelves. On this count alone, I'm convinced Santa is a woman.</w:t>
      </w:r>
      <w:r>
        <w:br/>
      </w:r>
      <w:r>
        <w:t>Surely, if he were a man, everyone in the universe would wake up Christmas morning to find a rotating musical Chia Pet under the tree, still in the bag.</w:t>
      </w:r>
      <w:r>
        <w:br/>
      </w:r>
      <w:r>
        <w:t>Another problem for a he-Santa would be getting there. First of all, there would be no reindeer because they would all be dead, gutted and strapped on to the rear bumper of the sleigh amid wide-eyed, desperate</w:t>
      </w:r>
      <w:r>
        <w:br/>
      </w:r>
      <w:r>
        <w:t>claims that buck season had been extended. Blitzen's rack would already be on the way to the taxidermist. Even if the male Santa DID have reindeer, he'd still have transportation problems because he would inevitably get lost up there in the snow and clouds and then refuse to stop and ask for directions.</w:t>
      </w:r>
      <w:r>
        <w:br/>
      </w:r>
      <w:r>
        <w:t>Other reasons why Santa can't possibly be a man:</w:t>
      </w:r>
      <w:r>
        <w:br/>
      </w:r>
      <w:r>
        <w:t>Men can't pack a bag.</w:t>
      </w:r>
      <w:r>
        <w:br/>
      </w:r>
      <w:r>
        <w:t>Men would rather be dead than caught wearing red velvet.</w:t>
      </w:r>
      <w:r>
        <w:br/>
      </w:r>
      <w:r>
        <w:t>Men would feel their masculinity is threatened....having to be seen with all those elves.</w:t>
      </w:r>
      <w:r>
        <w:br/>
      </w:r>
      <w:r>
        <w:t>Men don't answer their mail.</w:t>
      </w:r>
      <w:r>
        <w:br/>
      </w:r>
      <w:r>
        <w:t>Men would refuse to allow their physique to be described even in jest as anything remotely resembling a "bowlful of jelly."</w:t>
      </w:r>
      <w:r>
        <w:br/>
      </w:r>
      <w:r>
        <w:t>Men aren't interested in stockings unless somebody's wearing them.</w:t>
      </w:r>
      <w:r>
        <w:br/>
      </w:r>
      <w:r>
        <w:t>Having to do the Ho Ho Ho thing would seriously inhibit their ability to pick up women.</w:t>
      </w:r>
      <w:r>
        <w:br/>
      </w:r>
      <w:r>
        <w:t>Finally, being responsible for Christmas would require a commitment.</w:t>
      </w:r>
      <w:r>
        <w:br/>
      </w:r>
      <w:r>
        <w:t>I can buy the fact that other mythical holiday characters are men - Father Time shows up once a year unshaven and looking ominous. Definite guy.</w:t>
      </w:r>
      <w:r>
        <w:br/>
      </w:r>
      <w:r>
        <w:t>Cupid flies around carrying weapons.</w:t>
      </w:r>
      <w:r>
        <w:br/>
      </w:r>
      <w:r>
        <w:t>Uncle Sam is a politician who likes to point fingers.</w:t>
      </w:r>
      <w:r>
        <w:br/>
      </w:r>
      <w:r>
        <w:t>Any one of these individuals could pass the testosterone-screening test.</w:t>
      </w:r>
      <w:r>
        <w:br/>
      </w:r>
      <w:r>
        <w:t>But not Santa. Not a chance.</w:t>
      </w:r>
    </w:p>
    <w:p>
      <w:r>
        <w:t>Twisted greeting cards</w:t>
      </w:r>
    </w:p>
    <w:p>
      <w:r>
        <w:t>I must express my gratitude</w:t>
      </w:r>
      <w:r>
        <w:br/>
      </w:r>
      <w:r>
        <w:t>for such a lovely gift.</w:t>
      </w:r>
      <w:r>
        <w:br/>
      </w:r>
      <w:r>
        <w:t>Your thoughtfulness and taste is matched</w:t>
      </w:r>
      <w:r>
        <w:br/>
      </w:r>
      <w:r>
        <w:t>only by your thrift.</w:t>
      </w:r>
      <w:r>
        <w:br/>
      </w:r>
      <w:r>
        <w:t>It's clear that you spared all expense,</w:t>
      </w:r>
      <w:r>
        <w:br/>
      </w:r>
      <w:r>
        <w:t>if you catch my drift.</w:t>
      </w:r>
      <w:r>
        <w:br/>
      </w:r>
      <w:r>
        <w:t>Remove the anti-theft device</w:t>
      </w:r>
      <w:r>
        <w:br/>
      </w:r>
      <w:r>
        <w:t>when you again shoplift.</w:t>
      </w:r>
      <w:r>
        <w:br/>
      </w:r>
      <w:r>
        <w:t>It's Christmas time, and once again,</w:t>
      </w:r>
      <w:r>
        <w:br/>
      </w:r>
      <w:r>
        <w:t>the family's gathered 'round.</w:t>
      </w:r>
      <w:r>
        <w:br/>
      </w:r>
      <w:r>
        <w:t>Uncles, aunts, and cousins come</w:t>
      </w:r>
      <w:r>
        <w:br/>
      </w:r>
      <w:r>
        <w:t>to raise a joyful sound.</w:t>
      </w:r>
      <w:r>
        <w:br/>
      </w:r>
      <w:r>
        <w:t>All that is, except for you,</w:t>
      </w:r>
      <w:r>
        <w:br/>
      </w:r>
      <w:r>
        <w:t>whom we can only send this mail.</w:t>
      </w:r>
      <w:r>
        <w:br/>
      </w:r>
      <w:r>
        <w:t>But we'll save your gifts for fifty years</w:t>
      </w:r>
      <w:r>
        <w:br/>
      </w:r>
      <w:r>
        <w:t>till you get out of jail.</w:t>
      </w:r>
      <w:r>
        <w:br/>
      </w:r>
      <w:r>
        <w:t>This Christmas time I give to you</w:t>
      </w:r>
      <w:r>
        <w:br/>
      </w:r>
      <w:r>
        <w:t>a book that isn't mine.</w:t>
      </w:r>
      <w:r>
        <w:br/>
      </w:r>
      <w:r>
        <w:t>So give it back before it's due</w:t>
      </w:r>
      <w:r>
        <w:br/>
      </w:r>
      <w:r>
        <w:t>or I'll have to pay a fine.</w:t>
      </w:r>
    </w:p>
    <w:p>
      <w:r>
        <w:t>Santa Claus, like all pilots, gets regular visits from the Federal Aviation Administration, and the FAA examiner arrived last week for the pre-Christmas flight check. In preparation, Santa had the elves wash the sled and bathe all the reindeer. Santa got his logbook out and made sure all his paperwork was in order. He knew they would examine all his equipment and truly put Santa's flying skills to the test. The examiner walked slowly around the sled. He checked the reindeer harnesses, the landing gear, and even Rudolph's nose. He painstakingly reviewed Santa's weight and balance calculations for sled's enormous payload. Finally, they were ready for the check ride. Santa got in and fastened his seat belt and shoulder harness and checked the compass. Then the examiner hopped in carrying, to Santa's surprise, a shotgun.  "What's that for?!?" asked Santa incredulously.  The examiner winked and said, "I'm not supposed to tell you this ahead of time," as he leaned over to whisper in Santa's ear, "but you're gonna lose an engine on takeoff."</w:t>
      </w:r>
    </w:p>
    <w:p>
      <w:pPr>
        <w:pStyle w:val="Heading2"/>
      </w:pPr>
      <w:r>
        <w:t>Easter</w:t>
      </w:r>
    </w:p>
    <w:p>
      <w:r>
        <w:t>Egg Hunt</w:t>
      </w:r>
    </w:p>
    <w:p>
      <w:r>
        <w:t>Eggstravaganza</w:t>
      </w:r>
    </w:p>
    <w:p>
      <w:r>
        <w:t>Every Bunny Loves Easter Coloring Eggs</w:t>
      </w:r>
    </w:p>
    <w:p>
      <w:r>
        <w:t>Bunnies:  Bunnies are brown, Bunnies are white, Bunnies are always, An Easter delight.</w:t>
      </w:r>
    </w:p>
    <w:p>
      <w:r>
        <w:t>Baskets and Bunnies</w:t>
      </w:r>
    </w:p>
    <w:p>
      <w:r>
        <w:t>Halleluiah, He Is Risen</w:t>
      </w:r>
    </w:p>
    <w:p>
      <w:r>
        <w:t>Jesus Christ is Risen Today</w:t>
      </w:r>
    </w:p>
    <w:p>
      <w:r>
        <w:t>24 carrot kid</w:t>
      </w:r>
    </w:p>
    <w:p>
      <w:r>
        <w:t>"A hunting we will go..."</w:t>
      </w:r>
    </w:p>
    <w:p>
      <w:r>
        <w:t>A Tiskit a Taskit, I found my Easter Basket!</w:t>
      </w:r>
    </w:p>
    <w:p>
      <w:r>
        <w:t>Be an eggs-pert</w:t>
      </w:r>
    </w:p>
    <w:p>
      <w:r>
        <w:t>Eggs-tra Special</w:t>
      </w:r>
    </w:p>
    <w:p>
      <w:r>
        <w:t>Funny Bunny</w:t>
      </w:r>
    </w:p>
    <w:p>
      <w:r>
        <w:t>Here comes Peter Cottontail</w:t>
      </w:r>
    </w:p>
    <w:p>
      <w:r>
        <w:t>Hoppy Easter</w:t>
      </w:r>
    </w:p>
    <w:p>
      <w:r>
        <w:t>Hippity Hoppity Hooray</w:t>
      </w:r>
    </w:p>
    <w:p>
      <w:r>
        <w:t>One Cute Easter Chick</w:t>
      </w:r>
    </w:p>
    <w:p>
      <w:pPr>
        <w:pStyle w:val="Heading2"/>
      </w:pPr>
      <w:r>
        <w:t>Fathers Day</w:t>
      </w:r>
    </w:p>
    <w:p>
      <w:r>
        <w:t>A father is neither an anchor to hold us back Nor a sail to take us there But a guiding light whose love show us the way.</w:t>
      </w:r>
      <w:r>
        <w:br/>
      </w:r>
      <w:r>
        <w:t>A dad is a person that is there. A dad is a person that cares. A dad is a person that is needed. A dad is a person that shares. Love your dad...for he may never be forgotten and may never truly be there.</w:t>
      </w:r>
      <w:r>
        <w:br/>
      </w:r>
      <w:r>
        <w:t>Anyone can be a dad but it takes a man to be a father.</w:t>
      </w:r>
      <w:r>
        <w:br/>
      </w:r>
      <w:r>
        <w:t>Anyone can be a father but it takes someone special to be a daddy.</w:t>
      </w:r>
      <w:r>
        <w:br/>
      </w:r>
      <w:r>
        <w:t>Becoming a father is easy enough, but being one can be rough.</w:t>
      </w:r>
      <w:r>
        <w:br/>
      </w:r>
      <w:r>
        <w:t>By the time a man realizes that maybe his father was right...he usually has a son who thinks he's wrong !</w:t>
      </w:r>
      <w:r>
        <w:br/>
      </w:r>
      <w:r>
        <w:t>DAD:  someone who hopes his son will turn out just like him, and who is afraid his daughters will meet someone who did.</w:t>
      </w:r>
      <w:r>
        <w:br/>
      </w:r>
      <w:r>
        <w:t>Dad...because you are my father....it's been easy to believe in God.</w:t>
      </w:r>
      <w:r>
        <w:br/>
      </w:r>
      <w:r>
        <w:t>Dad's Dream:  to have enough money someday to live the kind of life my wife and kid's do.</w:t>
      </w:r>
      <w:r>
        <w:br/>
      </w:r>
      <w:r>
        <w:t>First-Rate</w:t>
      </w:r>
      <w:r>
        <w:br/>
      </w:r>
      <w:r>
        <w:t>Awesome</w:t>
      </w:r>
      <w:r>
        <w:br/>
      </w:r>
      <w:r>
        <w:t>Tip-Top</w:t>
      </w:r>
      <w:r>
        <w:br/>
      </w:r>
      <w:r>
        <w:t>Huggable</w:t>
      </w:r>
      <w:r>
        <w:br/>
      </w:r>
      <w:r>
        <w:t>Eagle Eye</w:t>
      </w:r>
      <w:r>
        <w:br/>
      </w:r>
      <w:r>
        <w:t>Rad Dad</w:t>
      </w:r>
      <w:r>
        <w:br/>
      </w:r>
      <w:r>
        <w:t>Hell as no fury like a dad whose tolls are mixed up !</w:t>
      </w:r>
      <w:r>
        <w:br/>
      </w:r>
      <w:r>
        <w:t>I met this guy, he talked like my dad, walked like my dad, and dressed like my dad. Then I took him to meet my mom and she said she hated him !</w:t>
      </w:r>
      <w:r>
        <w:br/>
      </w:r>
      <w:r>
        <w:t>I'm just as lucky as I can be for the world's best Dad belongs to me.</w:t>
      </w:r>
      <w:r>
        <w:br/>
      </w:r>
      <w:r>
        <w:t>My fingers may be small...but I can still wrap my Daddy around them !!</w:t>
      </w:r>
      <w:r>
        <w:br/>
      </w:r>
      <w:r>
        <w:t>One of the best legacies a father can leave his children is to love their mother.</w:t>
      </w:r>
      <w:r>
        <w:br/>
      </w:r>
      <w:r>
        <w:t>The best inheritance a father can leave his children is a good example.</w:t>
      </w:r>
      <w:r>
        <w:br/>
      </w:r>
      <w:r>
        <w:t>The first man a little girl falls in love with is her Dad.</w:t>
      </w:r>
      <w:r>
        <w:br/>
      </w:r>
      <w:r>
        <w:t>The greatest gift I ever had came from God...I call him Dad !</w:t>
      </w:r>
      <w:r>
        <w:br/>
      </w:r>
      <w:r>
        <w:t>The most important thing a father can do for his children, is to love their mother.</w:t>
      </w:r>
      <w:r>
        <w:br/>
      </w:r>
      <w:r>
        <w:t>The only man a girl can trust is her Daddy !!</w:t>
      </w:r>
      <w:r>
        <w:br/>
      </w:r>
      <w:r>
        <w:t>To be in your children's memories tomorrow...You have to be in their lives today.</w:t>
      </w:r>
      <w:r>
        <w:br/>
      </w:r>
      <w:r>
        <w:t>We live so far but yet so close...Every other weekend I pack my bags...to get ready to go to my Dad's.</w:t>
      </w:r>
      <w:r>
        <w:br/>
      </w:r>
      <w:r>
        <w:t>I moved out about a year ago...That doesn't mean I don't love my Father...Any less than I did before or ever will.</w:t>
      </w:r>
      <w:r>
        <w:br/>
      </w:r>
      <w:r>
        <w:t>Sometimes I fell so angry...and to be honest...Daddy's the only one who can me happy.</w:t>
      </w:r>
      <w:r>
        <w:br/>
      </w:r>
      <w:r>
        <w:t>If I had one wish...It would be....to have my Dad for eternity.</w:t>
      </w:r>
      <w:r>
        <w:br/>
      </w:r>
      <w:r>
        <w:t>Nothing more...Nothing less...Just that Dad that I could impress.</w:t>
      </w:r>
      <w:r>
        <w:br/>
      </w:r>
      <w:r>
        <w:t>You taught me to drive the tractor and my life...</w:t>
      </w:r>
    </w:p>
    <w:p>
      <w:pPr>
        <w:pStyle w:val="Heading2"/>
      </w:pPr>
      <w:r>
        <w:t>Flag Day</w:t>
      </w:r>
    </w:p>
    <w:p>
      <w:r>
        <w:t>Home of the Brave</w:t>
      </w:r>
      <w:r>
        <w:br/>
      </w:r>
      <w:r>
        <w:t>Hurrah for America</w:t>
      </w:r>
      <w:r>
        <w:br/>
      </w:r>
      <w:r>
        <w:t>Liberty and Justice for all</w:t>
      </w:r>
      <w:r>
        <w:br/>
      </w:r>
      <w:r>
        <w:t>Old glory...long may she wave !!</w:t>
      </w:r>
      <w:r>
        <w:br/>
      </w:r>
      <w:r>
        <w:t>Proud to be an American</w:t>
      </w:r>
      <w:r>
        <w:br/>
      </w:r>
      <w:r>
        <w:t>Salute...Honor...Glorify Our American flag... Forever may she wave !!</w:t>
      </w:r>
      <w:r>
        <w:br/>
      </w:r>
      <w:r>
        <w:t>You're a Grand Old Flag!!</w:t>
      </w:r>
      <w:r>
        <w:br/>
      </w:r>
      <w:r>
        <w:t>All the great things are simple, and many can be expressed in a single word: freedom, justice, honor, duty, mercy, hope. (Winston Churchill)</w:t>
      </w:r>
      <w:r>
        <w:br/>
      </w:r>
      <w:r>
        <w:t>America the Beautiful !</w:t>
      </w:r>
      <w:r>
        <w:br/>
      </w:r>
      <w:r>
        <w:t>Bad officials are elected by good citizens who do not vote.</w:t>
      </w:r>
      <w:r>
        <w:br/>
      </w:r>
      <w:r>
        <w:t>Bless my America !</w:t>
      </w:r>
      <w:r>
        <w:br/>
      </w:r>
      <w:r>
        <w:t>God bless America....please hurry !</w:t>
      </w:r>
      <w:r>
        <w:br/>
      </w:r>
      <w:r>
        <w:t>Home of the Brave</w:t>
      </w:r>
      <w:r>
        <w:br/>
      </w:r>
      <w:r>
        <w:t>Hurrah for America</w:t>
      </w:r>
      <w:r>
        <w:br/>
      </w:r>
      <w:r>
        <w:t>Hurray for the Red, White and Blue !!</w:t>
      </w:r>
      <w:r>
        <w:br/>
      </w:r>
      <w:r>
        <w:t>I can disagree with a word you say, but I'll fight to death your right to say it.</w:t>
      </w:r>
      <w:r>
        <w:br/>
      </w:r>
      <w:r>
        <w:t>Liberty and Justice for All</w:t>
      </w:r>
      <w:r>
        <w:br/>
      </w:r>
      <w:r>
        <w:t>No one loves his country for its size of eminence but because it is his own.</w:t>
      </w:r>
      <w:r>
        <w:br/>
      </w:r>
      <w:r>
        <w:t>Old Glory...Long may she wave !!</w:t>
      </w:r>
      <w:r>
        <w:br/>
      </w:r>
      <w:r>
        <w:t>One nation....under God</w:t>
      </w:r>
      <w:r>
        <w:br/>
      </w:r>
      <w:r>
        <w:t>The cause of Freedom is the cause of God !!</w:t>
      </w:r>
      <w:r>
        <w:br/>
      </w:r>
      <w:r>
        <w:t>Then join hand in hand brave Americans all, By uniting we stand, by dividing we fall.  (John Dickinson --1768)</w:t>
      </w:r>
      <w:r>
        <w:br/>
      </w:r>
      <w:r>
        <w:t>Three cheers for the red, white and blue !!</w:t>
      </w:r>
      <w:r>
        <w:br/>
      </w:r>
      <w:r>
        <w:t>VOTE !!  You never know, it might count !</w:t>
      </w:r>
      <w:r>
        <w:br/>
      </w:r>
      <w:r>
        <w:t>Your a grand old flag !</w:t>
      </w:r>
    </w:p>
    <w:p>
      <w:pPr>
        <w:pStyle w:val="Heading2"/>
      </w:pPr>
      <w:r>
        <w:t>4th of July</w:t>
      </w:r>
    </w:p>
    <w:p>
      <w:r>
        <w:t>Born in the USA</w:t>
      </w:r>
    </w:p>
    <w:p>
      <w:r>
        <w:t>Let Freedom Ring! (use with bell stickers!)</w:t>
      </w:r>
    </w:p>
    <w:p>
      <w:r>
        <w:t>Stars &amp; Stripes</w:t>
      </w:r>
    </w:p>
    <w:p>
      <w:pPr>
        <w:pStyle w:val="Heading2"/>
      </w:pPr>
      <w:r>
        <w:t>Halloween</w:t>
      </w:r>
    </w:p>
    <w:p>
      <w:r>
        <w:t>A scaredy cat....  (I saw this on a sign that depicted a Halloween cat hiding in a patch of pumpkins...)</w:t>
      </w:r>
      <w:r>
        <w:br/>
      </w:r>
      <w:r>
        <w:t>All Dressed Up</w:t>
      </w:r>
      <w:r>
        <w:br/>
      </w:r>
      <w:r>
        <w:t>All Hallow's Eve</w:t>
      </w:r>
      <w:r>
        <w:br/>
      </w:r>
      <w:r>
        <w:t>Arachnophobia</w:t>
      </w:r>
      <w:r>
        <w:br/>
      </w:r>
      <w:r>
        <w:t>Are you a scaredy-cat?</w:t>
      </w:r>
      <w:r>
        <w:br/>
      </w:r>
      <w:r>
        <w:t>Bats R Us</w:t>
      </w:r>
      <w:r>
        <w:br/>
      </w:r>
      <w:r>
        <w:t>Batty over Halloween</w:t>
      </w:r>
      <w:r>
        <w:br/>
      </w:r>
      <w:r>
        <w:t>BBBB-BOO</w:t>
      </w:r>
      <w:r>
        <w:br/>
      </w:r>
      <w:r>
        <w:t>Be-"Witch"ing Halloween</w:t>
      </w:r>
      <w:r>
        <w:br/>
      </w:r>
      <w:r>
        <w:t>Beary Bewitching</w:t>
      </w:r>
      <w:r>
        <w:br/>
      </w:r>
      <w:r>
        <w:t>Beary Scary</w:t>
      </w:r>
      <w:r>
        <w:br/>
      </w:r>
      <w:r>
        <w:t>Best witches and Happy haunting to you</w:t>
      </w:r>
      <w:r>
        <w:br/>
      </w:r>
      <w:r>
        <w:t>Bewitched</w:t>
      </w:r>
      <w:r>
        <w:br/>
      </w:r>
      <w:r>
        <w:t>Bewitched, Bothered and Bewildered</w:t>
      </w:r>
      <w:r>
        <w:br/>
      </w:r>
      <w:r>
        <w:t>A Big BOOO to You</w:t>
      </w:r>
      <w:r>
        <w:br/>
      </w:r>
      <w:r>
        <w:t>Blood donors needed, see the count</w:t>
      </w:r>
      <w:r>
        <w:br/>
      </w:r>
      <w:r>
        <w:t>Bobbing for Apples</w:t>
      </w:r>
      <w:r>
        <w:br/>
      </w:r>
      <w:r>
        <w:t>Bone Voyage</w:t>
      </w:r>
      <w:r>
        <w:br/>
      </w:r>
      <w:r>
        <w:t>Boo From The Crew</w:t>
      </w:r>
      <w:r>
        <w:br/>
      </w:r>
      <w:r>
        <w:t>Boo To You!</w:t>
      </w:r>
      <w:r>
        <w:br/>
      </w:r>
      <w:r>
        <w:t>BOO</w:t>
      </w:r>
      <w:r>
        <w:br/>
      </w:r>
      <w:r>
        <w:t>Boo Bash</w:t>
      </w:r>
      <w:r>
        <w:br/>
      </w:r>
      <w:r>
        <w:t>Boo to You</w:t>
      </w:r>
      <w:r>
        <w:br/>
      </w:r>
      <w:r>
        <w:t>Boo'tiful</w:t>
      </w:r>
      <w:r>
        <w:br/>
      </w:r>
      <w:r>
        <w:t>The Boo Crew</w:t>
      </w:r>
      <w:r>
        <w:br/>
      </w:r>
      <w:r>
        <w:t>Boo-time</w:t>
      </w:r>
      <w:r>
        <w:br/>
      </w:r>
      <w:r>
        <w:t>A Bootiful Night</w:t>
      </w:r>
      <w:r>
        <w:br/>
      </w:r>
      <w:r>
        <w:t>Brighten up a witches day...kiss her on the lips</w:t>
      </w:r>
      <w:r>
        <w:br/>
      </w:r>
      <w:r>
        <w:t>Broom parking-5 cents</w:t>
      </w:r>
      <w:r>
        <w:br/>
      </w:r>
      <w:r>
        <w:t>Broom parking only</w:t>
      </w:r>
      <w:r>
        <w:br/>
      </w:r>
      <w:r>
        <w:t>Bubble, Bubble, Toil and Trouble</w:t>
      </w:r>
      <w:r>
        <w:br/>
      </w:r>
      <w:r>
        <w:t>Bat Wing Soup - (I saw this on a t-shirt of a witch holding a kettle)</w:t>
      </w:r>
      <w:r>
        <w:br/>
      </w:r>
      <w:r>
        <w:t>BATS all folks...!!!!</w:t>
      </w:r>
      <w:r>
        <w:br/>
      </w:r>
      <w:r>
        <w:t>Beary Scary Halloween !</w:t>
      </w:r>
      <w:r>
        <w:br/>
      </w:r>
      <w:r>
        <w:t>Best Witches</w:t>
      </w:r>
      <w:r>
        <w:br/>
      </w:r>
      <w:r>
        <w:t>Boo Bites (ghost that was holding a candy dish)</w:t>
      </w:r>
      <w:r>
        <w:br/>
      </w:r>
      <w:r>
        <w:t>Boo Brothers (two ghosts going trick-or-treating together)</w:t>
      </w:r>
      <w:r>
        <w:br/>
      </w:r>
      <w:r>
        <w:t>Boo from the Crew !</w:t>
      </w:r>
      <w:r>
        <w:br/>
      </w:r>
      <w:r>
        <w:t>Broomrides....25 cents !</w:t>
      </w:r>
      <w:r>
        <w:br/>
      </w:r>
      <w:r>
        <w:t>Bugs and Hisses....!!!  (depicting a spider and a snake in a black pot)</w:t>
      </w:r>
      <w:r>
        <w:br/>
      </w:r>
      <w:r>
        <w:t>Come as you aren't !</w:t>
      </w:r>
      <w:r>
        <w:br/>
      </w:r>
      <w:r>
        <w:t>Come in for a bite !!  (sign w-bats on it)</w:t>
      </w:r>
      <w:r>
        <w:br/>
      </w:r>
      <w:r>
        <w:t>Come in for a "spell".... (seen on witch yard signs)</w:t>
      </w:r>
      <w:r>
        <w:br/>
      </w:r>
      <w:r>
        <w:t>Corn in the U.S.A.  (sign w-crow, scarecrow and corn stalks)</w:t>
      </w:r>
      <w:r>
        <w:br/>
      </w:r>
      <w:r>
        <w:t>Free Broomrides !!</w:t>
      </w:r>
      <w:r>
        <w:br/>
      </w:r>
      <w:r>
        <w:t>Ghost Crossing</w:t>
      </w:r>
      <w:r>
        <w:br/>
      </w:r>
      <w:r>
        <w:t>Ghost Post (fence post sign with ghosts on it)</w:t>
      </w:r>
      <w:r>
        <w:br/>
      </w:r>
      <w:r>
        <w:t>Ghostly Greetings !!!</w:t>
      </w:r>
      <w:r>
        <w:br/>
      </w:r>
      <w:r>
        <w:t>Gone Haunting...!!</w:t>
      </w:r>
      <w:r>
        <w:br/>
      </w:r>
      <w:r>
        <w:t>Back at 12:00 (was a sign that has jack-o-lantern pumpkins, a moon with witch silhouette)</w:t>
      </w:r>
      <w:r>
        <w:br/>
      </w:r>
      <w:r>
        <w:t>Hang around for a "spell"....</w:t>
      </w:r>
      <w:r>
        <w:br/>
      </w:r>
      <w:r>
        <w:t>Happy Halloween...whatever you are !!</w:t>
      </w:r>
      <w:r>
        <w:br/>
      </w:r>
      <w:r>
        <w:t>Happy Haunting !!</w:t>
      </w:r>
      <w:r>
        <w:br/>
      </w:r>
      <w:r>
        <w:t>Have a Spooky Day !!</w:t>
      </w:r>
      <w:r>
        <w:br/>
      </w:r>
      <w:r>
        <w:t>I do believe in ghosts.</w:t>
      </w:r>
      <w:r>
        <w:br/>
      </w:r>
      <w:r>
        <w:t>I do, I do, I do !!</w:t>
      </w:r>
      <w:r>
        <w:br/>
      </w:r>
      <w:r>
        <w:t>I thought I'd like to be a witch, so I tried it for a spell....</w:t>
      </w:r>
      <w:r>
        <w:br/>
      </w:r>
      <w:r>
        <w:t>I want my mummy !  (sign with a baby mummy)</w:t>
      </w:r>
      <w:r>
        <w:br/>
      </w:r>
      <w:r>
        <w:t>I will "spook" when "spooken" to.... (sign that had ghosts painted on it)</w:t>
      </w:r>
      <w:r>
        <w:br/>
      </w:r>
      <w:r>
        <w:t>No Tricks....just Treats !!</w:t>
      </w:r>
      <w:r>
        <w:br/>
      </w:r>
      <w:r>
        <w:t>Practice Safe Hex !! (sign w-a little witch included with it)</w:t>
      </w:r>
      <w:r>
        <w:br/>
      </w:r>
      <w:r>
        <w:t>RIP-Alone at last...</w:t>
      </w:r>
      <w:r>
        <w:br/>
      </w:r>
      <w:r>
        <w:t>Spider Cider (witch doll stirring a pot with this written on the side of the pot)</w:t>
      </w:r>
      <w:r>
        <w:br/>
      </w:r>
      <w:r>
        <w:t>Spooktacular</w:t>
      </w:r>
      <w:r>
        <w:br/>
      </w:r>
      <w:r>
        <w:t>Sweets for the sweet !</w:t>
      </w:r>
      <w:r>
        <w:br/>
      </w:r>
      <w:r>
        <w:t>There is magic in the night, when pumpkins glow with candlelight.</w:t>
      </w:r>
      <w:r>
        <w:br/>
      </w:r>
      <w:r>
        <w:t>Trick or Treat...Be so sweet...Give me something...Good to eat !!!</w:t>
      </w:r>
      <w:r>
        <w:br/>
      </w:r>
      <w:r>
        <w:t>Trick or Treat ! Give me something good to eat.</w:t>
      </w:r>
      <w:r>
        <w:br/>
      </w:r>
      <w:r>
        <w:t>Give me candy.</w:t>
      </w:r>
      <w:r>
        <w:br/>
      </w:r>
      <w:r>
        <w:t>Give me cake.</w:t>
      </w:r>
      <w:r>
        <w:br/>
      </w:r>
      <w:r>
        <w:t>Give me something sweet to take.</w:t>
      </w:r>
      <w:r>
        <w:br/>
      </w:r>
      <w:r>
        <w:t>You look so  Boo-tiful !!!   (little ghost)</w:t>
      </w:r>
      <w:r>
        <w:br/>
      </w:r>
      <w:r>
        <w:t>What to be for Halloween, A hobo or a bride?  A witch or scary goblin, Its not easy to decide.</w:t>
      </w:r>
    </w:p>
    <w:p>
      <w:r>
        <w:t>Ghouls Just Wanna Have Fun</w:t>
      </w:r>
    </w:p>
    <w:p>
      <w:r>
        <w:t>Trick or Treat</w:t>
      </w:r>
    </w:p>
    <w:p>
      <w:r>
        <w:t>Happy Haunting</w:t>
      </w:r>
    </w:p>
    <w:p>
      <w:r>
        <w:t>How to carve a pumpkin</w:t>
      </w:r>
    </w:p>
    <w:p>
      <w:r>
        <w:t>2 cute to spook</w:t>
      </w:r>
    </w:p>
    <w:p>
      <w:r>
        <w:t>A Spooktacular Halloween</w:t>
      </w:r>
    </w:p>
    <w:p>
      <w:r>
        <w:t>All dressed up!</w:t>
      </w:r>
    </w:p>
    <w:p>
      <w:r>
        <w:t>Be"witch"ing</w:t>
      </w:r>
    </w:p>
    <w:p>
      <w:r>
        <w:t>Carving the pumpkin</w:t>
      </w:r>
    </w:p>
    <w:p>
      <w:r>
        <w:t>Cutest little pumpkin in the patch</w:t>
      </w:r>
    </w:p>
    <w:p>
      <w:r>
        <w:t>Friends of Frankenstein</w:t>
      </w:r>
    </w:p>
    <w:p>
      <w:r>
        <w:t>Ghostly gathering</w:t>
      </w:r>
    </w:p>
    <w:p>
      <w:r>
        <w:t>Mommy's little pumpkins</w:t>
      </w:r>
    </w:p>
    <w:p>
      <w:r>
        <w:t>Mom's little monsters</w:t>
      </w:r>
    </w:p>
    <w:p>
      <w:r>
        <w:t>No tricks...only treats!</w:t>
      </w:r>
    </w:p>
    <w:p>
      <w:r>
        <w:t>Picking pumpkins</w:t>
      </w:r>
    </w:p>
    <w:p>
      <w:r>
        <w:t>The Great Pumpkin</w:t>
      </w:r>
    </w:p>
    <w:p>
      <w:r>
        <w:t>The Great Pumpkin Caper</w:t>
      </w:r>
    </w:p>
    <w:p>
      <w:r>
        <w:t>The Perfect Pumpkin</w:t>
      </w:r>
    </w:p>
    <w:p>
      <w:r>
        <w:t>The Pick of the Patch</w:t>
      </w:r>
    </w:p>
    <w:p>
      <w:r>
        <w:t>The Horrors of Halloween</w:t>
      </w:r>
    </w:p>
    <w:p>
      <w:r>
        <w:t>Trick-or-Treat and Something Sweet</w:t>
      </w:r>
    </w:p>
    <w:p>
      <w:r>
        <w:t>Who said "Boo?"</w:t>
      </w:r>
    </w:p>
    <w:p>
      <w:r>
        <w:t>Witches, goblins, and ghosts, Oh my!</w:t>
      </w:r>
    </w:p>
    <w:p>
      <w:r>
        <w:t>A Haunting I will go</w:t>
      </w:r>
    </w:p>
    <w:p>
      <w:r>
        <w:t>Best Witches</w:t>
      </w:r>
    </w:p>
    <w:p>
      <w:r>
        <w:t>Boo'tiful</w:t>
      </w:r>
    </w:p>
    <w:p>
      <w:r>
        <w:t>Bubble, Bubble, Toil and Trouble.</w:t>
      </w:r>
    </w:p>
    <w:p>
      <w:r>
        <w:t>Carving Out Good Times</w:t>
      </w:r>
    </w:p>
    <w:p>
      <w:r>
        <w:t>Frightfully Delightful</w:t>
      </w:r>
    </w:p>
    <w:p>
      <w:r>
        <w:t>Getting into the "Spirit" of Halloween</w:t>
      </w:r>
    </w:p>
    <w:p>
      <w:r>
        <w:t>Hallo-Scream!</w:t>
      </w:r>
    </w:p>
    <w:p>
      <w:r>
        <w:t>I am the treat</w:t>
      </w:r>
    </w:p>
    <w:p>
      <w:r>
        <w:t>It's a Spooktakular Party!</w:t>
      </w:r>
    </w:p>
    <w:p>
      <w:r>
        <w:t>Let's Get Moovin' (cow costume)</w:t>
      </w:r>
    </w:p>
    <w:p>
      <w:r>
        <w:t>Monster Mash</w:t>
      </w:r>
    </w:p>
    <w:p>
      <w:r>
        <w:t>One Scary Night....</w:t>
      </w:r>
    </w:p>
    <w:p>
      <w:r>
        <w:t>Our little Pirate is all the Treasure we Need (child dressed up in Pirate costume)</w:t>
      </w:r>
    </w:p>
    <w:p>
      <w:r>
        <w:t>Trick or Treat...Sweets for the Sweet</w:t>
      </w:r>
    </w:p>
    <w:p>
      <w:r>
        <w:t>Things that Go Bump in the Night</w:t>
      </w:r>
    </w:p>
    <w:p>
      <w:r>
        <w:t>Too cute to spook</w:t>
      </w:r>
    </w:p>
    <w:p>
      <w:r>
        <w:t>I had a pumpkin, a big fat Pumpkin, It was growing on a vine.  Then I carved a jack-o'lantern, and it turned out just fine.</w:t>
      </w:r>
    </w:p>
    <w:p>
      <w:r>
        <w:t>Blood donors needed.  See the Count.</w:t>
      </w:r>
    </w:p>
    <w:p>
      <w:r>
        <w:t>Free Broom Rides</w:t>
      </w:r>
    </w:p>
    <w:p>
      <w:r>
        <w:t>Broom Parking -  5 cents</w:t>
      </w:r>
    </w:p>
    <w:p>
      <w:r>
        <w:t>Carve out some good times!  (with carved pumpkin)</w:t>
      </w:r>
    </w:p>
    <w:p>
      <w:r>
        <w:t>Come as you aren't!</w:t>
      </w:r>
    </w:p>
    <w:p>
      <w:r>
        <w:t>Forget the ghosts . . . beware of me!</w:t>
      </w:r>
    </w:p>
    <w:p>
      <w:r>
        <w:t>Ghosts have real spirit.</w:t>
      </w:r>
    </w:p>
    <w:p>
      <w:r>
        <w:t>Ghostly Greetings (on welcoming door sign)</w:t>
      </w:r>
    </w:p>
    <w:p>
      <w:r>
        <w:t>Halloween is a real treat.</w:t>
      </w:r>
    </w:p>
    <w:p>
      <w:r>
        <w:t>Just hanging out with my ghoul friends.</w:t>
      </w:r>
    </w:p>
    <w:p>
      <w:r>
        <w:t>Remember the gh'oul times!</w:t>
      </w:r>
    </w:p>
    <w:p>
      <w:r>
        <w:t>Time for a coffin break.</w:t>
      </w:r>
    </w:p>
    <w:p>
      <w:r>
        <w:t>It's Hallo-scream!</w:t>
      </w:r>
    </w:p>
    <w:p>
      <w:r>
        <w:t>Have a frightfully spooky Halloween.</w:t>
      </w:r>
    </w:p>
    <w:p>
      <w:r>
        <w:t>Have a fang-tastic night.</w:t>
      </w:r>
    </w:p>
    <w:p>
      <w:r>
        <w:t>Have a bootiful Halloween.</w:t>
      </w:r>
    </w:p>
    <w:p>
      <w:r>
        <w:t>Have a beary scary Halloween.  (with bear)</w:t>
      </w:r>
    </w:p>
    <w:p>
      <w:r>
        <w:t>I boo believe in ghosts!  I boo, I boo, I boo!</w:t>
      </w:r>
    </w:p>
    <w:p>
      <w:r>
        <w:t>You are bootiful.</w:t>
      </w:r>
    </w:p>
    <w:p>
      <w:r>
        <w:t>Ghoulia Child cooks here.</w:t>
      </w:r>
    </w:p>
    <w:p>
      <w:r>
        <w:t>I love being witchy</w:t>
      </w:r>
    </w:p>
    <w:p>
      <w:r>
        <w:t>Which witch are you?</w:t>
      </w:r>
    </w:p>
    <w:p>
      <w:r>
        <w:t>Don't be a scaredy cat.</w:t>
      </w:r>
    </w:p>
    <w:p>
      <w:r>
        <w:t>Gone haunting.  Will return at midnight.</w:t>
      </w:r>
    </w:p>
    <w:p>
      <w:r>
        <w:t>I can’t stop falling in love with brew.</w:t>
      </w:r>
    </w:p>
    <w:p>
      <w:r>
        <w:t>I witch you a Happy Halloween.</w:t>
      </w:r>
    </w:p>
    <w:p>
      <w:r>
        <w:t>Trick or Treat. Smell my feet. Give me something good to eat.</w:t>
      </w:r>
    </w:p>
    <w:p>
      <w:r>
        <w:t>The most difficult Halloween trick is to get the treats and the kids to come out even.</w:t>
      </w:r>
    </w:p>
    <w:p>
      <w:r>
        <w:t>Sit for a spell and have some brew.</w:t>
      </w:r>
    </w:p>
    <w:p>
      <w:r>
        <w:t>Hang around for a spell.  (with a witch's cauldron)</w:t>
      </w:r>
    </w:p>
    <w:p>
      <w:r>
        <w:t>Stop in for a spell. (yard sign)</w:t>
      </w:r>
    </w:p>
    <w:p>
      <w:r>
        <w:t>Come in for a spell.  (welcoming sign)</w:t>
      </w:r>
    </w:p>
    <w:p>
      <w:r>
        <w:t>Come in for a bite.</w:t>
      </w:r>
    </w:p>
    <w:p>
      <w:r>
        <w:t>Mind your mummy.</w:t>
      </w:r>
    </w:p>
    <w:p>
      <w:r>
        <w:t>I want my mummy.  (put with little mummy)</w:t>
      </w:r>
    </w:p>
    <w:p>
      <w:r>
        <w:t>Fresh spider cider. (put on a cauldron with spider on rim).</w:t>
      </w:r>
    </w:p>
    <w:p>
      <w:r>
        <w:t>Witches brew is good for you, sit for a spell, let yourself jell, and drink a lot from my pot.</w:t>
      </w:r>
    </w:p>
    <w:p>
      <w:r>
        <w:t>May our best witches go with you.</w:t>
      </w:r>
    </w:p>
    <w:p>
      <w:r>
        <w:t>Mummy's little monster (on a child's t-shirt or under child's picture)</w:t>
      </w:r>
    </w:p>
    <w:p>
      <w:r>
        <w:t>That's witchful thinking.</w:t>
      </w:r>
    </w:p>
    <w:p>
      <w:r>
        <w:t>Welcome. The witch is in.  ("in" can flip flop with "out")</w:t>
      </w:r>
    </w:p>
    <w:p>
      <w:r>
        <w:t>Fangs for the memories and nightmares!</w:t>
      </w:r>
    </w:p>
    <w:p>
      <w:r>
        <w:t>Bugs &amp; Hisses to you! (with spiders, bugs &amp; snakes)</w:t>
      </w:r>
    </w:p>
    <w:p>
      <w:r>
        <w:t>My other car is a broom.  (good bumper sticker)</w:t>
      </w:r>
    </w:p>
    <w:p>
      <w:r>
        <w:t>Living in a nudist colony takes the fun out of Halloween.</w:t>
      </w:r>
    </w:p>
    <w:p>
      <w:r>
        <w:t>Are you a good witch or are you a bad witch?</w:t>
      </w:r>
    </w:p>
    <w:p>
      <w:r>
        <w:t>Spooktacular booquets sold here. Free delivery.</w:t>
      </w:r>
    </w:p>
    <w:p>
      <w:r>
        <w:t>I only spook when spooken to.</w:t>
      </w:r>
    </w:p>
    <w:p>
      <w:r>
        <w:t>Have some boo bites.  (put with Halloween candy dish)</w:t>
      </w:r>
    </w:p>
    <w:p>
      <w:r>
        <w:t>Boooo spooken here.</w:t>
      </w:r>
    </w:p>
    <w:p>
      <w:r>
        <w:t>If the broom fits, fly it.</w:t>
      </w:r>
    </w:p>
    <w:p>
      <w:r>
        <w:t>Please park all brooms at the door.</w:t>
      </w:r>
    </w:p>
    <w:p>
      <w:r>
        <w:t>It's the season for Halloween howls and pump grins.</w:t>
      </w:r>
    </w:p>
    <w:p>
      <w:r>
        <w:t>What a ghastly ghost!</w:t>
      </w:r>
    </w:p>
    <w:p>
      <w:r>
        <w:t>Caution!  Ghost Crossing</w:t>
      </w:r>
    </w:p>
    <w:p>
      <w:r>
        <w:t>Caution!  Witch Crossing</w:t>
      </w:r>
    </w:p>
    <w:p>
      <w:r>
        <w:t>Caution!  Goblin Crossing</w:t>
      </w:r>
    </w:p>
    <w:p>
      <w:r>
        <w:t>Caution!  Skeleton Crossing</w:t>
      </w:r>
    </w:p>
    <w:p>
      <w:r>
        <w:t>Caution!  Monster Crossing</w:t>
      </w:r>
    </w:p>
    <w:p>
      <w:r>
        <w:t>Caution!  Black Cat Crossing</w:t>
      </w:r>
    </w:p>
    <w:p>
      <w:r>
        <w:t>Caution!  Low flying bats</w:t>
      </w:r>
    </w:p>
    <w:p>
      <w:r>
        <w:t>I'm a pleasingly plump pumpkin. (with big round pumpkin)</w:t>
      </w:r>
    </w:p>
    <w:p>
      <w:r>
        <w:t>Wipe that pump grin off your face!  (put with grinning jack-o-lantern)</w:t>
      </w:r>
    </w:p>
    <w:p>
      <w:r>
        <w:t>Take a fright turn into the fright zone.</w:t>
      </w:r>
    </w:p>
    <w:p>
      <w:r>
        <w:t>Fright turn  (directional yard sign)</w:t>
      </w:r>
    </w:p>
    <w:p>
      <w:r>
        <w:t>The graveyard shift is best.  No bones about it! (with skeletons)</w:t>
      </w:r>
    </w:p>
    <w:p>
      <w:r>
        <w:t>Happy Halloween whatever you are!</w:t>
      </w:r>
    </w:p>
    <w:p>
      <w:r>
        <w:t>Jack-o-lanterns are on the cutting edge. (with carved pumpkins)</w:t>
      </w:r>
    </w:p>
    <w:p>
      <w:r>
        <w:t>The littlest pumpkins have the biggest grins.  (with row of small grinning pumpkins)</w:t>
      </w:r>
    </w:p>
    <w:p>
      <w:r>
        <w:t>Boo to you from our crew.</w:t>
      </w:r>
    </w:p>
    <w:p>
      <w:r>
        <w:t>Scarecrows are too cute to scare.</w:t>
      </w:r>
    </w:p>
    <w:p>
      <w:r>
        <w:t>Old witch Mary, quite contrary, How does your garden grow?  With moss and slime, and poisonous vine, and toadstools all in a row.</w:t>
      </w:r>
    </w:p>
    <w:p>
      <w:r>
        <w:t>Hugs &amp; Kisses 5 cents</w:t>
      </w:r>
    </w:p>
    <w:p>
      <w:r>
        <w:t>Bugs &amp; Hisses 10 cents</w:t>
      </w:r>
    </w:p>
    <w:p>
      <w:r>
        <w:t>Be the ghostess with the mostess.</w:t>
      </w:r>
    </w:p>
    <w:p>
      <w:r>
        <w:t>One skeleton said to the other, "I have a bone to pick with you!" And the old one said, "Not now.  My joints go out more than I do!"  . . . and they laughed humorously.</w:t>
      </w:r>
    </w:p>
    <w:p>
      <w:r>
        <w:t>Eat, drink and be scary.</w:t>
      </w:r>
    </w:p>
    <w:p>
      <w:r>
        <w:t>Missing - One Weird Thing, Please don't bring it back!</w:t>
      </w:r>
    </w:p>
    <w:p>
      <w:r>
        <w:t>Used Coffin For Sale, Over 400 years old, Ask for Drac!</w:t>
      </w:r>
    </w:p>
    <w:p>
      <w:r>
        <w:t>Wicked Witches Convention Tonight!</w:t>
      </w:r>
    </w:p>
    <w:p>
      <w:r>
        <w:t>Spooky Stew Sale, All natural living ingredients.  We deliver after midnight</w:t>
      </w:r>
      <w:r>
        <w:br/>
      </w:r>
      <w:r>
        <w:t>Carving Out Good Times</w:t>
      </w:r>
      <w:r>
        <w:br/>
      </w:r>
      <w:r>
        <w:t>Carving out memories</w:t>
      </w:r>
      <w:r>
        <w:br/>
      </w:r>
      <w:r>
        <w:t>Carving the Pumpkin</w:t>
      </w:r>
      <w:r>
        <w:br/>
      </w:r>
      <w:r>
        <w:t>Caught in the "Web" of Friends</w:t>
      </w:r>
      <w:r>
        <w:br/>
      </w:r>
      <w:r>
        <w:t>Caution! Ghost Crossing</w:t>
      </w:r>
      <w:r>
        <w:br/>
      </w:r>
      <w:r>
        <w:t>Coffin Break</w:t>
      </w:r>
      <w:r>
        <w:br/>
      </w:r>
      <w:r>
        <w:t>Come as you aren't</w:t>
      </w:r>
      <w:r>
        <w:br/>
      </w:r>
      <w:r>
        <w:t>Come sit for a "SPELL"</w:t>
      </w:r>
      <w:r>
        <w:br/>
      </w:r>
      <w:r>
        <w:t>Costume Parade</w:t>
      </w:r>
      <w:r>
        <w:br/>
      </w:r>
      <w:r>
        <w:t>Costumes and pumpkins and candy, oh my!</w:t>
      </w:r>
      <w:r>
        <w:br/>
      </w:r>
      <w:r>
        <w:t>Cute Little Spooks</w:t>
      </w:r>
      <w:r>
        <w:br/>
      </w:r>
      <w:r>
        <w:t>Cutest Little Pumpkin in the Patch</w:t>
      </w:r>
      <w:r>
        <w:br/>
      </w:r>
      <w:r>
        <w:t>Disguise the Limit</w:t>
      </w:r>
      <w:r>
        <w:br/>
      </w:r>
      <w:r>
        <w:t>Don't be scared...It's just us</w:t>
      </w:r>
      <w:r>
        <w:br/>
      </w:r>
      <w:r>
        <w:t>Every-batty had a Great Halloween</w:t>
      </w:r>
      <w:r>
        <w:br/>
      </w:r>
      <w:r>
        <w:t>"Fangs" for the memories</w:t>
      </w:r>
      <w:r>
        <w:br/>
      </w:r>
      <w:r>
        <w:t>"Fangs" for the nightmares</w:t>
      </w:r>
      <w:r>
        <w:br/>
      </w:r>
      <w:r>
        <w:t>Fangtastic!</w:t>
      </w:r>
      <w:r>
        <w:br/>
      </w:r>
      <w:r>
        <w:t>Fear Factor</w:t>
      </w:r>
      <w:r>
        <w:br/>
      </w:r>
      <w:r>
        <w:t>Forget the Ghost...beware of _______</w:t>
      </w:r>
      <w:r>
        <w:br/>
      </w:r>
      <w:r>
        <w:t>Freakie Frankie</w:t>
      </w:r>
      <w:r>
        <w:br/>
      </w:r>
      <w:r>
        <w:t>Fright Night</w:t>
      </w:r>
      <w:r>
        <w:br/>
      </w:r>
      <w:r>
        <w:t>Frightfully Delightful</w:t>
      </w:r>
      <w:r>
        <w:br/>
      </w:r>
      <w:r>
        <w:t>Get Spooked</w:t>
      </w:r>
      <w:r>
        <w:br/>
      </w:r>
      <w:r>
        <w:t>Getting into the "spirt" of Halloween</w:t>
      </w:r>
      <w:r>
        <w:br/>
      </w:r>
      <w:r>
        <w:t>Ghastly Ghosts</w:t>
      </w:r>
      <w:r>
        <w:br/>
      </w:r>
      <w:r>
        <w:t>The Ghostess with the Mostess!</w:t>
      </w:r>
      <w:r>
        <w:br/>
      </w:r>
      <w:r>
        <w:t>Ghostly Gathering</w:t>
      </w:r>
      <w:r>
        <w:br/>
      </w:r>
      <w:r>
        <w:t>Ghost have real spirit</w:t>
      </w:r>
      <w:r>
        <w:br/>
      </w:r>
      <w:r>
        <w:t>Ghost to Ghost</w:t>
      </w:r>
      <w:r>
        <w:br/>
      </w:r>
      <w:r>
        <w:t>Ghoulish Fun</w:t>
      </w:r>
      <w:r>
        <w:br/>
      </w:r>
      <w:r>
        <w:t>Ghouls Just Wanna Have Fun!</w:t>
      </w:r>
      <w:r>
        <w:br/>
      </w:r>
      <w:r>
        <w:t>Goblins on the Loose</w:t>
      </w:r>
      <w:r>
        <w:br/>
      </w:r>
      <w:r>
        <w:t>The Great Pumpkin</w:t>
      </w:r>
      <w:r>
        <w:br/>
      </w:r>
      <w:r>
        <w:t>The Great Pumpkin caper</w:t>
      </w:r>
      <w:r>
        <w:br/>
      </w:r>
      <w:r>
        <w:t>Guess Who</w:t>
      </w:r>
      <w:r>
        <w:br/>
      </w:r>
      <w:r>
        <w:t>Hallo-scream</w:t>
      </w:r>
      <w:r>
        <w:br/>
      </w:r>
      <w:r>
        <w:t>Halloween is a real treat</w:t>
      </w:r>
      <w:r>
        <w:br/>
      </w:r>
      <w:r>
        <w:t>Halloween Howls</w:t>
      </w:r>
      <w:r>
        <w:br/>
      </w:r>
      <w:r>
        <w:t>Halloween is Brewing with fun</w:t>
      </w:r>
      <w:r>
        <w:br/>
      </w:r>
      <w:r>
        <w:t>Halloween Party</w:t>
      </w:r>
      <w:r>
        <w:br/>
      </w:r>
      <w:r>
        <w:t>Happy Boo Day</w:t>
      </w:r>
      <w:r>
        <w:br/>
      </w:r>
      <w:r>
        <w:t>Happy Fright Night</w:t>
      </w:r>
      <w:r>
        <w:br/>
      </w:r>
      <w:r>
        <w:t>Happy Halloween...whatever you are!</w:t>
      </w:r>
      <w:r>
        <w:br/>
      </w:r>
      <w:r>
        <w:t>Happy Haunting</w:t>
      </w:r>
      <w:r>
        <w:br/>
      </w:r>
      <w:r>
        <w:t>Having a booo-tiful Halloween</w:t>
      </w:r>
      <w:r>
        <w:br/>
      </w:r>
      <w:r>
        <w:t>Happy Pumpkin Day</w:t>
      </w:r>
      <w:r>
        <w:br/>
      </w:r>
      <w:r>
        <w:t>Happy Spook Day</w:t>
      </w:r>
      <w:r>
        <w:br/>
      </w:r>
      <w:r>
        <w:t>Happy Trick or Treating</w:t>
      </w:r>
      <w:r>
        <w:br/>
      </w:r>
      <w:r>
        <w:t>Haunted Forrest</w:t>
      </w:r>
      <w:r>
        <w:br/>
      </w:r>
      <w:r>
        <w:t>Haunting Homes</w:t>
      </w:r>
      <w:r>
        <w:br/>
      </w:r>
      <w:r>
        <w:t>Haunted House</w:t>
      </w:r>
      <w:r>
        <w:br/>
      </w:r>
      <w:r>
        <w:t>A Haunting we will go</w:t>
      </w:r>
      <w:r>
        <w:br/>
      </w:r>
      <w:r>
        <w:t>Have a Hauntingly Delightful Halloween</w:t>
      </w:r>
      <w:r>
        <w:br/>
      </w:r>
      <w:r>
        <w:t>Have a Hauntingly Happy Halloween</w:t>
      </w:r>
      <w:r>
        <w:br/>
      </w:r>
      <w:r>
        <w:t>Have a Spooktacular Halloween</w:t>
      </w:r>
      <w:r>
        <w:br/>
      </w:r>
      <w:r>
        <w:t>Have a Very scary Halloween</w:t>
      </w:r>
      <w:r>
        <w:br/>
      </w:r>
      <w:r>
        <w:t>Hip Hip Hooray! Today is Candy Day!</w:t>
      </w:r>
      <w:r>
        <w:br/>
      </w:r>
      <w:r>
        <w:t>The horror of Halloween</w:t>
      </w:r>
      <w:r>
        <w:br/>
      </w:r>
      <w:r>
        <w:t>HOWLIN' Good Time</w:t>
      </w:r>
      <w:r>
        <w:br/>
      </w:r>
      <w:r>
        <w:t>Howl-o-ween</w:t>
      </w:r>
      <w:r>
        <w:br/>
      </w:r>
      <w:r>
        <w:t>I am Boo-tiful</w:t>
      </w:r>
      <w:r>
        <w:br/>
      </w:r>
      <w:r>
        <w:t>I Boo Believe in Ghosts</w:t>
      </w:r>
      <w:r>
        <w:br/>
      </w:r>
      <w:r>
        <w:t>I Do Believe in Ghosts...I Do...I Do!</w:t>
      </w:r>
      <w:r>
        <w:br/>
      </w:r>
      <w:r>
        <w:t>I love being witchy</w:t>
      </w:r>
      <w:r>
        <w:br/>
      </w:r>
      <w:r>
        <w:t>If the broom fits...fly it!</w:t>
      </w:r>
      <w:r>
        <w:br/>
      </w:r>
      <w:r>
        <w:t>I'm a Ghastly Ghost</w:t>
      </w:r>
      <w:r>
        <w:br/>
      </w:r>
      <w:r>
        <w:t>I'm bats about you</w:t>
      </w:r>
      <w:r>
        <w:br/>
      </w:r>
      <w:r>
        <w:t>I'm a pleasing pumpkin</w:t>
      </w:r>
      <w:r>
        <w:br/>
      </w:r>
      <w:r>
        <w:t>The Impostors</w:t>
      </w:r>
      <w:r>
        <w:br/>
      </w:r>
      <w:r>
        <w:t>In the Bag</w:t>
      </w:r>
      <w:r>
        <w:br/>
      </w:r>
      <w:r>
        <w:t>In Search of the Perfect Pumpkin</w:t>
      </w:r>
      <w:r>
        <w:br/>
      </w:r>
      <w:r>
        <w:t>Interview with the Vampire</w:t>
      </w:r>
      <w:r>
        <w:br/>
      </w:r>
      <w:r>
        <w:t>It was a Bewitching Halloween</w:t>
      </w:r>
      <w:r>
        <w:br/>
      </w:r>
      <w:r>
        <w:t>It's a Scream</w:t>
      </w:r>
      <w:r>
        <w:br/>
      </w:r>
      <w:r>
        <w:t>It's Candy Day</w:t>
      </w:r>
      <w:r>
        <w:br/>
      </w:r>
      <w:r>
        <w:t>It's Pumpkin Time!</w:t>
      </w:r>
      <w:r>
        <w:br/>
      </w:r>
      <w:r>
        <w:t>It's the Great Pumpkin, Charlie Brown!</w:t>
      </w:r>
      <w:r>
        <w:br/>
      </w:r>
      <w:r>
        <w:t>Jack-O-Lantern</w:t>
      </w:r>
      <w:r>
        <w:br/>
      </w:r>
      <w:r>
        <w:t>Jack-o-Lanterns Light the Night</w:t>
      </w:r>
      <w:r>
        <w:br/>
      </w:r>
      <w:r>
        <w:t>Jazzy Jack-o-Lantern</w:t>
      </w:r>
      <w:r>
        <w:br/>
      </w:r>
      <w:r>
        <w:t>Jeepers, Creepers</w:t>
      </w:r>
      <w:r>
        <w:br/>
      </w:r>
      <w:r>
        <w:t>Just a Little Bit Corny</w:t>
      </w:r>
      <w:r>
        <w:br/>
      </w:r>
      <w:r>
        <w:t>Let's go out for a bite...</w:t>
      </w:r>
      <w:r>
        <w:br/>
      </w:r>
      <w:r>
        <w:t>Little Devils</w:t>
      </w:r>
      <w:r>
        <w:br/>
      </w:r>
      <w:r>
        <w:t>The Little Vampire</w:t>
      </w:r>
      <w:r>
        <w:br/>
      </w:r>
      <w:r>
        <w:t>Masquerade</w:t>
      </w:r>
      <w:r>
        <w:br/>
      </w:r>
      <w:r>
        <w:t>Me and My GOUL-Friends</w:t>
      </w:r>
      <w:r>
        <w:br/>
      </w:r>
      <w:r>
        <w:t>Meet my Mummy</w:t>
      </w:r>
      <w:r>
        <w:br/>
      </w:r>
      <w:r>
        <w:t>Mind your mummy</w:t>
      </w:r>
      <w:r>
        <w:br/>
      </w:r>
      <w:r>
        <w:t>Mischief and Mayhem</w:t>
      </w:r>
      <w:r>
        <w:br/>
      </w:r>
      <w:r>
        <w:t>Mommy's Lil' Pumpkins</w:t>
      </w:r>
      <w:r>
        <w:br/>
      </w:r>
      <w:r>
        <w:t>Mom's Little Monster(s)</w:t>
      </w:r>
      <w:r>
        <w:br/>
      </w:r>
      <w:r>
        <w:t>Monsters for Sale</w:t>
      </w:r>
      <w:r>
        <w:br/>
      </w:r>
      <w:r>
        <w:t>Monsters on Parade</w:t>
      </w:r>
      <w:r>
        <w:br/>
      </w:r>
      <w:r>
        <w:t>Mummy Madness</w:t>
      </w:r>
      <w:r>
        <w:br/>
      </w:r>
      <w:r>
        <w:t>Mummy's Little Monsters</w:t>
      </w:r>
      <w:r>
        <w:br/>
      </w:r>
      <w:r>
        <w:t>My other car is a Broom</w:t>
      </w:r>
      <w:r>
        <w:br/>
      </w:r>
      <w:r>
        <w:t>No Tricks...only Treats</w:t>
      </w:r>
      <w:r>
        <w:br/>
      </w:r>
      <w:r>
        <w:t>October Fun</w:t>
      </w:r>
      <w:r>
        <w:br/>
      </w:r>
      <w:r>
        <w:t>Off we go a-haunting</w:t>
      </w:r>
      <w:r>
        <w:br/>
      </w:r>
      <w:r>
        <w:t>Only friendly ghosts and goblins welcome</w:t>
      </w:r>
      <w:r>
        <w:br/>
      </w:r>
      <w:r>
        <w:t>Our Little Punkin'</w:t>
      </w:r>
      <w:r>
        <w:br/>
      </w:r>
      <w:r>
        <w:t>Pick a Pumpkin</w:t>
      </w:r>
      <w:r>
        <w:br/>
      </w:r>
      <w:r>
        <w:t>The Pick of the Patch</w:t>
      </w:r>
      <w:r>
        <w:br/>
      </w:r>
      <w:r>
        <w:t>Pickin' Pumpkins</w:t>
      </w:r>
      <w:r>
        <w:br/>
      </w:r>
      <w:r>
        <w:t>Picking the Best Pumpkin</w:t>
      </w:r>
      <w:r>
        <w:br/>
      </w:r>
      <w:r>
        <w:t>Please come in for a bite (Vampire)</w:t>
      </w:r>
      <w:r>
        <w:br/>
      </w:r>
      <w:r>
        <w:t>Please come in for a spell (Witch)</w:t>
      </w:r>
      <w:r>
        <w:br/>
      </w:r>
      <w:r>
        <w:t>Positively Defrightful</w:t>
      </w:r>
      <w:r>
        <w:br/>
      </w:r>
      <w:r>
        <w:t>Pumpkin Hall of Fame</w:t>
      </w:r>
      <w:r>
        <w:br/>
      </w:r>
      <w:r>
        <w:t>Pumpkin Parade</w:t>
      </w:r>
      <w:r>
        <w:br/>
      </w:r>
      <w:r>
        <w:t>Pumpkins Come and Pumpkins Go  But a Jack-O-lantern steals the show</w:t>
      </w:r>
      <w:r>
        <w:br/>
      </w:r>
      <w:r>
        <w:t>Pumpkins for Sale</w:t>
      </w:r>
      <w:r>
        <w:br/>
      </w:r>
      <w:r>
        <w:t>Pumpkin Patch</w:t>
      </w:r>
      <w:r>
        <w:br/>
      </w:r>
      <w:r>
        <w:t>Pumpkin Time</w:t>
      </w:r>
      <w:r>
        <w:br/>
      </w:r>
      <w:r>
        <w:t>Ready, Set, Glow!</w:t>
      </w:r>
      <w:r>
        <w:br/>
      </w:r>
      <w:r>
        <w:t>Rest in Peace</w:t>
      </w:r>
      <w:r>
        <w:br/>
      </w:r>
      <w:r>
        <w:t>R.I.P.</w:t>
      </w:r>
      <w:r>
        <w:br/>
      </w:r>
      <w:r>
        <w:t>Scaredy Cat</w:t>
      </w:r>
      <w:r>
        <w:br/>
      </w:r>
      <w:r>
        <w:t>Scaring up Some Fun</w:t>
      </w:r>
      <w:r>
        <w:br/>
      </w:r>
      <w:r>
        <w:t>Simply Bewitching Halloween</w:t>
      </w:r>
      <w:r>
        <w:br/>
      </w:r>
      <w:r>
        <w:t>Smashing Pumpkins</w:t>
      </w:r>
      <w:r>
        <w:br/>
      </w:r>
      <w:r>
        <w:t>Spookiest spook around</w:t>
      </w:r>
      <w:r>
        <w:br/>
      </w:r>
      <w:r>
        <w:t>A Spooktacular Halloween</w:t>
      </w:r>
      <w:r>
        <w:br/>
      </w:r>
      <w:r>
        <w:t>Spooky</w:t>
      </w:r>
      <w:r>
        <w:br/>
      </w:r>
      <w:r>
        <w:t>Spooky Halloween</w:t>
      </w:r>
      <w:r>
        <w:br/>
      </w:r>
      <w:r>
        <w:t>Stop for a Spell</w:t>
      </w:r>
      <w:r>
        <w:br/>
      </w:r>
      <w:r>
        <w:t>Sugar High</w:t>
      </w:r>
      <w:r>
        <w:br/>
      </w:r>
      <w:r>
        <w:t>Sweets for the Sweet</w:t>
      </w:r>
      <w:r>
        <w:br/>
      </w:r>
      <w:r>
        <w:t>Sweets to Eat</w:t>
      </w:r>
      <w:r>
        <w:br/>
      </w:r>
      <w:r>
        <w:t>There's Mischief Brewing</w:t>
      </w:r>
      <w:r>
        <w:br/>
      </w:r>
      <w:r>
        <w:t>Things that go bump in the night</w:t>
      </w:r>
      <w:r>
        <w:br/>
      </w:r>
      <w:r>
        <w:t>This Masquerade</w:t>
      </w:r>
      <w:r>
        <w:br/>
      </w:r>
      <w:r>
        <w:t>Thrills and Chills</w:t>
      </w:r>
      <w:r>
        <w:br/>
      </w:r>
      <w:r>
        <w:t>Tomb it may concern</w:t>
      </w:r>
      <w:r>
        <w:br/>
      </w:r>
      <w:r>
        <w:t>Too Corny</w:t>
      </w:r>
      <w:r>
        <w:br/>
      </w:r>
      <w:r>
        <w:t>Too Cute to Spook</w:t>
      </w:r>
      <w:r>
        <w:br/>
      </w:r>
      <w:r>
        <w:t>Trick or Treat</w:t>
      </w:r>
      <w:r>
        <w:br/>
      </w:r>
      <w:r>
        <w:t>Waiting for the Great Pumpkin</w:t>
      </w:r>
      <w:r>
        <w:br/>
      </w:r>
      <w:r>
        <w:t>A Way spooky Boo day to you</w:t>
      </w:r>
      <w:r>
        <w:br/>
      </w:r>
      <w:r>
        <w:t>We're going trick or treating and we'll shout a scary greeting</w:t>
      </w:r>
      <w:r>
        <w:br/>
      </w:r>
      <w:r>
        <w:t>Which Witch Are You?</w:t>
      </w:r>
      <w:r>
        <w:br/>
      </w:r>
      <w:r>
        <w:t>Which Witch is Which? (2 witches!)</w:t>
      </w:r>
      <w:r>
        <w:br/>
      </w:r>
      <w:r>
        <w:t>Who was that Masked Man?</w:t>
      </w:r>
      <w:r>
        <w:br/>
      </w:r>
      <w:r>
        <w:t>Who Said Boo?</w:t>
      </w:r>
      <w:r>
        <w:br/>
      </w:r>
      <w:r>
        <w:t>The Wicked Witch lives here</w:t>
      </w:r>
      <w:r>
        <w:br/>
      </w:r>
      <w:r>
        <w:t>Wild Thing</w:t>
      </w:r>
      <w:r>
        <w:br/>
      </w:r>
      <w:r>
        <w:t>Witch for Hire</w:t>
      </w:r>
      <w:r>
        <w:br/>
      </w:r>
      <w:r>
        <w:t>Witch Hunt</w:t>
      </w:r>
      <w:r>
        <w:br/>
      </w:r>
      <w:r>
        <w:t>Witch way is the candy?</w:t>
      </w:r>
      <w:r>
        <w:br/>
      </w:r>
      <w:r>
        <w:t>Witches, Goblins and Ghost, Oh My!</w:t>
      </w:r>
      <w:r>
        <w:br/>
      </w:r>
      <w:r>
        <w:t>Witchful Thinking</w:t>
      </w:r>
      <w:r>
        <w:br/>
      </w:r>
      <w:r>
        <w:t>Witch's Brew</w:t>
      </w:r>
      <w:r>
        <w:br/>
      </w:r>
      <w:r>
        <w:t>You are so Bootiful to me</w:t>
      </w:r>
      <w:r>
        <w:br/>
      </w:r>
      <w:r>
        <w:t>Yum, Yum, Give me some</w:t>
      </w:r>
    </w:p>
    <w:p>
      <w:r>
        <w:t>Could be Halloween</w:t>
      </w:r>
      <w:r>
        <w:br/>
      </w:r>
      <w:r>
        <w:t>Yowling, prowling, growling cat.  Why do you switch your tail like that?  Why do your eyes flash gold and green?  Could be - must be - Halloween!</w:t>
      </w:r>
      <w:r>
        <w:br/>
      </w:r>
      <w:r>
        <w:t>Slinky, inky, blinky cat, Why do you arch your back like that?  What scary creatures have you seen?  Could be - must be- Halloween!</w:t>
      </w:r>
    </w:p>
    <w:p>
      <w:r>
        <w:t>HALLOWEEN</w:t>
      </w:r>
      <w:r>
        <w:br/>
      </w:r>
      <w:r>
        <w:t>The night is dark and the goblins are out, and the witches and black cats are prowling about.</w:t>
      </w:r>
      <w:r>
        <w:br/>
      </w:r>
      <w:r>
        <w:t>And costumed creatures the strangest I've seen, are knocking on doors 'cause tonight's Halloween!</w:t>
      </w:r>
      <w:r>
        <w:br/>
      </w:r>
      <w:r>
        <w:t>HALLOWEEN</w:t>
      </w:r>
      <w:r>
        <w:br/>
      </w:r>
      <w:r>
        <w:t>I’m not afraid on Halloween, because my Mother said, I should not fear those funny things, but laugh at them instead.</w:t>
      </w:r>
      <w:r>
        <w:br/>
      </w:r>
      <w:r>
        <w:t>For orange faces in the night, That stare with eyes so wide, Are only pumpkins on a porch, With candlelight inside.</w:t>
      </w:r>
      <w:r>
        <w:br/>
      </w:r>
      <w:r>
        <w:t>And there are no such things as ghosts...Those figures shining white, Are only children just like me, Wrapped up in sheets so tight.</w:t>
      </w:r>
      <w:r>
        <w:br/>
      </w:r>
      <w:r>
        <w:t>I do not fear a single thing, On Halloween you see, Because I know they really are, Not what they seem to be.</w:t>
      </w:r>
      <w:r>
        <w:br/>
      </w:r>
      <w:r>
        <w:t>For ghosts and goblins, witches, spooks, And other scary folks.  We hear about on Halloween.  Are really only jokes.</w:t>
      </w:r>
    </w:p>
    <w:p>
      <w:r>
        <w:t>B is for broomsticks witches to fly,</w:t>
      </w:r>
      <w:r>
        <w:br/>
      </w:r>
      <w:r>
        <w:t>O is outrageous spooks that go by,</w:t>
      </w:r>
      <w:r>
        <w:br/>
      </w:r>
      <w:r>
        <w:t>O is for orange pumpkins so bright,</w:t>
      </w:r>
      <w:r>
        <w:br/>
      </w:r>
      <w:r>
        <w:t>These are the signs of a Halloween night.</w:t>
      </w:r>
      <w:r>
        <w:br/>
      </w:r>
      <w:r>
        <w:t>Trick or Treat! Trick or Treat!</w:t>
      </w:r>
      <w:r>
        <w:br/>
      </w:r>
      <w:r>
        <w:t>Give me something good to eat.</w:t>
      </w:r>
      <w:r>
        <w:br/>
      </w:r>
      <w:r>
        <w:t>Give me candy. Give me cake.</w:t>
      </w:r>
      <w:r>
        <w:br/>
      </w:r>
      <w:r>
        <w:t>Give me something good to take.</w:t>
      </w:r>
      <w:r>
        <w:br/>
      </w:r>
      <w:r>
        <w:t>Trick or treat</w:t>
      </w:r>
      <w:r>
        <w:br/>
      </w:r>
      <w:r>
        <w:t>We mask our faces</w:t>
      </w:r>
      <w:r>
        <w:br/>
      </w:r>
      <w:r>
        <w:t>and wear strange hats,</w:t>
      </w:r>
      <w:r>
        <w:br/>
      </w:r>
      <w:r>
        <w:t>and moan like witches</w:t>
      </w:r>
      <w:r>
        <w:br/>
      </w:r>
      <w:r>
        <w:t>and screech like cats,</w:t>
      </w:r>
      <w:r>
        <w:br/>
      </w:r>
      <w:r>
        <w:t>and jump like goblins</w:t>
      </w:r>
      <w:r>
        <w:br/>
      </w:r>
      <w:r>
        <w:t>and thump like elves,</w:t>
      </w:r>
      <w:r>
        <w:br/>
      </w:r>
      <w:r>
        <w:t>and almost manage</w:t>
      </w:r>
      <w:r>
        <w:br/>
      </w:r>
      <w:r>
        <w:t>to scare ourselves!</w:t>
      </w:r>
    </w:p>
    <w:p>
      <w:r>
        <w:t>Who will trick or treat with me?</w:t>
      </w:r>
      <w:r>
        <w:br/>
      </w:r>
      <w:r>
        <w:t>The first year she was a pumpkin</w:t>
      </w:r>
      <w:r>
        <w:br/>
      </w:r>
      <w:r>
        <w:t>and she donned a bright orange smock.</w:t>
      </w:r>
      <w:r>
        <w:br/>
      </w:r>
      <w:r>
        <w:t>Her daddy took her trick-or-treating,</w:t>
      </w:r>
      <w:r>
        <w:br/>
      </w:r>
      <w:r>
        <w:t>though she had not learned to walk.</w:t>
      </w:r>
      <w:r>
        <w:br/>
      </w:r>
      <w:r>
        <w:t>The next year she was a bunny</w:t>
      </w:r>
      <w:r>
        <w:br/>
      </w:r>
      <w:r>
        <w:t>and on one leg, she would hop</w:t>
      </w:r>
      <w:r>
        <w:br/>
      </w:r>
      <w:r>
        <w:t>while her left ear stood up straight</w:t>
      </w:r>
      <w:r>
        <w:br/>
      </w:r>
      <w:r>
        <w:t>and the right would swing and flop.</w:t>
      </w:r>
      <w:r>
        <w:br/>
      </w:r>
      <w:r>
        <w:t>Then a bride costume from Grandpa;</w:t>
      </w:r>
      <w:r>
        <w:br/>
      </w:r>
      <w:r>
        <w:t>a long skirt and lacy blouse,</w:t>
      </w:r>
      <w:r>
        <w:br/>
      </w:r>
      <w:r>
        <w:t>but she tripped over the train...</w:t>
      </w:r>
      <w:r>
        <w:br/>
      </w:r>
      <w:r>
        <w:t>so daddy carried her to each house.</w:t>
      </w:r>
      <w:r>
        <w:br/>
      </w:r>
      <w:r>
        <w:t>The fourth year brought us Lion King</w:t>
      </w:r>
      <w:r>
        <w:br/>
      </w:r>
      <w:r>
        <w:t>and she roared both day and night.</w:t>
      </w:r>
      <w:r>
        <w:br/>
      </w:r>
      <w:r>
        <w:t>She was either "Simba" or was "Nala."</w:t>
      </w:r>
      <w:r>
        <w:br/>
      </w:r>
      <w:r>
        <w:t>(I never could get that right!)</w:t>
      </w:r>
      <w:r>
        <w:br/>
      </w:r>
      <w:r>
        <w:t>The next Halloween as she got dressed,</w:t>
      </w:r>
      <w:r>
        <w:br/>
      </w:r>
      <w:r>
        <w:t>she just kept on asking why - -</w:t>
      </w:r>
      <w:r>
        <w:br/>
      </w:r>
      <w:r>
        <w:t>if she was indeed "Supergirl,"</w:t>
      </w:r>
      <w:r>
        <w:br/>
      </w:r>
      <w:r>
        <w:t>why then could she not fly?</w:t>
      </w:r>
      <w:r>
        <w:br/>
      </w:r>
      <w:r>
        <w:t>Her sixth year, she was all in pink</w:t>
      </w:r>
      <w:r>
        <w:br/>
      </w:r>
      <w:r>
        <w:t>protecting us all from danger,</w:t>
      </w:r>
      <w:r>
        <w:br/>
      </w:r>
      <w:r>
        <w:t>as she kicked and "karate-chopped" the air</w:t>
      </w:r>
      <w:r>
        <w:br/>
      </w:r>
      <w:r>
        <w:t>as "Kimberly, the Power Ranger."</w:t>
      </w:r>
      <w:r>
        <w:br/>
      </w:r>
      <w:r>
        <w:t>When she was seven, she wore a yellow gown.</w:t>
      </w:r>
      <w:r>
        <w:br/>
      </w:r>
      <w:r>
        <w:t>She was "Beauty," to say the least,</w:t>
      </w:r>
      <w:r>
        <w:br/>
      </w:r>
      <w:r>
        <w:t>insisting that her little sister,</w:t>
      </w:r>
      <w:r>
        <w:br/>
      </w:r>
      <w:r>
        <w:t>by default, was the "Beast."</w:t>
      </w:r>
      <w:r>
        <w:br/>
      </w:r>
      <w:r>
        <w:t>In my heart I knew the time would come;</w:t>
      </w:r>
      <w:r>
        <w:br/>
      </w:r>
      <w:r>
        <w:t>and this year our walk together ends.</w:t>
      </w:r>
      <w:r>
        <w:br/>
      </w:r>
      <w:r>
        <w:t>She said, "it's not cool for mom to go;</w:t>
      </w:r>
      <w:r>
        <w:br/>
      </w:r>
      <w:r>
        <w:t>I want to walk with all my friends."</w:t>
      </w:r>
      <w:r>
        <w:br/>
      </w:r>
      <w:r>
        <w:t>So, I'm figuring out what I will say;</w:t>
      </w:r>
      <w:r>
        <w:br/>
      </w:r>
      <w:r>
        <w:t>rehearsing one excuse after another,</w:t>
      </w:r>
      <w:r>
        <w:br/>
      </w:r>
      <w:r>
        <w:t>in case she notices the "ghost" behind her</w:t>
      </w:r>
      <w:r>
        <w:br/>
      </w:r>
      <w:r>
        <w:t>walks a little bit like her mother!</w:t>
      </w:r>
      <w:r>
        <w:br/>
      </w:r>
      <w:r>
        <w:t>And I still have Halloweens to come;</w:t>
      </w:r>
      <w:r>
        <w:br/>
      </w:r>
      <w:r>
        <w:t>my other daughter is only three.</w:t>
      </w:r>
      <w:r>
        <w:br/>
      </w:r>
      <w:r>
        <w:t>What worries me is...when she grows up,</w:t>
      </w:r>
      <w:r>
        <w:br/>
      </w:r>
      <w:r>
        <w:t>who will trick or treat with me?</w:t>
      </w:r>
    </w:p>
    <w:p>
      <w:r>
        <w:t>Magic mommy kisses</w:t>
      </w:r>
    </w:p>
    <w:p>
      <w:r>
        <w:t>Each night I tuck you into bed</w:t>
      </w:r>
      <w:r>
        <w:br/>
      </w:r>
      <w:r>
        <w:t>I brush my hand across your head</w:t>
      </w:r>
      <w:r>
        <w:br/>
      </w:r>
      <w:r>
        <w:t>and in each tiny little fist</w:t>
      </w:r>
      <w:r>
        <w:br/>
      </w:r>
      <w:r>
        <w:t>I place a magic mommy kiss.</w:t>
      </w:r>
      <w:r>
        <w:br/>
      </w:r>
      <w:r>
        <w:t>Full of love and hope so bright</w:t>
      </w:r>
      <w:r>
        <w:br/>
      </w:r>
      <w:r>
        <w:t>To keep you safely through the night,</w:t>
      </w:r>
      <w:r>
        <w:br/>
      </w:r>
      <w:r>
        <w:t>Mommy kisses in your hand</w:t>
      </w:r>
      <w:r>
        <w:br/>
      </w:r>
      <w:r>
        <w:t>To guide you off to slumberland.</w:t>
      </w:r>
      <w:r>
        <w:br/>
      </w:r>
      <w:r>
        <w:t>If you should dream of monsters mean</w:t>
      </w:r>
      <w:r>
        <w:br/>
      </w:r>
      <w:r>
        <w:t>Or witches with faces masked in green,</w:t>
      </w:r>
      <w:r>
        <w:br/>
      </w:r>
      <w:r>
        <w:t>Of snakes that squeeze you oh-so-tight</w:t>
      </w:r>
      <w:r>
        <w:br/>
      </w:r>
      <w:r>
        <w:t>Or darkness with no sign of light..</w:t>
      </w:r>
      <w:r>
        <w:br/>
      </w:r>
      <w:r>
        <w:t>When nightmares hold you stiff with fear</w:t>
      </w:r>
      <w:r>
        <w:br/>
      </w:r>
      <w:r>
        <w:t>A part of mommy still is near.</w:t>
      </w:r>
      <w:r>
        <w:br/>
      </w:r>
      <w:r>
        <w:t>Just open up your hand and blow</w:t>
      </w:r>
      <w:r>
        <w:br/>
      </w:r>
      <w:r>
        <w:t>One mommy kiss and nightmares go.</w:t>
      </w:r>
    </w:p>
    <w:p>
      <w:pPr>
        <w:pStyle w:val="Heading2"/>
      </w:pPr>
      <w:r>
        <w:t>Mother’s Day</w:t>
      </w:r>
    </w:p>
    <w:p>
      <w:r>
        <w:t>A mothers duty:  Give your children roots, Then give them wings.</w:t>
      </w:r>
      <w:r>
        <w:br/>
      </w:r>
      <w:r>
        <w:t>A Mothers Poem = I will not have a temper tantrum nor stomp across the floor.  I will not pout, scream or shout or kick against the door.  I will not throw my food around nor pick upon another.  I'll always try to be real good because I am the mother.</w:t>
      </w:r>
      <w:r>
        <w:br/>
      </w:r>
      <w:r>
        <w:t>A Mother holds her children's hands for a while...their hearts forever.</w:t>
      </w:r>
      <w:r>
        <w:br/>
      </w:r>
      <w:r>
        <w:t>A mother is a rock in the midst of chaos.</w:t>
      </w:r>
      <w:r>
        <w:br/>
      </w:r>
      <w:r>
        <w:t>A mother is someone with whom you may not see eye to eye, but is someone who will always walk with you arm in arm.</w:t>
      </w:r>
      <w:r>
        <w:br/>
      </w:r>
      <w:r>
        <w:t>A mother makes your heart happy.</w:t>
      </w:r>
      <w:r>
        <w:br/>
      </w:r>
      <w:r>
        <w:t>A wise mother give her children two choices at mealtime....take it or leave it.</w:t>
      </w:r>
      <w:r>
        <w:br/>
      </w:r>
      <w:r>
        <w:t>A Mother's Heart is a Patchwork of Love.</w:t>
      </w:r>
      <w:r>
        <w:br/>
      </w:r>
      <w:r>
        <w:t>A mother's love endures through all.</w:t>
      </w:r>
      <w:r>
        <w:br/>
      </w:r>
      <w:r>
        <w:t>A mother's love lasts forever.</w:t>
      </w:r>
      <w:r>
        <w:br/>
      </w:r>
      <w:r>
        <w:t>All mother's are working mothers.</w:t>
      </w:r>
      <w:r>
        <w:br/>
      </w:r>
      <w:r>
        <w:t>All that I am or hope to be... I owe to my angel mother... (Abraham Lincoln)</w:t>
      </w:r>
      <w:r>
        <w:br/>
      </w:r>
      <w:r>
        <w:t>Ask not what your Mother can do for you, ask what you can do for your Mother.</w:t>
      </w:r>
      <w:r>
        <w:br/>
      </w:r>
      <w:r>
        <w:t>Being a stay at home mom can be really frustrating, especially when others say you don't work !</w:t>
      </w:r>
      <w:r>
        <w:br/>
      </w:r>
      <w:r>
        <w:t>Call your Mother....she cares !</w:t>
      </w:r>
      <w:r>
        <w:br/>
      </w:r>
      <w:r>
        <w:t>Cleaning and scrubbing can wait til tomorrow...For children grow up, we've learned to our sorrow.  So quiet down, cobwebs, dust go to sleep;  I'm rocking my baby, and babies don't keep.</w:t>
      </w:r>
      <w:r>
        <w:br/>
      </w:r>
      <w:r>
        <w:t>Earthly angels are mothers in disguise.</w:t>
      </w:r>
      <w:r>
        <w:br/>
      </w:r>
      <w:r>
        <w:t>Every mother knows when children say they are doing nothing, they are into mischief.</w:t>
      </w:r>
      <w:r>
        <w:br/>
      </w:r>
      <w:r>
        <w:t>God couldn't be everywhere so he created Mothers.  (Grandmothers...Grandfathers...Fathers..etc.)</w:t>
      </w:r>
      <w:r>
        <w:br/>
      </w:r>
      <w:r>
        <w:t>God invented mothers  because he couldn't be everywhere.</w:t>
      </w:r>
      <w:r>
        <w:br/>
      </w:r>
      <w:r>
        <w:t>God made you my Mother....Love made you  my Friend.</w:t>
      </w:r>
      <w:r>
        <w:br/>
      </w:r>
      <w:r>
        <w:t>House Rules:  #1 Mom's the Boss  #2 See Rule #1</w:t>
      </w:r>
      <w:r>
        <w:br/>
      </w:r>
      <w:r>
        <w:t>I smile because I am your Mother. I laugh because you can't do anything about it.</w:t>
      </w:r>
      <w:r>
        <w:br/>
      </w:r>
      <w:r>
        <w:t>If at first you don't succeed.....Do it like your Mother told you.</w:t>
      </w:r>
      <w:r>
        <w:br/>
      </w:r>
      <w:r>
        <w:t>If Mama ain't happy, ain't nobody happy !!</w:t>
      </w:r>
      <w:r>
        <w:br/>
      </w:r>
      <w:r>
        <w:t>M is for MOM....not Maid  !!!</w:t>
      </w:r>
      <w:r>
        <w:br/>
      </w:r>
      <w:r>
        <w:t>Mirror, mirror...on the wall... I am my Mother....after all.</w:t>
      </w:r>
      <w:r>
        <w:br/>
      </w:r>
      <w:r>
        <w:t>Mom stands for Mother...NOT  Made-Of-Money !!!</w:t>
      </w:r>
      <w:r>
        <w:br/>
      </w:r>
      <w:r>
        <w:t>Making the decision to have a child--it's momentous.  It is to decide forever to have your heart go on walking around outside your body.</w:t>
      </w:r>
      <w:r>
        <w:br/>
      </w:r>
      <w:r>
        <w:t>Mom....when thoughts of you are in our hearts we are never far from home.</w:t>
      </w:r>
      <w:r>
        <w:br/>
      </w:r>
      <w:r>
        <w:t>Mom's Commandments</w:t>
      </w:r>
      <w:r>
        <w:br/>
      </w:r>
      <w:r>
        <w:t>I.  Shut the door.</w:t>
      </w:r>
      <w:r>
        <w:br/>
      </w:r>
      <w:r>
        <w:t>II.  Finish your chores.</w:t>
      </w:r>
      <w:r>
        <w:br/>
      </w:r>
      <w:r>
        <w:t>III.  Make your bed.</w:t>
      </w:r>
      <w:r>
        <w:br/>
      </w:r>
      <w:r>
        <w:t>IV.  Leave unkind words unsaid.</w:t>
      </w:r>
      <w:r>
        <w:br/>
      </w:r>
      <w:r>
        <w:t>V.  Pick up your mess.</w:t>
      </w:r>
      <w:r>
        <w:br/>
      </w:r>
      <w:r>
        <w:t>VI.  Be neat in your dress.</w:t>
      </w:r>
      <w:r>
        <w:br/>
      </w:r>
      <w:r>
        <w:t>VII.  Thou shalt not tease.</w:t>
      </w:r>
      <w:r>
        <w:br/>
      </w:r>
      <w:r>
        <w:t>VIII.  Wash your hands please.</w:t>
      </w:r>
      <w:r>
        <w:br/>
      </w:r>
      <w:r>
        <w:t>IX.  Love one another.</w:t>
      </w:r>
      <w:r>
        <w:br/>
      </w:r>
      <w:r>
        <w:t>X.  Especially your Mother.</w:t>
      </w:r>
      <w:r>
        <w:br/>
      </w:r>
      <w:r>
        <w:t>Most mothers hate four letter words...especially cook, wash, iron and dust !</w:t>
      </w:r>
      <w:r>
        <w:br/>
      </w:r>
      <w:r>
        <w:t>Mother is another word for Angel.</w:t>
      </w:r>
      <w:r>
        <w:br/>
      </w:r>
      <w:r>
        <w:t>Mother</w:t>
      </w:r>
      <w:r>
        <w:br/>
      </w:r>
      <w:r>
        <w:t>Marvelous</w:t>
      </w:r>
      <w:r>
        <w:br/>
      </w:r>
      <w:r>
        <w:t>Original</w:t>
      </w:r>
      <w:r>
        <w:br/>
      </w:r>
      <w:r>
        <w:t>True blue</w:t>
      </w:r>
      <w:r>
        <w:br/>
      </w:r>
      <w:r>
        <w:t>Heaven sent</w:t>
      </w:r>
      <w:r>
        <w:br/>
      </w:r>
      <w:r>
        <w:t>Encouraging</w:t>
      </w:r>
      <w:r>
        <w:br/>
      </w:r>
      <w:r>
        <w:t>Ray of sunshine</w:t>
      </w:r>
      <w:r>
        <w:br/>
      </w:r>
      <w:r>
        <w:t>Motherhood is like being pecked to death by chickens.</w:t>
      </w:r>
      <w:r>
        <w:br/>
      </w:r>
      <w:r>
        <w:t>Mother's are a rose in the garden of life.</w:t>
      </w:r>
      <w:r>
        <w:br/>
      </w:r>
      <w:r>
        <w:t>Mother's have heaven right under their feet !</w:t>
      </w:r>
      <w:r>
        <w:br/>
      </w:r>
      <w:r>
        <w:t>Mother's Message</w:t>
      </w:r>
      <w:r>
        <w:br/>
      </w:r>
      <w:r>
        <w:t>I said NO.....and I meant it!!</w:t>
      </w:r>
      <w:r>
        <w:br/>
      </w:r>
      <w:r>
        <w:t>Because I'm the Mom.....that's why!!</w:t>
      </w:r>
      <w:r>
        <w:br/>
      </w:r>
      <w:r>
        <w:t>1...2...3...3 1/2.....</w:t>
      </w:r>
      <w:r>
        <w:br/>
      </w:r>
      <w:r>
        <w:t>Go ask your Dad.....!!</w:t>
      </w:r>
      <w:r>
        <w:br/>
      </w:r>
      <w:r>
        <w:t>I love you...!!</w:t>
      </w:r>
      <w:r>
        <w:br/>
      </w:r>
      <w:r>
        <w:t>Mothers of teenagers know why animals eat their young.</w:t>
      </w:r>
      <w:r>
        <w:br/>
      </w:r>
      <w:r>
        <w:t>The mother of boys work son-up to son-down.</w:t>
      </w:r>
      <w:r>
        <w:br/>
      </w:r>
      <w:r>
        <w:t>There's a special place in heaven for the mother of two boys.</w:t>
      </w:r>
      <w:r>
        <w:br/>
      </w:r>
      <w:r>
        <w:t>Mother-in-Law Poem = You are the mother I received the day I wed your son.  And I just want to thank you, mom, for the things that you have done.  You have given me a gracious man with whom I share my life.  You are his lovely mother and I his lucky wife.  You use to pat his little head and now I hold his hand.  You raised in love a little boy then gave me a man.</w:t>
      </w:r>
      <w:r>
        <w:br/>
      </w:r>
      <w:r>
        <w:t>The only thing better than having you for my mother, is my children having you for a grandmother.</w:t>
      </w:r>
      <w:r>
        <w:br/>
      </w:r>
      <w:r>
        <w:t>The only thing some moms want for their birthdays is not to be reminded of it.</w:t>
      </w:r>
      <w:r>
        <w:br/>
      </w:r>
      <w:r>
        <w:t>There are three ways to get something done:  hire someone to do it, do it yourself, or forbid your kids to do it !</w:t>
      </w:r>
      <w:r>
        <w:br/>
      </w:r>
      <w:r>
        <w:t>When you are a mother, you are never really alone in your thoughts.  You are connected to your child and to all those who touch your lives.  A mother always has to think twice, once for herself and once for her child. (Sophia Loren)</w:t>
      </w:r>
      <w:r>
        <w:br/>
      </w:r>
      <w:r>
        <w:t>Who takes a child by the hand, takes the mother by the heart.</w:t>
      </w:r>
      <w:r>
        <w:br/>
      </w:r>
      <w:r>
        <w:t>You tickled my toes...Checked for monsters, Showed me the stars...And taught me how to reach them...I love you ...Mom !!</w:t>
      </w:r>
    </w:p>
    <w:p>
      <w:pPr>
        <w:pStyle w:val="Heading2"/>
      </w:pPr>
      <w:r>
        <w:t>New Year</w:t>
      </w:r>
    </w:p>
    <w:p>
      <w:r>
        <w:t>Cheers to the New Year</w:t>
      </w:r>
    </w:p>
    <w:p>
      <w:r>
        <w:t>Midnight Kiss</w:t>
      </w:r>
    </w:p>
    <w:p>
      <w:r>
        <w:t>Ten, nine, eight…</w:t>
      </w:r>
    </w:p>
    <w:p>
      <w:r>
        <w:t>A New Beginning</w:t>
      </w:r>
    </w:p>
    <w:p>
      <w:r>
        <w:t>Millennium Magic</w:t>
      </w:r>
    </w:p>
    <w:p>
      <w:r>
        <w:t>New Year's Resolution</w:t>
      </w:r>
    </w:p>
    <w:p>
      <w:r>
        <w:t>Tonight we're gonna party like it's 1999</w:t>
      </w:r>
    </w:p>
    <w:p>
      <w:r>
        <w:t>This scrapbook page is Y2K compliant</w:t>
      </w:r>
    </w:p>
    <w:p>
      <w:r>
        <w:t>New Year</w:t>
      </w:r>
      <w:r>
        <w:br/>
      </w:r>
      <w:r>
        <w:t>A year to be glad in,</w:t>
      </w:r>
      <w:r>
        <w:br/>
      </w:r>
      <w:r>
        <w:t>And not to be sad in,</w:t>
      </w:r>
      <w:r>
        <w:br/>
      </w:r>
      <w:r>
        <w:t>To gain in, to give in,</w:t>
      </w:r>
      <w:r>
        <w:br/>
      </w:r>
      <w:r>
        <w:t>A happy new year.</w:t>
      </w:r>
      <w:r>
        <w:br/>
      </w:r>
      <w:r>
        <w:t>A new year for trying,</w:t>
      </w:r>
      <w:r>
        <w:br/>
      </w:r>
      <w:r>
        <w:t>And never for sighing,</w:t>
      </w:r>
      <w:r>
        <w:br/>
      </w:r>
      <w:r>
        <w:t>A new year to live in,</w:t>
      </w:r>
      <w:r>
        <w:br/>
      </w:r>
      <w:r>
        <w:t>Oh, hold it most dear.</w:t>
      </w:r>
    </w:p>
    <w:p>
      <w:pPr>
        <w:pStyle w:val="Heading2"/>
      </w:pPr>
      <w:r>
        <w:t>Reindeer</w:t>
      </w:r>
    </w:p>
    <w:p>
      <w:r>
        <w:t>Darn Lights !!!</w:t>
      </w:r>
      <w:r>
        <w:br/>
      </w:r>
      <w:r>
        <w:t>Reindeer Feed - 5 cents per lb.</w:t>
      </w:r>
      <w:r>
        <w:br/>
      </w:r>
      <w:r>
        <w:t>Reindeer Food Poem = Make a wish and close your eyes tight.  Then sprinkle on your lawn at night.  As Santa's reindeer fly and roam, this food will guide them home !</w:t>
      </w:r>
      <w:r>
        <w:br/>
      </w:r>
      <w:r>
        <w:t>Reindeer Lane = roof-top parking</w:t>
      </w:r>
      <w:r>
        <w:br/>
      </w:r>
      <w:r>
        <w:t>Santa's Buddies</w:t>
      </w:r>
      <w:r>
        <w:br/>
      </w:r>
      <w:r>
        <w:t>You've been naughty, so here's the scoop...All you get is reindeer poop.</w:t>
      </w:r>
    </w:p>
    <w:p>
      <w:pPr>
        <w:pStyle w:val="Heading2"/>
      </w:pPr>
      <w:r>
        <w:t>Santa</w:t>
      </w:r>
    </w:p>
    <w:p>
      <w:r>
        <w:t>Be naughty....save Santa the trip !!</w:t>
      </w:r>
      <w:r>
        <w:br/>
      </w:r>
      <w:r>
        <w:t>Dear Santa:  I want it ALL !!</w:t>
      </w:r>
      <w:r>
        <w:br/>
      </w:r>
      <w:r>
        <w:t>Free the ELVES !!</w:t>
      </w:r>
      <w:r>
        <w:br/>
      </w:r>
      <w:r>
        <w:t>Jolly "Fat" Men ....Welcome Here !!</w:t>
      </w:r>
      <w:r>
        <w:br/>
      </w:r>
      <w:r>
        <w:t>Ho-Ho Holiday !!</w:t>
      </w:r>
      <w:r>
        <w:br/>
      </w:r>
      <w:r>
        <w:t>Santa is coming to town.</w:t>
      </w:r>
      <w:r>
        <w:br/>
      </w:r>
      <w:r>
        <w:t>This house believes in Santa.</w:t>
      </w:r>
      <w:r>
        <w:br/>
      </w:r>
      <w:r>
        <w:t>Will work for milk and cookies !!</w:t>
      </w:r>
      <w:r>
        <w:br/>
      </w:r>
      <w:r>
        <w:t>Be naughty....save Santa the trip !!</w:t>
      </w:r>
    </w:p>
    <w:p>
      <w:r>
        <w:t>Dear Santa:  I want it ALL !!</w:t>
      </w:r>
    </w:p>
    <w:p>
      <w:r>
        <w:t>Delivered in a "twinkle".</w:t>
      </w:r>
    </w:p>
    <w:p>
      <w:r>
        <w:t>Jolly "Fat" Men ....Welcome Here !!</w:t>
      </w:r>
    </w:p>
    <w:p>
      <w:r>
        <w:t>Ho-Ho Holiday !!</w:t>
      </w:r>
    </w:p>
    <w:p>
      <w:r>
        <w:t>Santa is coming to town.</w:t>
      </w:r>
    </w:p>
    <w:p>
      <w:r>
        <w:t>This house believes in Santa.</w:t>
      </w:r>
    </w:p>
    <w:p>
      <w:r>
        <w:t>Will work for milk and cookies !!</w:t>
      </w:r>
    </w:p>
    <w:p>
      <w:pPr>
        <w:pStyle w:val="Heading2"/>
      </w:pPr>
      <w:r>
        <w:t>Snowmen</w:t>
      </w:r>
    </w:p>
    <w:p>
      <w:r>
        <w:t>A carrot and some coal; to make a winter friend.... add snow !!!</w:t>
      </w:r>
      <w:r>
        <w:br/>
      </w:r>
      <w:r>
        <w:t>A snowman's soul comes from the hearts of the children who made them.</w:t>
      </w:r>
      <w:r>
        <w:br/>
      </w:r>
      <w:r>
        <w:t>Accessorize !  Accessorize !  Accessorize !</w:t>
      </w:r>
      <w:r>
        <w:br/>
      </w:r>
      <w:r>
        <w:t>All FLAKES Welcome !!!</w:t>
      </w:r>
      <w:r>
        <w:br/>
      </w:r>
      <w:r>
        <w:t>For every snowman you've built that's melted away, You've added a snow angel to heaven that day.</w:t>
      </w:r>
    </w:p>
    <w:p>
      <w:r>
        <w:t>A warm welcome...God glows within you...</w:t>
      </w:r>
      <w:r>
        <w:br/>
      </w:r>
      <w:r>
        <w:t>Closed for the season....  Reason??  Freezin'  ....!!</w:t>
      </w:r>
      <w:r>
        <w:br/>
      </w:r>
      <w:r>
        <w:t>Cold nose.....warm heart  !!</w:t>
      </w:r>
      <w:r>
        <w:br/>
      </w:r>
      <w:r>
        <w:t>Don't get too much sun.</w:t>
      </w:r>
      <w:r>
        <w:br/>
      </w:r>
      <w:r>
        <w:t>Families are Forever...Love Doesn't Melt...</w:t>
      </w:r>
      <w:r>
        <w:br/>
      </w:r>
      <w:r>
        <w:t>Flurries forever...</w:t>
      </w:r>
      <w:r>
        <w:br/>
      </w:r>
      <w:r>
        <w:t>Free Snow !! Shovel all you want !!</w:t>
      </w:r>
      <w:r>
        <w:br/>
      </w:r>
      <w:r>
        <w:t>Hold your ground, even when the heat is on.</w:t>
      </w:r>
      <w:r>
        <w:br/>
      </w:r>
      <w:r>
        <w:t>I hear that you've been naughty... So listen...here's the scoop. Santa's low on coal this year... So you get Snowman poop.</w:t>
      </w:r>
      <w:r>
        <w:br/>
      </w:r>
      <w:r>
        <w:t>I made myself a snowball, as perfect as could be, I thought I'd keep it as a pet, And let it sleep with me. I made it some pajamas, and a pillow for it's head. Then last night it ran away, But first - it wet the bed.</w:t>
      </w:r>
      <w:r>
        <w:br/>
      </w:r>
      <w:r>
        <w:t>In the meadow, we can build a snowman....</w:t>
      </w:r>
      <w:r>
        <w:br/>
      </w:r>
      <w:r>
        <w:t>I'm  a really nice guy, just a little flaky !</w:t>
      </w:r>
      <w:r>
        <w:br/>
      </w:r>
      <w:r>
        <w:t>In each life...a little snow must fall.</w:t>
      </w:r>
      <w:r>
        <w:br/>
      </w:r>
      <w:r>
        <w:t>It takes a few extra rolls to make a good midsection.</w:t>
      </w:r>
      <w:r>
        <w:br/>
      </w:r>
      <w:r>
        <w:t>It's embarrassing when you can't look down and see your feet.</w:t>
      </w:r>
      <w:r>
        <w:br/>
      </w:r>
      <w:r>
        <w:t>It's fun to hang out in your front yard.</w:t>
      </w:r>
      <w:r>
        <w:br/>
      </w:r>
      <w:r>
        <w:t>It's okay if you're a little bottom heavy.</w:t>
      </w:r>
      <w:r>
        <w:br/>
      </w:r>
      <w:r>
        <w:t>It's Snowtime  !!!!</w:t>
      </w:r>
      <w:r>
        <w:br/>
      </w:r>
      <w:r>
        <w:t>Make new friends... (- picture of two snowmen putting a third one together)</w:t>
      </w:r>
      <w:r>
        <w:br/>
      </w:r>
      <w:r>
        <w:t>Melting Contest (depicting 3 snowmen)</w:t>
      </w:r>
      <w:r>
        <w:br/>
      </w:r>
      <w:r>
        <w:t>My heart belongs to old man winter.</w:t>
      </w:r>
      <w:r>
        <w:br/>
      </w:r>
      <w:r>
        <w:t>Party till you MELT !!</w:t>
      </w:r>
      <w:r>
        <w:br/>
      </w:r>
      <w:r>
        <w:t>Shaped from the cold by the warmth of young hearts.</w:t>
      </w:r>
      <w:r>
        <w:br/>
      </w:r>
      <w:r>
        <w:t>Sleds 4 Rent</w:t>
      </w:r>
      <w:r>
        <w:br/>
      </w:r>
      <w:r>
        <w:t>Snowballs for Sale...!!</w:t>
      </w:r>
      <w:r>
        <w:br/>
      </w:r>
      <w:r>
        <w:t>Snowbirds welcome.</w:t>
      </w:r>
      <w:r>
        <w:br/>
      </w:r>
      <w:r>
        <w:t>Snow cones for Sale...!!</w:t>
      </w:r>
      <w:r>
        <w:br/>
      </w:r>
      <w:r>
        <w:t>Snow cones   5 cents</w:t>
      </w:r>
      <w:r>
        <w:br/>
      </w:r>
      <w:r>
        <w:t>Snowed Inn...Vacancy !!!</w:t>
      </w:r>
      <w:r>
        <w:br/>
      </w:r>
      <w:r>
        <w:t>Snowball Fight Tonight !!</w:t>
      </w:r>
      <w:r>
        <w:br/>
      </w:r>
      <w:r>
        <w:t>"Snowflakes for Sale"</w:t>
      </w:r>
      <w:r>
        <w:br/>
      </w:r>
      <w:r>
        <w:t>Snowflakes are kisses from heaven...</w:t>
      </w:r>
      <w:r>
        <w:br/>
      </w:r>
      <w:r>
        <w:t>Snowflakes are life's most delicate creation, but look what they can do when they stick together !</w:t>
      </w:r>
      <w:r>
        <w:br/>
      </w:r>
      <w:r>
        <w:t>Snowman's Prayer  = Please freeze. Amen.</w:t>
      </w:r>
      <w:r>
        <w:br/>
      </w:r>
      <w:r>
        <w:t>Snowmen are the Coolest !!!</w:t>
      </w:r>
      <w:r>
        <w:br/>
      </w:r>
      <w:r>
        <w:t>Snowmen aren't forever...but Christmas memories are...</w:t>
      </w:r>
      <w:r>
        <w:br/>
      </w:r>
      <w:r>
        <w:t>Snowmen collector's are a little bit flakey !!</w:t>
      </w:r>
      <w:r>
        <w:br/>
      </w:r>
      <w:r>
        <w:t>Snowmen fall from heaven...unassembled...!!!</w:t>
      </w:r>
      <w:r>
        <w:br/>
      </w:r>
      <w:r>
        <w:t>Snow Happens...!!</w:t>
      </w:r>
      <w:r>
        <w:br/>
      </w:r>
      <w:r>
        <w:t>Snowmen melt my Heart....</w:t>
      </w:r>
      <w:r>
        <w:br/>
      </w:r>
      <w:r>
        <w:t>Snow watchers for hire....!!</w:t>
      </w:r>
      <w:r>
        <w:br/>
      </w:r>
      <w:r>
        <w:t>Snowed Under !!!</w:t>
      </w:r>
      <w:r>
        <w:br/>
      </w:r>
      <w:r>
        <w:t>Some of my best friends are flakes !!</w:t>
      </w:r>
      <w:r>
        <w:br/>
      </w:r>
      <w:r>
        <w:t>Star Light, Star Bright, Please don't let me melt tonight !</w:t>
      </w:r>
      <w:r>
        <w:br/>
      </w:r>
      <w:r>
        <w:t>Starlight, star bright... Watch our snowmen overnight ...</w:t>
      </w:r>
      <w:r>
        <w:br/>
      </w:r>
      <w:r>
        <w:t>The key to life is to be a jolly, happy soul !</w:t>
      </w:r>
      <w:r>
        <w:br/>
      </w:r>
      <w:r>
        <w:t>The perfect man: He's well rounded and comes with his own broom.</w:t>
      </w:r>
      <w:r>
        <w:br/>
      </w:r>
      <w:r>
        <w:t>There's nobuddy....like a snowbuddy !!!</w:t>
      </w:r>
      <w:r>
        <w:br/>
      </w:r>
      <w:r>
        <w:t>There's no people.....like snowpeople  !</w:t>
      </w:r>
      <w:r>
        <w:br/>
      </w:r>
      <w:r>
        <w:t>There's no stopping you once you're on a roll.</w:t>
      </w:r>
      <w:r>
        <w:br/>
      </w:r>
      <w:r>
        <w:t>There's nothing better that a foul weather friend.</w:t>
      </w:r>
      <w:r>
        <w:br/>
      </w:r>
      <w:r>
        <w:t>There's Snowplace Like Home For Christmas !!</w:t>
      </w:r>
      <w:r>
        <w:br/>
      </w:r>
      <w:r>
        <w:t>Wanted:  Magic Hat</w:t>
      </w:r>
      <w:r>
        <w:br/>
      </w:r>
      <w:r>
        <w:t>Wearing white is always appropriate.</w:t>
      </w:r>
      <w:r>
        <w:br/>
      </w:r>
      <w:r>
        <w:t>We're all made up of mostly water.</w:t>
      </w:r>
      <w:r>
        <w:br/>
      </w:r>
      <w:r>
        <w:t>Where does the white go when the snow melts???</w:t>
      </w:r>
      <w:r>
        <w:br/>
      </w:r>
      <w:r>
        <w:t>Where is my magic hat...???</w:t>
      </w:r>
      <w:r>
        <w:br/>
      </w:r>
      <w:r>
        <w:t>(This is a little scene that can be painted....A snowman looking into a stocking, seeing two lumps of coal. "What's this?? Two lumps of coal??"  Putting the coals to where his eyes should be... "I can see !!"   the snowman shouts....)</w:t>
      </w:r>
      <w:r>
        <w:br/>
      </w:r>
      <w:r>
        <w:t>Will work for freezer space ~!~ (this saying was sent by a lady whose hubby works in a freezer.... she made a snowman for the office)</w:t>
      </w:r>
      <w:r>
        <w:br/>
      </w:r>
      <w:r>
        <w:t>Winter is the best of the four seasons.</w:t>
      </w:r>
      <w:r>
        <w:br/>
      </w:r>
      <w:r>
        <w:t>You know you've made it  when they write a song about you.</w:t>
      </w:r>
      <w:r>
        <w:br/>
      </w:r>
      <w:r>
        <w:t>You've been naughty so here's the scoop, you get nothing but snowman poop !</w:t>
      </w:r>
    </w:p>
    <w:p>
      <w:pPr>
        <w:pStyle w:val="Heading2"/>
      </w:pPr>
      <w:r>
        <w:t>Thanksgiving</w:t>
      </w:r>
    </w:p>
    <w:p>
      <w:r>
        <w:t>Feast with the Pilgrims.</w:t>
      </w:r>
      <w:r>
        <w:br/>
      </w:r>
      <w:r>
        <w:t>Gather together....with thankful hearts.</w:t>
      </w:r>
      <w:r>
        <w:br/>
      </w:r>
      <w:r>
        <w:t>Give Thanks !!</w:t>
      </w:r>
      <w:r>
        <w:br/>
      </w:r>
      <w:r>
        <w:t>Give thanks with a grateful heart.</w:t>
      </w:r>
      <w:r>
        <w:br/>
      </w:r>
      <w:r>
        <w:t>Giving thanks for the simple things in life.</w:t>
      </w:r>
      <w:r>
        <w:br/>
      </w:r>
      <w:r>
        <w:t>Gobble 'till you wobble !!</w:t>
      </w:r>
      <w:r>
        <w:br/>
      </w:r>
      <w:r>
        <w:t>Have a good fall...Ya'll !!</w:t>
      </w:r>
      <w:r>
        <w:br/>
      </w:r>
      <w:r>
        <w:t>May the bounty of the season fill your heart and your home.</w:t>
      </w:r>
      <w:r>
        <w:br/>
      </w:r>
      <w:r>
        <w:t>Save a Turkey !! Send out for Pizza !!</w:t>
      </w:r>
      <w:r>
        <w:br/>
      </w:r>
      <w:r>
        <w:t>Share your Blessings</w:t>
      </w:r>
      <w:r>
        <w:br/>
      </w:r>
      <w:r>
        <w:t>Thanksgiving is not a time of the year....but an attitude of the heart.</w:t>
      </w:r>
      <w:r>
        <w:br/>
      </w:r>
      <w:r>
        <w:t>Turkey Time</w:t>
      </w:r>
    </w:p>
    <w:p>
      <w:r>
        <w:t>Gobble, Gobble</w:t>
      </w:r>
    </w:p>
    <w:p>
      <w:r>
        <w:t>If Turkeys Thought</w:t>
      </w:r>
      <w:r>
        <w:br/>
      </w:r>
      <w:r>
        <w:t>If turkeys thought, they'd run away,</w:t>
      </w:r>
      <w:r>
        <w:br/>
      </w:r>
      <w:r>
        <w:t>A week before Thanksgiving Day.</w:t>
      </w:r>
      <w:r>
        <w:br/>
      </w:r>
      <w:r>
        <w:t>But turkeys can't anticipate,</w:t>
      </w:r>
      <w:r>
        <w:br/>
      </w:r>
      <w:r>
        <w:t>And so there's turkey on my plate!</w:t>
      </w:r>
    </w:p>
    <w:p>
      <w:r>
        <w:t>The turkey is a funny bird</w:t>
      </w:r>
      <w:r>
        <w:br/>
      </w:r>
      <w:r>
        <w:t>Its head goes bobble-bobble;</w:t>
      </w:r>
      <w:r>
        <w:br/>
      </w:r>
      <w:r>
        <w:t>And all he knows is just one word...</w:t>
      </w:r>
      <w:r>
        <w:br/>
      </w:r>
      <w:r>
        <w:t>And that is</w:t>
      </w:r>
      <w:r>
        <w:br/>
      </w:r>
      <w:r>
        <w:t>Gobble-gobble!</w:t>
      </w:r>
    </w:p>
    <w:p>
      <w:r>
        <w:t>Let’s Talk Turkey!</w:t>
      </w:r>
    </w:p>
    <w:p>
      <w:r>
        <w:t>Turkey Day</w:t>
      </w:r>
    </w:p>
    <w:p>
      <w:r>
        <w:t>Let's Give Thanks!</w:t>
      </w:r>
    </w:p>
    <w:p>
      <w:r>
        <w:t>Tons of turkey!</w:t>
      </w:r>
    </w:p>
    <w:p>
      <w:r>
        <w:t>Thanksgiving Time</w:t>
      </w:r>
    </w:p>
    <w:p>
      <w:r>
        <w:t>We are Thankful for… (next to pics each person says why they are thankful)</w:t>
      </w:r>
    </w:p>
    <w:p>
      <w:r>
        <w:t>Count Your Blessings</w:t>
      </w:r>
    </w:p>
    <w:p>
      <w:r>
        <w:t>We Give Thanks</w:t>
      </w:r>
    </w:p>
    <w:p>
      <w:r>
        <w:t>Gobble 'til you wobble</w:t>
      </w:r>
    </w:p>
    <w:p>
      <w:r>
        <w:t>Friends, Family, Food, and Football!</w:t>
      </w:r>
    </w:p>
    <w:p>
      <w:r>
        <w:t>A time to give thanks</w:t>
      </w:r>
    </w:p>
    <w:p>
      <w:r>
        <w:t>A Bunch of Turkeys</w:t>
      </w:r>
    </w:p>
    <w:p>
      <w:r>
        <w:t>So much to be thankful for</w:t>
      </w:r>
    </w:p>
    <w:p>
      <w:r>
        <w:t>Thanksgiving Bounty</w:t>
      </w:r>
    </w:p>
    <w:p>
      <w:pPr>
        <w:pStyle w:val="Heading2"/>
      </w:pPr>
      <w:r>
        <w:t>Valentines Day</w:t>
      </w:r>
    </w:p>
    <w:p>
      <w:r>
        <w:t>Valentines, valentines</w:t>
      </w:r>
      <w:r>
        <w:br/>
      </w:r>
      <w:r>
        <w:t>Red, white and blue</w:t>
      </w:r>
      <w:r>
        <w:br/>
      </w:r>
      <w:r>
        <w:t>I'll make a nice one</w:t>
      </w:r>
      <w:r>
        <w:br/>
      </w:r>
      <w:r>
        <w:t>And send it to you.</w:t>
      </w:r>
    </w:p>
    <w:p>
      <w:r>
        <w:t>Red Hot, Get Me!</w:t>
      </w:r>
    </w:p>
    <w:p>
      <w:r>
        <w:t>I love you!</w:t>
      </w:r>
    </w:p>
    <w:p>
      <w:r>
        <w:t>My heart belongs to you!</w:t>
      </w:r>
    </w:p>
    <w:p>
      <w:r>
        <w:t>Kiss me!</w:t>
      </w:r>
      <w:r>
        <w:br/>
      </w:r>
      <w:r>
        <w:t>You're a special friend of mine,</w:t>
      </w:r>
      <w:r>
        <w:br/>
      </w:r>
      <w:r>
        <w:t>Friend of mine, friend of mine,</w:t>
      </w:r>
      <w:r>
        <w:br/>
      </w:r>
      <w:r>
        <w:t>You're a special friend of mine,</w:t>
      </w:r>
      <w:r>
        <w:br/>
      </w:r>
      <w:r>
        <w:t>Be my Valentine.</w:t>
      </w:r>
    </w:p>
    <w:p>
      <w:r>
        <w:t>To each and every friend of mine</w:t>
      </w:r>
      <w:r>
        <w:br/>
      </w:r>
      <w:r>
        <w:t>I'll send a lovely valentine.</w:t>
      </w:r>
      <w:r>
        <w:br/>
      </w:r>
      <w:r>
        <w:t>Mom, Dad, Sis, and Brother, too.</w:t>
      </w:r>
      <w:r>
        <w:br/>
      </w:r>
      <w:r>
        <w:t>Will receive a heart that says,</w:t>
      </w:r>
      <w:r>
        <w:br/>
      </w:r>
      <w:r>
        <w:t>"I love you."</w:t>
      </w:r>
    </w:p>
    <w:p>
      <w:r>
        <w:t>To My Valentine</w:t>
      </w:r>
      <w:r>
        <w:br/>
      </w:r>
      <w:r>
        <w:t>If apples were pears</w:t>
      </w:r>
      <w:r>
        <w:br/>
      </w:r>
      <w:r>
        <w:t>And peaches were plums</w:t>
      </w:r>
      <w:r>
        <w:br/>
      </w:r>
      <w:r>
        <w:t>And the rose had a different name.</w:t>
      </w:r>
      <w:r>
        <w:br/>
      </w:r>
      <w:r>
        <w:t>If tigers were bears</w:t>
      </w:r>
      <w:r>
        <w:br/>
      </w:r>
      <w:r>
        <w:t>And fingers were thumbs</w:t>
      </w:r>
      <w:r>
        <w:br/>
      </w:r>
      <w:r>
        <w:t>I'd love you just the same.</w:t>
      </w:r>
    </w:p>
    <w:p>
      <w:r>
        <w:t>Valentine so bright and gay,</w:t>
      </w:r>
      <w:r>
        <w:br/>
      </w:r>
      <w:r>
        <w:t>I am sending out today.</w:t>
      </w:r>
      <w:r>
        <w:br/>
      </w:r>
      <w:r>
        <w:t>With the message, "I love you,"</w:t>
      </w:r>
      <w:r>
        <w:br/>
      </w:r>
      <w:r>
        <w:t>Hoping that you love me, too.</w:t>
      </w:r>
    </w:p>
    <w:p>
      <w:pPr>
        <w:pStyle w:val="Heading2"/>
      </w:pPr>
      <w:r>
        <w:t>Seasons</w:t>
      </w:r>
    </w:p>
    <w:p>
      <w:r>
        <w:t>Seasons</w:t>
      </w:r>
      <w:r>
        <w:br/>
      </w:r>
      <w:r>
        <w:t>I'm glad I live</w:t>
      </w:r>
      <w:r>
        <w:br/>
      </w:r>
      <w:r>
        <w:t>Where seasons change -</w:t>
      </w:r>
      <w:r>
        <w:br/>
      </w:r>
      <w:r>
        <w:t>I like my world</w:t>
      </w:r>
      <w:r>
        <w:br/>
      </w:r>
      <w:r>
        <w:t>To rearrange.</w:t>
      </w:r>
    </w:p>
    <w:p>
      <w:pPr>
        <w:pStyle w:val="Heading2"/>
      </w:pPr>
      <w:r>
        <w:t>Seasons – Fall</w:t>
      </w:r>
    </w:p>
    <w:p>
      <w:r>
        <w:t>Happy Harvest</w:t>
      </w:r>
    </w:p>
    <w:p>
      <w:r>
        <w:t>Happy Fall Y'All</w:t>
      </w:r>
    </w:p>
    <w:p>
      <w:r>
        <w:t>Autumn's All Around Us</w:t>
      </w:r>
    </w:p>
    <w:p>
      <w:r>
        <w:t>Busy as Bees Rakin' the Leaves</w:t>
      </w:r>
    </w:p>
    <w:p>
      <w:r>
        <w:t>Here we go a pumpkin pickin'</w:t>
      </w:r>
    </w:p>
    <w:p>
      <w:r>
        <w:t>Piles of Autumn Smiles</w:t>
      </w:r>
    </w:p>
    <w:p>
      <w:r>
        <w:t>A "Crop" of Good Times</w:t>
      </w:r>
    </w:p>
    <w:p>
      <w:r>
        <w:t>Autumn Angels</w:t>
      </w:r>
    </w:p>
    <w:p>
      <w:r>
        <w:t>Fall Fun</w:t>
      </w:r>
    </w:p>
    <w:p>
      <w:r>
        <w:t>Fantastic Fall</w:t>
      </w:r>
    </w:p>
    <w:p>
      <w:r>
        <w:t>September Splendor</w:t>
      </w:r>
    </w:p>
    <w:p>
      <w:r>
        <w:t>The Colors of Fall</w:t>
      </w:r>
    </w:p>
    <w:p>
      <w:r>
        <w:t>Down! Down!  Down, down!  Yellow and brown  The leaves are falling Over the town.</w:t>
      </w:r>
    </w:p>
    <w:p>
      <w:r>
        <w:t>The sunflower children Nod to the sun.  Summer is over, Fall has begun!</w:t>
      </w:r>
    </w:p>
    <w:p>
      <w:r>
        <w:t>Cornflake leaves Upon the trees - Are they a breakfast For the breeze?</w:t>
      </w:r>
    </w:p>
    <w:p>
      <w:r>
        <w:t>The leaves are falling One by one.  Summer's over School's begun.</w:t>
      </w:r>
    </w:p>
    <w:p>
      <w:r>
        <w:t>A fallen leaf is nothing more than a summer's wave goodbye.</w:t>
      </w:r>
    </w:p>
    <w:p>
      <w:r>
        <w:t>Backyard fun!!!</w:t>
      </w:r>
    </w:p>
    <w:p>
      <w:r>
        <w:t>Fall into Autumn</w:t>
      </w:r>
    </w:p>
    <w:p>
      <w:r>
        <w:t>Fall "leaves" Me Happy</w:t>
      </w:r>
    </w:p>
    <w:p>
      <w:r>
        <w:t>It "Leaves" You Breathless</w:t>
      </w:r>
    </w:p>
    <w:p>
      <w:r>
        <w:t>October leaves are lovely They rustle when I run Sometimes I make a heap And jump in them for fun.</w:t>
      </w:r>
    </w:p>
    <w:p>
      <w:r>
        <w:t>Leaf It to Me (Playing in the Leaves)</w:t>
      </w:r>
    </w:p>
    <w:p>
      <w:r>
        <w:t>November- In November Dark comes soon.  We turn on the lights  In the afternoon.</w:t>
      </w:r>
    </w:p>
    <w:p>
      <w:pPr>
        <w:pStyle w:val="Heading2"/>
      </w:pPr>
      <w:r>
        <w:t>Seasons Spring</w:t>
      </w:r>
    </w:p>
    <w:p>
      <w:r>
        <w:t>A very "buzzy" Spring!</w:t>
      </w:r>
    </w:p>
    <w:p>
      <w:r>
        <w:t>April Showers bring May Flowers</w:t>
      </w:r>
    </w:p>
    <w:p>
      <w:r>
        <w:t>April - April is a rainbow month, Of sudden springtime showers.  Bright with golden daffodils and lots of pretty flowers.</w:t>
      </w:r>
    </w:p>
    <w:p>
      <w:r>
        <w:t>Garden of weedin'</w:t>
      </w:r>
    </w:p>
    <w:p>
      <w:r>
        <w:t>Spring has Sprung!</w:t>
      </w:r>
    </w:p>
    <w:p>
      <w:r>
        <w:t>Spring Fever</w:t>
      </w:r>
    </w:p>
    <w:p>
      <w:r>
        <w:t>Colors of Spring</w:t>
      </w:r>
    </w:p>
    <w:p>
      <w:r>
        <w:t>Spring makes the world a happy place You see a smile on every face.  Flowers come out and birds arrive, Oh, isn't it grand to be alive?</w:t>
      </w:r>
    </w:p>
    <w:p>
      <w:r>
        <w:t>Spring Showers</w:t>
      </w:r>
    </w:p>
    <w:p>
      <w:r>
        <w:t>March - March is an in between month, When wintry winds are high.  But milder days remind us all, Spring's coming by and by.</w:t>
      </w:r>
    </w:p>
    <w:p>
      <w:r>
        <w:t>Winds of March, we welcome you, There is work for you to do.  Work and play and blow all day, Blow the winter cold away.</w:t>
      </w:r>
    </w:p>
    <w:p>
      <w:r>
        <w:t>Celebrate Spring!</w:t>
      </w:r>
    </w:p>
    <w:p>
      <w:r>
        <w:t>May - May's a month of happy sounds, The hum of buzzing bees, The chirp of little baby birds And the song of a gentle breeze.</w:t>
      </w:r>
    </w:p>
    <w:p>
      <w:r>
        <w:t>Spring is in the Air</w:t>
      </w:r>
    </w:p>
    <w:p>
      <w:pPr>
        <w:pStyle w:val="Heading2"/>
      </w:pPr>
      <w:r>
        <w:t>Seasons Summer</w:t>
      </w:r>
    </w:p>
    <w:p>
      <w:r>
        <w:t>Fun In The Sun</w:t>
      </w:r>
    </w:p>
    <w:p>
      <w:r>
        <w:t>The Great Outdoors</w:t>
      </w:r>
    </w:p>
    <w:p>
      <w:r>
        <w:t>In the summer when the days are hot, I like to find a shady spot, And hardly move a single bit And sit, and sit, and sit, and sit.</w:t>
      </w:r>
    </w:p>
    <w:p>
      <w:r>
        <w:t>The summer sun in the sky, Shining, shining up so high Makes it warm for outside fun.  To play at the park and run, To swim and hike and fish, And to go on a picnic if you wish.</w:t>
      </w:r>
    </w:p>
    <w:p>
      <w:r>
        <w:t>A Day at the Beach</w:t>
      </w:r>
    </w:p>
    <w:p>
      <w:r>
        <w:t>Summer Nights</w:t>
      </w:r>
    </w:p>
    <w:p>
      <w:r>
        <w:t>Making a Splash</w:t>
      </w:r>
    </w:p>
    <w:p>
      <w:r>
        <w:t>In Your Own Backyard</w:t>
      </w:r>
    </w:p>
    <w:p>
      <w:r>
        <w:t>Driveway Play</w:t>
      </w:r>
    </w:p>
    <w:p>
      <w:r>
        <w:t>Summer Sports</w:t>
      </w:r>
    </w:p>
    <w:p>
      <w:r>
        <w:t>Daytime Adventures</w:t>
      </w:r>
    </w:p>
    <w:p>
      <w:r>
        <w:t>Dive Into Summer</w:t>
      </w:r>
    </w:p>
    <w:p>
      <w:r>
        <w:t>Summertime Girls</w:t>
      </w:r>
    </w:p>
    <w:p>
      <w:r>
        <w:t>Beach babes</w:t>
      </w:r>
    </w:p>
    <w:p>
      <w:r>
        <w:t>August days are long and hot, But we don't mind the heat; Pool or beach or garden hose, Cool water is a treat.</w:t>
      </w:r>
    </w:p>
    <w:p>
      <w:r>
        <w:t>Lazy days of summer</w:t>
      </w:r>
    </w:p>
    <w:p>
      <w:r>
        <w:t>Slice of Summer</w:t>
      </w:r>
    </w:p>
    <w:p>
      <w:r>
        <w:t>A Whale of a time (Marine World)</w:t>
      </w:r>
    </w:p>
    <w:p>
      <w:r>
        <w:t>Beach Ball Babes</w:t>
      </w:r>
    </w:p>
    <w:p>
      <w:r>
        <w:t>Beach Bums</w:t>
      </w:r>
    </w:p>
    <w:p>
      <w:r>
        <w:t>Beauty and the beach (playing in the sand)</w:t>
      </w:r>
    </w:p>
    <w:p>
      <w:r>
        <w:t>Dog days of Summer</w:t>
      </w:r>
    </w:p>
    <w:p>
      <w:r>
        <w:t>Down by the Sea</w:t>
      </w:r>
    </w:p>
    <w:p>
      <w:r>
        <w:t>Grilling and chilling (backyard swim/cookout or summer fun at the beach?)</w:t>
      </w:r>
    </w:p>
    <w:p>
      <w:r>
        <w:t>Hellllooooo Sunshine!</w:t>
      </w:r>
    </w:p>
    <w:p>
      <w:r>
        <w:t>He may not be a god but he walks on water! (Barefoot skiing at the lake)</w:t>
      </w:r>
    </w:p>
    <w:p>
      <w:r>
        <w:t>Hot time, Summer in the city....</w:t>
      </w:r>
    </w:p>
    <w:p>
      <w:r>
        <w:t>I'm Walking on Sunshine</w:t>
      </w:r>
    </w:p>
    <w:p>
      <w:r>
        <w:t>In the good 'ole summertime</w:t>
      </w:r>
    </w:p>
    <w:p>
      <w:r>
        <w:t>It's HOT, HOT, HOT!!</w:t>
      </w:r>
    </w:p>
    <w:p>
      <w:r>
        <w:t>Keepin it cool by the pool</w:t>
      </w:r>
    </w:p>
    <w:p>
      <w:r>
        <w:t>Lazy, Hazy, Crazy Days of Summer</w:t>
      </w:r>
    </w:p>
    <w:p>
      <w:r>
        <w:t>Let's go fly a kite!</w:t>
      </w:r>
    </w:p>
    <w:p>
      <w:r>
        <w:t>Life's a Beach</w:t>
      </w:r>
    </w:p>
    <w:p>
      <w:r>
        <w:t>Outdoor fun</w:t>
      </w:r>
    </w:p>
    <w:p>
      <w:r>
        <w:t>Seasons in the Sun</w:t>
      </w:r>
    </w:p>
    <w:p>
      <w:r>
        <w:t>Shore Things</w:t>
      </w:r>
    </w:p>
    <w:p>
      <w:r>
        <w:t>Splashin' Good Fun!</w:t>
      </w:r>
    </w:p>
    <w:p>
      <w:r>
        <w:t>Splish Splash</w:t>
      </w:r>
    </w:p>
    <w:p>
      <w:r>
        <w:t>Staying Cool in the Pool!</w:t>
      </w:r>
    </w:p>
    <w:p>
      <w:r>
        <w:t>Summer Days are here again!</w:t>
      </w:r>
    </w:p>
    <w:p>
      <w:r>
        <w:t>Summertime Swim Fun: "Darling Dainty Dipper!"</w:t>
      </w:r>
    </w:p>
    <w:p>
      <w:r>
        <w:t>Sun Splashin'</w:t>
      </w:r>
    </w:p>
    <w:p>
      <w:r>
        <w:t>Surf, Sand, and Fun!</w:t>
      </w:r>
    </w:p>
    <w:p>
      <w:r>
        <w:t>Swimming California!</w:t>
      </w:r>
    </w:p>
    <w:p>
      <w:r>
        <w:t>The surf and the sand...ain't life grand!</w:t>
      </w:r>
    </w:p>
    <w:p>
      <w:r>
        <w:t>Wet n'Wild</w:t>
      </w:r>
    </w:p>
    <w:p>
      <w:pPr>
        <w:pStyle w:val="Heading2"/>
      </w:pPr>
      <w:r>
        <w:t>Seasons Winter</w:t>
      </w:r>
    </w:p>
    <w:p>
      <w:r>
        <w:t>....but the snow's so delightful !</w:t>
      </w:r>
      <w:r>
        <w:br/>
      </w:r>
      <w:r>
        <w:t>Cozy winter wishes...</w:t>
      </w:r>
      <w:r>
        <w:br/>
      </w:r>
      <w:r>
        <w:t>Season of white Cold the night Stars shine bright All is right.</w:t>
      </w:r>
      <w:r>
        <w:br/>
      </w:r>
      <w:r>
        <w:t>Snowflakes are kisses from heaven.</w:t>
      </w:r>
      <w:r>
        <w:br/>
      </w:r>
      <w:r>
        <w:t>There's Snow Place like Home !</w:t>
      </w:r>
      <w:r>
        <w:br/>
      </w:r>
      <w:r>
        <w:t>Winter Memories</w:t>
      </w:r>
      <w:r>
        <w:br/>
      </w:r>
      <w:r>
        <w:t>Snowmen are the closest thing to a perfect man- they're cute, they're well-rounded, and they know what to do with a broom!</w:t>
      </w:r>
    </w:p>
    <w:p>
      <w:r>
        <w:t>A snowman's prayer- Please freeze! Amen.</w:t>
      </w:r>
    </w:p>
    <w:p>
      <w:r>
        <w:t>Will work for freezer space</w:t>
      </w:r>
    </w:p>
    <w:p>
      <w:r>
        <w:t>Got snow?</w:t>
      </w:r>
    </w:p>
    <w:p>
      <w:r>
        <w:t>January - January sparkles. January's bold. January huffs and puffs. January's cold.</w:t>
      </w:r>
    </w:p>
    <w:p>
      <w:r>
        <w:t>Holding hands out in the snow Slowly on our way we go Leaving little paths behind For the winter owl to find.</w:t>
      </w:r>
    </w:p>
    <w:p>
      <w:r>
        <w:t>North Pole or Bust!</w:t>
      </w:r>
    </w:p>
    <w:p>
      <w:r>
        <w:t>Snowmen are a little flakey!</w:t>
      </w:r>
    </w:p>
    <w:p>
      <w:r>
        <w:t>First Snow</w:t>
      </w:r>
    </w:p>
    <w:p>
      <w:r>
        <w:t>Let It Snow</w:t>
      </w:r>
    </w:p>
    <w:p>
      <w:r>
        <w:t>All Bundled Up</w:t>
      </w:r>
    </w:p>
    <w:p>
      <w:r>
        <w:t>Snow Angels</w:t>
      </w:r>
    </w:p>
    <w:p>
      <w:r>
        <w:t>The snow fell gently all the night.  It made a blanket soft and white.  It covered houses, flowers and ground But did not make a single sound</w:t>
      </w:r>
    </w:p>
    <w:p>
      <w:r>
        <w:t>It's Snowtime</w:t>
      </w:r>
    </w:p>
    <w:p>
      <w:r>
        <w:t>Baby, It's Cold Outside</w:t>
      </w:r>
    </w:p>
    <w:p>
      <w:r>
        <w:t>I love you SNOW much</w:t>
      </w:r>
    </w:p>
    <w:p>
      <w:r>
        <w:t>Icicles - We are little icicles Melting in the sun.  Can you see our tiny teardrops Falling one by one?</w:t>
      </w:r>
    </w:p>
    <w:p>
      <w:r>
        <w:t>It's fun to walk in the sparkling snow, And hear my boots go crunch, I play so hard.  Soon I'm wet and tired And ready for hot soup with lunch.</w:t>
      </w:r>
    </w:p>
    <w:p>
      <w:r>
        <w:t>Snow much fun!</w:t>
      </w:r>
    </w:p>
    <w:p>
      <w:r>
        <w:t>Let it snow, let it snow, let it snow...</w:t>
      </w:r>
    </w:p>
    <w:p>
      <w:r>
        <w:t>Oh the Weather Outside is Frightful</w:t>
      </w:r>
    </w:p>
    <w:p>
      <w:r>
        <w:t>Snowbody loves you like I do</w:t>
      </w:r>
    </w:p>
    <w:p>
      <w:r>
        <w:t>Snow Cones for Sale</w:t>
      </w:r>
    </w:p>
    <w:p>
      <w:r>
        <w:t>Snowflakes are one of nature's most fragile things, but look at what they can do when they stick together.</w:t>
      </w:r>
    </w:p>
    <w:p>
      <w:r>
        <w:t>Snowmen fall from Heaven unassembled.</w:t>
      </w:r>
    </w:p>
    <w:p>
      <w:r>
        <w:t>There's no business like snow business...</w:t>
      </w:r>
    </w:p>
    <w:p>
      <w:r>
        <w:t>There's No Flakes Like Snow-Flakes (Pics of kids catching flakes on their tongue)</w:t>
      </w:r>
    </w:p>
    <w:p>
      <w:r>
        <w:t>There's snow place like home</w:t>
      </w:r>
    </w:p>
    <w:p>
      <w:r>
        <w:t>Winter is "snow" much fun</w:t>
      </w:r>
    </w:p>
    <w:p>
      <w:r>
        <w:t>Winter Fun!</w:t>
      </w:r>
    </w:p>
    <w:p>
      <w:pPr>
        <w:pStyle w:val="Heading2"/>
      </w:pPr>
      <w:r>
        <w:t>Sun, Moon &amp; Stars</w:t>
      </w:r>
    </w:p>
    <w:p>
      <w:r>
        <w:t>Always aim your goals and aspiration for the moon, because even if you don't make it you'll always end up reaching the stars.</w:t>
      </w:r>
    </w:p>
    <w:p>
      <w:r>
        <w:t>Always face the sunshine, and the shadows will fall behind.</w:t>
      </w:r>
    </w:p>
    <w:p>
      <w:r>
        <w:t>Hitch your wagon to a star. (Ralph Waldo Emerson)</w:t>
      </w:r>
    </w:p>
    <w:p>
      <w:r>
        <w:t>If I had a star for every time you made me smile I would be holding the night sky in my hand!</w:t>
      </w:r>
    </w:p>
    <w:p>
      <w:r>
        <w:t>If I could reach up and hold a star for every time you've made me smile, the entire evening sky would be in the palm of my hand.</w:t>
      </w:r>
    </w:p>
    <w:p>
      <w:r>
        <w:t>Keep your face toward the sunshine and the shadows will fall behind you.</w:t>
      </w:r>
    </w:p>
    <w:p>
      <w:r>
        <w:t>Let the sun shine in !!</w:t>
      </w:r>
    </w:p>
    <w:p>
      <w:r>
        <w:t>Long live the sun which gives us such color.</w:t>
      </w:r>
    </w:p>
    <w:p>
      <w:r>
        <w:t>Look now toward Heaven and Count the Stars...</w:t>
      </w:r>
    </w:p>
    <w:p>
      <w:r>
        <w:t>Reach for the Moon.  If you fall short...You may land on a star.</w:t>
      </w:r>
    </w:p>
    <w:p>
      <w:r>
        <w:t>Reach for the Moon...if you miss...you'll still be among the stars.</w:t>
      </w:r>
    </w:p>
    <w:p>
      <w:r>
        <w:t>Reach for the stars !!</w:t>
      </w:r>
    </w:p>
    <w:p>
      <w:r>
        <w:t>Reach high and touch the stars.</w:t>
      </w:r>
    </w:p>
    <w:p>
      <w:r>
        <w:t>Stars are the flowers of heaven.</w:t>
      </w:r>
    </w:p>
    <w:p>
      <w:r>
        <w:t>The sun sets without your assistance.</w:t>
      </w:r>
    </w:p>
    <w:p>
      <w:r>
        <w:t>The earth is at it's colorful best when bathed in warm sunshine.</w:t>
      </w:r>
    </w:p>
    <w:p>
      <w:r>
        <w:t>Those who bring sunshine to the lives of others cannot keep it from themselves.  (James M. Barrie)</w:t>
      </w:r>
    </w:p>
    <w:p>
      <w:r>
        <w:t>Turn your face to the sun.</w:t>
      </w:r>
    </w:p>
    <w:p>
      <w:r>
        <w:t>We can't all be stars, but we can all twinkle.</w:t>
      </w:r>
    </w:p>
    <w:p>
      <w:r>
        <w:t>When it's dark enough, you can see the stars. (Charles A. Beard)</w:t>
      </w:r>
    </w:p>
    <w:p>
      <w:r>
        <w:t>When the sky is dark, the stars come out...let your light shine!</w:t>
      </w:r>
    </w:p>
    <w:p>
      <w:r>
        <w:t>When the stars are twinkling, an angel awaits your prayers.</w:t>
      </w:r>
    </w:p>
    <w:p>
      <w:r>
        <w:t>Wish on stars...</w:t>
      </w:r>
    </w:p>
    <w:p>
      <w:r>
        <w:t>Wish upon a star...</w:t>
      </w:r>
    </w:p>
    <w:p>
      <w:r>
        <w:t>You are the star for which all evenings wait.</w:t>
      </w:r>
    </w:p>
    <w:p>
      <w:r>
        <w:t>You don't mind the rain if you haven't seen the sunshine.</w:t>
      </w:r>
    </w:p>
    <w:p>
      <w:r>
        <w:t>You may not be a star but you need not be a cloud.</w:t>
      </w:r>
    </w:p>
    <w:p>
      <w:pPr>
        <w:pStyle w:val="Heading2"/>
      </w:pPr>
      <w:r>
        <w:t>Weather</w:t>
      </w:r>
    </w:p>
    <w:p>
      <w:r>
        <w:t>An angel falls from Heaven with each drop of rain to guide it to its place.</w:t>
      </w:r>
      <w:r>
        <w:br/>
      </w:r>
      <w:r>
        <w:t>I'm singing in the rain...just singing in the rain...</w:t>
      </w:r>
    </w:p>
    <w:p>
      <w:r>
        <w:t>Let it rain, let it rain, let it rain...</w:t>
      </w:r>
    </w:p>
    <w:p>
      <w:r>
        <w:t>Rain, Rain, Go away...come again some other day!</w:t>
      </w:r>
    </w:p>
    <w:p>
      <w:r>
        <w:t>Raindrops keep falling on my head.</w:t>
      </w:r>
    </w:p>
    <w:p>
      <w:pPr>
        <w:pStyle w:val="Heading2"/>
      </w:pPr>
      <w:r>
        <w:t>Snowman Sayings</w:t>
      </w:r>
    </w:p>
    <w:p>
      <w:r>
        <w:t>"Snowmen come from Heaven, one piece at a time"</w:t>
      </w:r>
      <w:r>
        <w:br/>
      </w:r>
      <w:r>
        <w:t>"The scarf is old, my nose is cold,   but love warms my heart...."</w:t>
      </w:r>
      <w:r>
        <w:br/>
      </w:r>
      <w:r>
        <w:t>"Will work for snow!"</w:t>
      </w:r>
      <w:r>
        <w:br/>
      </w:r>
      <w:r>
        <w:t>"Will Work for Freezer Space"</w:t>
      </w:r>
      <w:r>
        <w:br/>
      </w:r>
      <w:r>
        <w:t>"Snowmen collectors are a little flakey"</w:t>
      </w:r>
      <w:r>
        <w:br/>
      </w:r>
      <w:r>
        <w:t>"Snowmen have warm hearts"</w:t>
      </w:r>
      <w:r>
        <w:br/>
      </w:r>
      <w:r>
        <w:t>"Professional snowman makers live here!"</w:t>
      </w:r>
      <w:r>
        <w:br/>
      </w:r>
      <w:r>
        <w:t>"Home is where the snow falls."</w:t>
      </w:r>
      <w:r>
        <w:br/>
      </w:r>
      <w:r>
        <w:t>"I love you snow much!"</w:t>
      </w:r>
      <w:r>
        <w:br/>
      </w:r>
      <w:r>
        <w:t>"Shaped from warm hands and young hearts"</w:t>
      </w:r>
      <w:r>
        <w:br/>
      </w:r>
      <w:r>
        <w:t>"There's no people like snow people"</w:t>
      </w:r>
      <w:r>
        <w:br/>
      </w:r>
      <w:r>
        <w:t>"Each snowflake brings to mind how special you are...  You're one of a kind"</w:t>
      </w:r>
      <w:r>
        <w:br/>
      </w:r>
      <w:r>
        <w:t>“Chill out! I'm really a cool guy,   just a little bit flakey"</w:t>
      </w:r>
      <w:r>
        <w:br/>
      </w:r>
      <w:r>
        <w:t>"In the meadow we can build a snowman..."</w:t>
      </w:r>
      <w:r>
        <w:br/>
      </w:r>
      <w:r>
        <w:t>"Snow Happens"</w:t>
      </w:r>
      <w:r>
        <w:br/>
      </w:r>
      <w:r>
        <w:t>"Cold nose, warm heart"</w:t>
      </w:r>
      <w:r>
        <w:br/>
      </w:r>
      <w:r>
        <w:t>"Let it Snow, Let it Snow, Let it Snow!"</w:t>
      </w:r>
      <w:r>
        <w:br/>
      </w:r>
      <w:r>
        <w:t>"There's no business like snow business"</w:t>
      </w:r>
      <w:r>
        <w:br/>
      </w:r>
      <w:r>
        <w:t>"Snowballs for sale, 5 cents each"</w:t>
      </w:r>
      <w:r>
        <w:br/>
      </w:r>
      <w:r>
        <w:t>"Snowflakes for sale, 1 cent each"</w:t>
      </w:r>
      <w:r>
        <w:br/>
      </w:r>
      <w:r>
        <w:t>"Let it snow ~ let it snow ~ let it snow..."</w:t>
      </w:r>
      <w:r>
        <w:br/>
      </w:r>
      <w:r>
        <w:t>"Like the snowflakes they are made of,   no two snowmen are alike."</w:t>
      </w:r>
      <w:r>
        <w:br/>
      </w:r>
      <w:r>
        <w:t>"Snowmen fall from Heaven... Unassembled"</w:t>
      </w:r>
      <w:r>
        <w:br/>
      </w:r>
      <w:r>
        <w:t>"Love doesn't melt"</w:t>
      </w:r>
      <w:r>
        <w:br/>
      </w:r>
      <w:r>
        <w:t>"Till melt do we part"</w:t>
      </w:r>
      <w:r>
        <w:br/>
      </w:r>
      <w:r>
        <w:t>"Welcome Snow"</w:t>
      </w:r>
      <w:r>
        <w:br/>
      </w:r>
      <w:r>
        <w:t>"Think Snow"</w:t>
      </w:r>
      <w:r>
        <w:br/>
      </w:r>
      <w:r>
        <w:t>"Snowmen melt your heart</w:t>
      </w:r>
      <w:r>
        <w:br/>
      </w:r>
      <w:r>
        <w:t>"Snowmen make your heart melt!"</w:t>
      </w:r>
    </w:p>
    <w:p>
      <w:pPr>
        <w:pStyle w:val="Heading1"/>
      </w:pPr>
      <w:r>
        <w:t>Home and kitchen</w:t>
      </w:r>
    </w:p>
    <w:p>
      <w:pPr>
        <w:pStyle w:val="Heading2"/>
      </w:pPr>
      <w:r>
        <w:t>Apples</w:t>
      </w:r>
    </w:p>
    <w:p>
      <w:r>
        <w:t>An apple a day keeps the doctor away.</w:t>
      </w:r>
    </w:p>
    <w:p>
      <w:r>
        <w:t>Anyone can count the seeds in an apple, only God can count the apples in a seed.</w:t>
      </w:r>
    </w:p>
    <w:p>
      <w:r>
        <w:t>~~~ Apples N' ' Spice....Make everything Nice...!!</w:t>
      </w:r>
    </w:p>
    <w:p>
      <w:r>
        <w:t>One rotten apple spoils the barrel.</w:t>
      </w:r>
    </w:p>
    <w:p>
      <w:r>
        <w:t>Red ripe Apples flying high !</w:t>
      </w:r>
    </w:p>
    <w:p>
      <w:r>
        <w:t>The apple doesn't fall far from the tree.</w:t>
      </w:r>
    </w:p>
    <w:p>
      <w:r>
        <w:t>Time for 'sauce and apple pie !!</w:t>
      </w:r>
    </w:p>
    <w:p>
      <w:r>
        <w:t>You are the apple of my eye!</w:t>
      </w:r>
    </w:p>
    <w:p>
      <w:pPr>
        <w:pStyle w:val="Heading2"/>
      </w:pPr>
      <w:r>
        <w:t>Back Door ~ Front Door</w:t>
      </w:r>
    </w:p>
    <w:p>
      <w:r>
        <w:t>A warm country welcome...</w:t>
      </w:r>
      <w:r>
        <w:br/>
      </w:r>
      <w:r>
        <w:t>All who enter are Toadally Welcome</w:t>
      </w:r>
      <w:r>
        <w:br/>
      </w:r>
      <w:r>
        <w:t>Although our house is quite a mess, come in, relax, converse. It doesn't always look like this, sometimes it's even worse.</w:t>
      </w:r>
      <w:r>
        <w:br/>
      </w:r>
      <w:r>
        <w:t>Back door guests are best !!!</w:t>
      </w:r>
      <w:r>
        <w:br/>
      </w:r>
      <w:r>
        <w:t>Be a sweetie...Wipe your feetie !!</w:t>
      </w:r>
      <w:r>
        <w:br/>
      </w:r>
      <w:r>
        <w:t>Bless all who enter here..</w:t>
      </w:r>
      <w:r>
        <w:br/>
      </w:r>
      <w:r>
        <w:t>Bless this house as much as possible !</w:t>
      </w:r>
      <w:r>
        <w:br/>
      </w:r>
      <w:r>
        <w:t>Clean off a chair and sit down.</w:t>
      </w:r>
      <w:r>
        <w:br/>
      </w:r>
      <w:r>
        <w:t>Come...sit a spell ...</w:t>
      </w:r>
      <w:r>
        <w:br/>
      </w:r>
      <w:r>
        <w:t>Don't leave angry....just leave !!!</w:t>
      </w:r>
      <w:r>
        <w:br/>
      </w:r>
      <w:r>
        <w:t>Enter with a happy heart...</w:t>
      </w:r>
      <w:r>
        <w:br/>
      </w:r>
      <w:r>
        <w:t>Everyone who enters this house bring happiness. Some by coming in and some by going out.</w:t>
      </w:r>
      <w:r>
        <w:br/>
      </w:r>
      <w:r>
        <w:t>Friends Welcome...Relatives By Appointment</w:t>
      </w:r>
      <w:r>
        <w:br/>
      </w:r>
      <w:r>
        <w:t>Good Morning Sunshine !!!</w:t>
      </w:r>
      <w:r>
        <w:br/>
      </w:r>
      <w:r>
        <w:t>If you come to see me...Welcome ! If you come to see my house...make an appointment !!</w:t>
      </w:r>
      <w:r>
        <w:br/>
      </w:r>
      <w:r>
        <w:t>I'll be right there...hold on !!</w:t>
      </w:r>
      <w:r>
        <w:br/>
      </w:r>
      <w:r>
        <w:t>Just Gone...</w:t>
      </w:r>
      <w:r>
        <w:br/>
      </w:r>
      <w:r>
        <w:t>Martha Stewart doesn't live here.... And that's a good thing !!</w:t>
      </w:r>
      <w:r>
        <w:br/>
      </w:r>
      <w:r>
        <w:t>My house was clean yesterday...sorry you missed it !</w:t>
      </w:r>
      <w:r>
        <w:br/>
      </w:r>
      <w:r>
        <w:t>Please don't mistake my endurance for hospitality!!!!</w:t>
      </w:r>
      <w:r>
        <w:br/>
      </w:r>
      <w:r>
        <w:t>Please us Udder Door !!</w:t>
      </w:r>
      <w:r>
        <w:br/>
      </w:r>
      <w:r>
        <w:t>Stocking Feet Please !!!</w:t>
      </w:r>
      <w:r>
        <w:br/>
      </w:r>
      <w:r>
        <w:t>This mess......is a place...!!</w:t>
      </w:r>
      <w:r>
        <w:br/>
      </w:r>
      <w:r>
        <w:t>Welcome !! Come in converse... My house doesn't always look like this, sometimes it's worse !</w:t>
      </w:r>
      <w:r>
        <w:br/>
      </w:r>
      <w:r>
        <w:t>Welcome Country Friends</w:t>
      </w:r>
      <w:r>
        <w:br/>
      </w:r>
      <w:r>
        <w:t>Love, Laughter and Friendship are always welcome here...!!</w:t>
      </w:r>
      <w:r>
        <w:br/>
      </w:r>
      <w:r>
        <w:t>Whether you come in to visit or just to rest when you enter our home may you be blessed.</w:t>
      </w:r>
      <w:r>
        <w:br/>
      </w:r>
      <w:r>
        <w:t>Wipe your Paws !</w:t>
      </w:r>
      <w:r>
        <w:br/>
      </w:r>
      <w:r>
        <w:t>Ya'll come back now, ya hear??</w:t>
      </w:r>
    </w:p>
    <w:p>
      <w:pPr>
        <w:pStyle w:val="Heading2"/>
      </w:pPr>
      <w:r>
        <w:t>Bath</w:t>
      </w:r>
    </w:p>
    <w:p>
      <w:r>
        <w:t>A nice hot bath will fix just about anything...</w:t>
      </w:r>
    </w:p>
    <w:p>
      <w:r>
        <w:t>Bare bottoms welcomed here !</w:t>
      </w:r>
    </w:p>
    <w:p>
      <w:r>
        <w:t>Bathroom Rules:  Hand towels are to be used by guests only.  If you are not a guest, please dry your hands on your clothes !!</w:t>
      </w:r>
    </w:p>
    <w:p>
      <w:r>
        <w:t>Bathroom Rules:  WASH-BRUSH-FLOSS-FLUSH !!</w:t>
      </w:r>
    </w:p>
    <w:p>
      <w:r>
        <w:t>Be a sweetie....Close the seatie !</w:t>
      </w:r>
    </w:p>
    <w:p>
      <w:r>
        <w:t>Bear Hugs and Back Rubs Welcome</w:t>
      </w:r>
    </w:p>
    <w:p>
      <w:r>
        <w:t>First water    10 cents , Used water    3 cents</w:t>
      </w:r>
    </w:p>
    <w:p>
      <w:r>
        <w:t>Happiness is a long, hot bubble bath.</w:t>
      </w:r>
    </w:p>
    <w:p>
      <w:r>
        <w:t>I aim to keep this bathroom clean.  Your aim will help !</w:t>
      </w:r>
    </w:p>
    <w:p>
      <w:r>
        <w:t>I believe the only time, the world beats a path to my door, is when I'm in the bathroom.</w:t>
      </w:r>
    </w:p>
    <w:p>
      <w:r>
        <w:t>If there's a ring in the tub, please answer it !!</w:t>
      </w:r>
    </w:p>
    <w:p>
      <w:r>
        <w:t>If you sprinkle when you tinkle, be a sweetie and wipe the seatie!!</w:t>
      </w:r>
    </w:p>
    <w:p>
      <w:r>
        <w:t>If you're astinkin' and asweatin'...git to washin'  !!</w:t>
      </w:r>
    </w:p>
    <w:p>
      <w:r>
        <w:t>In this land of fun and sun, We flush on two, not one.</w:t>
      </w:r>
    </w:p>
    <w:p>
      <w:r>
        <w:t>No job is finished until the paperwork is done !</w:t>
      </w:r>
    </w:p>
    <w:p>
      <w:r>
        <w:t>NOTICE:   Replacing the toilet paper roll will not cause brain damage !</w:t>
      </w:r>
    </w:p>
    <w:p>
      <w:r>
        <w:t>Please don't hog the bathroom !!</w:t>
      </w:r>
    </w:p>
    <w:p>
      <w:r>
        <w:t>Please God....tell Mommy that cowboys don't take baths !!</w:t>
      </w:r>
    </w:p>
    <w:p>
      <w:r>
        <w:t>Reading Room -- Appointment Needed !!</w:t>
      </w:r>
    </w:p>
    <w:p>
      <w:r>
        <w:t>Rub-a-dub-dub...Please scrub the tub !</w:t>
      </w:r>
    </w:p>
    <w:p>
      <w:r>
        <w:t>Rub a dub dub…Four girls in the tub, Splishing and Splashing with glee. They've scrubbed and they've rubbed and they've played in the tub, And now they are clean as can be !</w:t>
      </w:r>
    </w:p>
    <w:p>
      <w:r>
        <w:t>Rubber duckies welcome....real ducks frowned upon !</w:t>
      </w:r>
    </w:p>
    <w:p>
      <w:r>
        <w:t>Save Water...Shower with a Friend !!</w:t>
      </w:r>
    </w:p>
    <w:p>
      <w:r>
        <w:t>Splish...Splash....I was takin' a bath !</w:t>
      </w:r>
    </w:p>
    <w:p>
      <w:r>
        <w:t>Stand close....it's shorter than you think !</w:t>
      </w:r>
      <w:r>
        <w:br/>
      </w:r>
      <w:r>
        <w:t>bb</w:t>
      </w:r>
      <w:r>
        <w:br/>
      </w:r>
      <w:r>
        <w:t>The only time the world beats a path to your door is if you're in the bathroom.</w:t>
      </w:r>
    </w:p>
    <w:p>
      <w:r>
        <w:t>This is a do-it-yourself bathroom.  No maid service available.</w:t>
      </w:r>
    </w:p>
    <w:p>
      <w:r>
        <w:t>There's a "hare" in the tub....</w:t>
      </w:r>
    </w:p>
    <w:p>
      <w:r>
        <w:t>We aim to Please !!</w:t>
      </w:r>
    </w:p>
    <w:p>
      <w:r>
        <w:t>We aim to please...you aim to please!!</w:t>
      </w:r>
    </w:p>
    <w:p>
      <w:r>
        <w:t>We aim to please your aim will help !!</w:t>
      </w:r>
    </w:p>
    <w:p>
      <w:r>
        <w:t>Who a waits outside the door, One many never know; So tarry not my friend, He too may have to go!</w:t>
      </w:r>
    </w:p>
    <w:p>
      <w:r>
        <w:t>You don't need to brush all your teeth....only the ones you want to keep.</w:t>
      </w:r>
    </w:p>
    <w:p>
      <w:pPr>
        <w:pStyle w:val="Heading2"/>
      </w:pPr>
      <w:r>
        <w:t>Chocolate – Candy</w:t>
      </w:r>
    </w:p>
    <w:p>
      <w:r>
        <w:t>To have one’s diet defeated by chocolate is a delectable defeat.</w:t>
      </w:r>
    </w:p>
    <w:p>
      <w:r>
        <w:t>God sends no stress that prayer and chocolate cannot handle!</w:t>
      </w:r>
    </w:p>
    <w:p>
      <w:r>
        <w:t>When the going gets tough, the tough get chocolate.</w:t>
      </w:r>
    </w:p>
    <w:p>
      <w:r>
        <w:t>There's nothing better than a good friend, except a good friend with chocolate.</w:t>
      </w:r>
    </w:p>
    <w:p>
      <w:r>
        <w:t>I am a woman of many moods, and they all require chocolate.</w:t>
      </w:r>
    </w:p>
    <w:p>
      <w:r>
        <w:t>Warning! Chocoholic in Residence.</w:t>
      </w:r>
    </w:p>
    <w:p>
      <w:r>
        <w:t>If God had meant us to be thin, He would NOT have created chocolate.</w:t>
      </w:r>
    </w:p>
    <w:p>
      <w:r>
        <w:t>I'm going on a starvation diet. No chocolate for 24 hours!</w:t>
      </w:r>
    </w:p>
    <w:p>
      <w:r>
        <w:t>In heaven, chocolate has no calories and is served as the main course.</w:t>
      </w:r>
    </w:p>
    <w:p>
      <w:r>
        <w:t>Sisters share laughter, tears and lots of chocolate.</w:t>
      </w:r>
    </w:p>
    <w:p>
      <w:r>
        <w:t>Money may talk, but chocolate sings!</w:t>
      </w:r>
    </w:p>
    <w:p>
      <w:r>
        <w:t>The best things in life are chocolate.</w:t>
      </w:r>
    </w:p>
    <w:p>
      <w:r>
        <w:t>Some things in life are better rich. . . coffee, chocolate, men.</w:t>
      </w:r>
    </w:p>
    <w:p>
      <w:r>
        <w:t>I eat anything as long as it is chocolate.</w:t>
      </w:r>
    </w:p>
    <w:p>
      <w:r>
        <w:t>Q. How many calories are there in a piece of chocolate? A. Who cares?</w:t>
      </w:r>
    </w:p>
    <w:p>
      <w:r>
        <w:t>Anything tastes better dipped in chocolate.</w:t>
      </w:r>
    </w:p>
    <w:p>
      <w:r>
        <w:t>I love you as much as chocolate itself!</w:t>
      </w:r>
    </w:p>
    <w:p>
      <w:r>
        <w:t>So much chocolate. So little time!</w:t>
      </w:r>
    </w:p>
    <w:p>
      <w:r>
        <w:t>Give me chocolate or give me death, for to live without chocolate is not living!</w:t>
      </w:r>
    </w:p>
    <w:p>
      <w:r>
        <w:t>Anything is good and useful if it is made of chocolate.</w:t>
      </w:r>
    </w:p>
    <w:p>
      <w:r>
        <w:t>If there is no chocolate in heaven, I'm not going!</w:t>
      </w:r>
    </w:p>
    <w:p>
      <w:r>
        <w:t>It's never too early or too late for chocolate.</w:t>
      </w:r>
    </w:p>
    <w:p>
      <w:r>
        <w:t>I only eat chocolate for you, so there will be more of me to love.</w:t>
      </w:r>
    </w:p>
    <w:p>
      <w:r>
        <w:t>Promise me anything, but give me chocolate.</w:t>
      </w:r>
    </w:p>
    <w:p>
      <w:r>
        <w:t>Forget the fruitcake, give me chocolate.</w:t>
      </w:r>
    </w:p>
    <w:p>
      <w:r>
        <w:t>There's no metaphysics on earth like chocolates.</w:t>
      </w:r>
    </w:p>
    <w:p>
      <w:r>
        <w:t>When life gets you down and nothing is going right, you always have a friend ... in chocolate.</w:t>
      </w:r>
    </w:p>
    <w:p>
      <w:r>
        <w:t>The future is uncertain.  Eat your chocolate first.</w:t>
      </w:r>
    </w:p>
    <w:p>
      <w:r>
        <w:t>The best over-the-counter prescription to perk you up is chocolate.</w:t>
      </w:r>
    </w:p>
    <w:p>
      <w:r>
        <w:t>The way to a woman's heart is through a box of chocolates.</w:t>
      </w:r>
    </w:p>
    <w:p>
      <w:r>
        <w:t>Will do anything for chocolate!</w:t>
      </w:r>
    </w:p>
    <w:p>
      <w:r>
        <w:t>Hand over the chocolate and no one gets hurt.</w:t>
      </w:r>
    </w:p>
    <w:p>
      <w:r>
        <w:t>I never met a chocolate I didn't like.</w:t>
      </w:r>
    </w:p>
    <w:p>
      <w:r>
        <w:t>Forget love! I'd rather fall in chocolate!</w:t>
      </w:r>
    </w:p>
    <w:p>
      <w:r>
        <w:t>The key to my heart is chocolate.</w:t>
      </w:r>
    </w:p>
    <w:p>
      <w:r>
        <w:t>Don't send me roses, unless they are chocolate!</w:t>
      </w:r>
    </w:p>
    <w:p>
      <w:r>
        <w:t>If life is a box of chocolates, I want the cherry-filled!</w:t>
      </w:r>
    </w:p>
    <w:p>
      <w:r>
        <w:t>There are two food groups: Chocolate and fruit. And if it is fruit, it should be dipped in chocolate.</w:t>
      </w:r>
    </w:p>
    <w:p>
      <w:r>
        <w:t>There is no Chocolate's Anonymous because no one wants to quit.</w:t>
      </w:r>
    </w:p>
    <w:p>
      <w:r>
        <w:t>Chocolate is worth its weight in gold.</w:t>
      </w:r>
    </w:p>
    <w:p>
      <w:r>
        <w:t>A chocolate bar is better than a gold bar.</w:t>
      </w:r>
    </w:p>
    <w:p>
      <w:r>
        <w:t>Chocolate is an essential nutrient.</w:t>
      </w:r>
    </w:p>
    <w:p>
      <w:r>
        <w:t>If it's chocolate, it's sending out messages for me to eat it.</w:t>
      </w:r>
    </w:p>
    <w:p>
      <w:r>
        <w:t>I'd stop eating chocolate, but I'm no quitter.</w:t>
      </w:r>
    </w:p>
    <w:p>
      <w:r>
        <w:t>There's never a wrong time for chocolate.</w:t>
      </w:r>
    </w:p>
    <w:p>
      <w:r>
        <w:t>Money can't buy love, but it can buy chocolate.</w:t>
      </w:r>
    </w:p>
    <w:p>
      <w:r>
        <w:t>A day without you is like a day without chocolate.</w:t>
      </w:r>
    </w:p>
    <w:p>
      <w:r>
        <w:t>Chocolate satisfies all my cravings.</w:t>
      </w:r>
    </w:p>
    <w:p>
      <w:r>
        <w:t>Man cannot live on chocolate alone, but woman can.</w:t>
      </w:r>
    </w:p>
    <w:p>
      <w:r>
        <w:t>One never outgrows the need for chocolate.</w:t>
      </w:r>
    </w:p>
    <w:p>
      <w:r>
        <w:t>Chocolate solves everything!</w:t>
      </w:r>
    </w:p>
    <w:p>
      <w:r>
        <w:t>Chocolate is the answer. Who cares what the question is!</w:t>
      </w:r>
    </w:p>
    <w:p>
      <w:r>
        <w:t>If at first you don't succeed, have a chocolate!</w:t>
      </w:r>
    </w:p>
    <w:p>
      <w:r>
        <w:t>Things are bad. Send chocolate!</w:t>
      </w:r>
    </w:p>
    <w:p>
      <w:r>
        <w:t>S.O.S. Need chocolate!!</w:t>
      </w:r>
    </w:p>
    <w:p>
      <w:r>
        <w:t>If you get melted chocolate all over your hands, you're eating it too slowly.</w:t>
      </w:r>
    </w:p>
    <w:p>
      <w:r>
        <w:t>Eat a chocolate before each meal. It will take the edge off your appetite and you will eat less.</w:t>
      </w:r>
    </w:p>
    <w:p>
      <w:r>
        <w:t>If you can't eat all your chocolate, it will keep in the freezer. But if you can't eat all your chocolate, it may be a sign of a deeper problem.</w:t>
      </w:r>
    </w:p>
    <w:p>
      <w:r>
        <w:t>Store your chocolate on top of the refrigerator. Calories are afraid of heights and will jump out of the chocolate to protect themselves.</w:t>
      </w:r>
    </w:p>
    <w:p>
      <w:r>
        <w:t>Chocolate is the food group they don't tell you about!</w:t>
      </w:r>
    </w:p>
    <w:p>
      <w:r>
        <w:t>Who says chocolate isn't a food group!!</w:t>
      </w:r>
    </w:p>
    <w:p>
      <w:r>
        <w:t>A nice box of chocolate provides your total daily intake of calories in one place. Isn't that handy?</w:t>
      </w:r>
    </w:p>
    <w:p>
      <w:r>
        <w:t>Put "eat chocolate" at the top of your list of things to do today. That way at least you will get one thing done.</w:t>
      </w:r>
    </w:p>
    <w:p>
      <w:r>
        <w:t>Problem: How do you get two pounds of chocolate home from the store in a hot car? Solution: Eat it in the parking lot.</w:t>
      </w:r>
    </w:p>
    <w:p>
      <w:r>
        <w:t>One of life's mysteries is how a two-pound box of candy can make a person gain five pounds.</w:t>
      </w:r>
    </w:p>
    <w:p>
      <w:r>
        <w:t>Make mine chocolate!</w:t>
      </w:r>
    </w:p>
    <w:p>
      <w:r>
        <w:t>You are some bunny special. (Put with a chocolate bunny)</w:t>
      </w:r>
    </w:p>
    <w:p>
      <w:r>
        <w:t>Crafting is my passion. But chocolate comes in a very close second! (Substitute any hobby.)</w:t>
      </w:r>
    </w:p>
    <w:p>
      <w:r>
        <w:t>Those who say "Nothing tastes as good as thin feels" haven't tasted real chocolate!</w:t>
      </w:r>
    </w:p>
    <w:p>
      <w:r>
        <w:t>Milk chocolate is a dairy product.</w:t>
      </w:r>
    </w:p>
    <w:p>
      <w:r>
        <w:t>The four food groups: Brownies, Chocolate Cake, Fudge, Diet Coke</w:t>
      </w:r>
    </w:p>
    <w:p>
      <w:r>
        <w:t>Save Earth. It's the only planet with chocolate.</w:t>
      </w:r>
    </w:p>
    <w:p>
      <w:r>
        <w:t>Good friends share their chocolate chip cookies.</w:t>
      </w:r>
    </w:p>
    <w:p>
      <w:r>
        <w:t>Friends are the chocolate chips of life.</w:t>
      </w:r>
    </w:p>
    <w:p>
      <w:r>
        <w:t>In the cookies of life, friends are the chocolate chips.</w:t>
      </w:r>
    </w:p>
    <w:p>
      <w:r>
        <w:t>A grandma is admired for her wisdom, patience, understanding and her chocolate chip cookies.</w:t>
      </w:r>
    </w:p>
    <w:p>
      <w:r>
        <w:t>Life is like a box of chocolates. . . full of nuts.</w:t>
      </w:r>
    </w:p>
    <w:p>
      <w:r>
        <w:t>The calories in white chocolate are negative and cancel out the positive calories in dark chocolate.</w:t>
      </w:r>
    </w:p>
    <w:p>
      <w:r>
        <w:t>Those calorie-free sweets taste great dipped in chocolate!</w:t>
      </w:r>
    </w:p>
    <w:p>
      <w:r>
        <w:t>There's nothing wrong with me that a little chocolate won't cure.</w:t>
      </w:r>
    </w:p>
    <w:p>
      <w:r>
        <w:t>Life would be so desolate without any chocolate!</w:t>
      </w:r>
    </w:p>
    <w:p>
      <w:r>
        <w:t>The two major food groups:  A) The foods that you put cheese on. B) The remaining foods that you put chocolate on.</w:t>
      </w:r>
    </w:p>
    <w:p>
      <w:r>
        <w:t>Sisters and chocolate make life bearable.</w:t>
      </w:r>
    </w:p>
    <w:p>
      <w:r>
        <w:t>What came first, woman or the chocolate bar?</w:t>
      </w:r>
    </w:p>
    <w:p>
      <w:r>
        <w:t>Chocolate. . . it isn't just for breakfast anymore.</w:t>
      </w:r>
    </w:p>
    <w:p>
      <w:pPr>
        <w:pStyle w:val="Heading2"/>
      </w:pPr>
      <w:r>
        <w:t>Cleaning</w:t>
      </w:r>
    </w:p>
    <w:p>
      <w:r>
        <w:t>Dull women have immaculate houses.</w:t>
      </w:r>
    </w:p>
    <w:p>
      <w:r>
        <w:t>A clean house is a sign of a misspent life.</w:t>
      </w:r>
    </w:p>
    <w:p>
      <w:r>
        <w:t>I believe in miracles, keeping this place clean is one of them.</w:t>
      </w:r>
    </w:p>
    <w:p>
      <w:r>
        <w:t>Apology...Although you'll find our house a mess, Come in, sit down, converse. It doesn't always look like this: Some days it's even worse.</w:t>
      </w:r>
    </w:p>
    <w:p>
      <w:r>
        <w:t>My house was clean last week, too bad you missed it!</w:t>
      </w:r>
    </w:p>
    <w:p>
      <w:r>
        <w:t>You may admire my dust, but please don't write in it!</w:t>
      </w:r>
    </w:p>
    <w:p>
      <w:r>
        <w:t>Martha Stewart Doesn't live here!!</w:t>
      </w:r>
    </w:p>
    <w:p>
      <w:r>
        <w:t>I'm creative, You can't expect me to be neat too!</w:t>
      </w:r>
    </w:p>
    <w:p>
      <w:r>
        <w:t>So this isn't Home Sweet Home... Adjust!</w:t>
      </w:r>
    </w:p>
    <w:p>
      <w:r>
        <w:t>Ring Bell for Maid Service...If no answer do it your self!</w:t>
      </w:r>
    </w:p>
    <w:p>
      <w:r>
        <w:t>I clean house every other day. Today is the other day!</w:t>
      </w:r>
    </w:p>
    <w:p>
      <w:r>
        <w:t>If you write in the dust, please don't date it!</w:t>
      </w:r>
    </w:p>
    <w:p>
      <w:r>
        <w:t>Dusting Test in progress.  Do not disturb samples.</w:t>
      </w:r>
    </w:p>
    <w:p>
      <w:r>
        <w:t>TV ads show you how detergents take out bloodstains. I think if you've got a bloodstained T-shirt, maybe laundry isn't  your biggest problem.</w:t>
      </w:r>
    </w:p>
    <w:p>
      <w:r>
        <w:t>I hate 4 letter words - COOK, WASH, DUST &amp; IRON!</w:t>
      </w:r>
    </w:p>
    <w:p>
      <w:r>
        <w:t>Just when I get my room the way I like it,  Mom makes me clean it!</w:t>
      </w:r>
    </w:p>
    <w:p>
      <w:r>
        <w:t>I run things at my house! (e.g. the vacuum cleaner, washing machine, iron, etc.)</w:t>
      </w:r>
    </w:p>
    <w:p>
      <w:pPr>
        <w:pStyle w:val="Heading2"/>
      </w:pPr>
      <w:r>
        <w:t>Coffee</w:t>
      </w:r>
    </w:p>
    <w:p>
      <w:r>
        <w:t>Take time to smell the coffee.</w:t>
      </w:r>
    </w:p>
    <w:p>
      <w:r>
        <w:t>With enough coffee, anything is possible.</w:t>
      </w:r>
    </w:p>
    <w:p>
      <w:r>
        <w:t>Instant human. Just add coffee.</w:t>
      </w:r>
    </w:p>
    <w:p>
      <w:r>
        <w:t>All the coffee in Columbia won't make me a morning person</w:t>
      </w:r>
    </w:p>
    <w:p>
      <w:r>
        <w:t>If it weren't for coffee, I'd have absolutely no personality whatsoever!</w:t>
      </w:r>
    </w:p>
    <w:p>
      <w:r>
        <w:t>Don't criticize my coffee. You may be old and weak one day.</w:t>
      </w:r>
    </w:p>
    <w:p>
      <w:r>
        <w:t>My blood type is Folgers.</w:t>
      </w:r>
    </w:p>
    <w:p>
      <w:r>
        <w:t>My blood type is Maxwell.</w:t>
      </w:r>
    </w:p>
    <w:p>
      <w:r>
        <w:t>My blood type is coffee.</w:t>
      </w:r>
    </w:p>
    <w:p>
      <w:r>
        <w:t>I love you a latte.</w:t>
      </w:r>
    </w:p>
    <w:p>
      <w:r>
        <w:t>You are the cream in my coffee.</w:t>
      </w:r>
    </w:p>
    <w:p>
      <w:r>
        <w:t>I drink coffee for your protection.</w:t>
      </w:r>
    </w:p>
    <w:p>
      <w:r>
        <w:t>Is it coffee yet?</w:t>
      </w:r>
    </w:p>
    <w:p>
      <w:r>
        <w:t>Some things in life are better rich. . . coffee, chocolate, men.</w:t>
      </w:r>
    </w:p>
    <w:p>
      <w:r>
        <w:t>I'd stop drinking coffee, but I'm no quitter.</w:t>
      </w:r>
    </w:p>
    <w:p>
      <w:r>
        <w:t>Wake up and smell the coffee.</w:t>
      </w:r>
    </w:p>
    <w:p>
      <w:r>
        <w:t>Is there life before coffee?</w:t>
      </w:r>
    </w:p>
    <w:p>
      <w:r>
        <w:t>There is no life before coffee.</w:t>
      </w:r>
    </w:p>
    <w:p>
      <w:r>
        <w:t>There is life after coffee!</w:t>
      </w:r>
    </w:p>
    <w:p>
      <w:r>
        <w:t>Is there life before coffee? There is NO life before coffee. There is life AFTER coffee!</w:t>
      </w:r>
    </w:p>
    <w:p>
      <w:r>
        <w:t>Never stand between me and my coffee.</w:t>
      </w:r>
    </w:p>
    <w:p>
      <w:r>
        <w:t>I found my perfect man: Mr. Coffee.</w:t>
      </w:r>
    </w:p>
    <w:p>
      <w:r>
        <w:t>I won't be seen, 'til I get my caffeine.</w:t>
      </w:r>
    </w:p>
    <w:p>
      <w:r>
        <w:t>I don't have a problem with caffeine. I have a problem without caffeine!</w:t>
      </w:r>
    </w:p>
    <w:p>
      <w:r>
        <w:t>No questions until I've had my second cup of coffee!</w:t>
      </w:r>
    </w:p>
    <w:p>
      <w:r>
        <w:t>On the eighth day God created coffee.</w:t>
      </w:r>
    </w:p>
    <w:p>
      <w:r>
        <w:t>Give me coffee and no one gets hurt.</w:t>
      </w:r>
    </w:p>
    <w:p>
      <w:r>
        <w:t>Where's my computer server? I need some coffee.</w:t>
      </w:r>
    </w:p>
    <w:p>
      <w:r>
        <w:t>My husband gives me lots of rings. . . coffee rings, soap rings, toilet rings. . .</w:t>
      </w:r>
    </w:p>
    <w:p>
      <w:r>
        <w:t>There has never been a better office communication system than the coffee break!</w:t>
      </w:r>
    </w:p>
    <w:p>
      <w:pPr>
        <w:pStyle w:val="Heading2"/>
      </w:pPr>
      <w:r>
        <w:t>Dirty Dishes</w:t>
      </w:r>
    </w:p>
    <w:p>
      <w:r>
        <w:t>Thank God for dirty dishes, They have a tale to tell.  While other folks go hungry, We're eating very well.</w:t>
      </w:r>
    </w:p>
    <w:p>
      <w:r>
        <w:t>With home and health and happiness, We shouldn't want to fuss. For by this stack of evidence, God's very good to us.</w:t>
      </w:r>
    </w:p>
    <w:p>
      <w:r>
        <w:t>A home is a roof over a good woman.</w:t>
      </w:r>
    </w:p>
    <w:p>
      <w:r>
        <w:t>Let's pour some happy spirit, in a great big mixing bowl;  Then add a few ingredients, and lo! A casserole!</w:t>
      </w:r>
    </w:p>
    <w:p>
      <w:r>
        <w:t>Good character, like good soup, is usually homemade.</w:t>
      </w:r>
    </w:p>
    <w:p>
      <w:r>
        <w:t>A truly happy marriage is one in which a woman gives the best years of her life to the man - who has made them the best.</w:t>
      </w:r>
    </w:p>
    <w:p>
      <w:r>
        <w:t>When you feel dog tired at night, it may be because you growled all day.</w:t>
      </w:r>
    </w:p>
    <w:p>
      <w:r>
        <w:t>No matter how much I scrub and comb, No matter what high hopes I start the day with, My kids always look like the kind of kids, I wouldn't want my kids to play with.</w:t>
      </w:r>
    </w:p>
    <w:p>
      <w:r>
        <w:t>Every mother knows which side the bread is buttered on -The side the kids drop on the floor.</w:t>
      </w:r>
    </w:p>
    <w:p>
      <w:r>
        <w:t>If you must use a hammer, build something.</w:t>
      </w:r>
    </w:p>
    <w:p>
      <w:r>
        <w:t>Patience is a necessary ingredient of genius.</w:t>
      </w:r>
    </w:p>
    <w:p>
      <w:r>
        <w:t>Shouting to make your children obey is like using your horn to steer the car. You get about the same results.</w:t>
      </w:r>
    </w:p>
    <w:p>
      <w:r>
        <w:t>Don't be afraid to ask dumb questions. They're more easily handled than dumb mistakes.</w:t>
      </w:r>
    </w:p>
    <w:p>
      <w:r>
        <w:t>Charity begins at home, but it should not stay there.</w:t>
      </w:r>
    </w:p>
    <w:p>
      <w:r>
        <w:t>"My wife," said the husband, "let's me go out once a week with the boys. I'm a Scout Master."</w:t>
      </w:r>
    </w:p>
    <w:p>
      <w:r>
        <w:t>Keep your words soft and sweet; you never know when you will have to eat them.</w:t>
      </w:r>
    </w:p>
    <w:p>
      <w:r>
        <w:t>If you carry your own sunshine with you, there will be fewer dark places in your life.</w:t>
      </w:r>
    </w:p>
    <w:p>
      <w:r>
        <w:t>A candle loses nothing by lighting another candle.</w:t>
      </w:r>
    </w:p>
    <w:p>
      <w:r>
        <w:t>Improve time, and time will improve you.</w:t>
      </w:r>
    </w:p>
    <w:p>
      <w:r>
        <w:t>Did you leave a trail of kindness today?</w:t>
      </w:r>
    </w:p>
    <w:p>
      <w:r>
        <w:t>Some Grandmas have limousines and the biggest homes you've ever seen.  But our Grandma is the best by far, because she's got a cookie jar!</w:t>
      </w:r>
    </w:p>
    <w:p>
      <w:r>
        <w:t>The dollar doesn't go as far as it used to, but it gets there faster.</w:t>
      </w:r>
    </w:p>
    <w:p>
      <w:r>
        <w:t>Oh weary mothers mixing dough, Don't you wish that food would grow?  Your lips would smile, I know, to see, A cookie bush or a pancake tree.</w:t>
      </w:r>
    </w:p>
    <w:p>
      <w:r>
        <w:t>Even much worse than a storm or a riot, is a bunch of kids who are suddenly quiet.</w:t>
      </w:r>
    </w:p>
    <w:p>
      <w:r>
        <w:t>One good reason why a little boy gets so dirty, he's closer to the ground.</w:t>
      </w:r>
    </w:p>
    <w:p>
      <w:r>
        <w:t>A hundred men make an encampment, but it takes a woman to make a home.</w:t>
      </w:r>
    </w:p>
    <w:p>
      <w:r>
        <w:t>Just about the time you think you can make both ends meet, somebody moves the ends.</w:t>
      </w:r>
    </w:p>
    <w:p>
      <w:r>
        <w:t>Joy is not in things, it is in us.</w:t>
      </w:r>
    </w:p>
    <w:p>
      <w:r>
        <w:t>With every rising of the sun,  think of your life as just begun.</w:t>
      </w:r>
    </w:p>
    <w:p>
      <w:r>
        <w:t>The bonds of matrimony aren't worth much, Unless the interest is kept up.</w:t>
      </w:r>
    </w:p>
    <w:p>
      <w:r>
        <w:t>Brows may wrinkle, hair grow gray-- But friendship never knows decay.</w:t>
      </w:r>
    </w:p>
    <w:p>
      <w:r>
        <w:t>We never skimp on groceries, Our family is well fed.  That's why our added poundage, Is called the high priced spread.</w:t>
      </w:r>
    </w:p>
    <w:p>
      <w:r>
        <w:t>He who laughs last probably didn't get the joke.</w:t>
      </w:r>
    </w:p>
    <w:p>
      <w:r>
        <w:t>It matters not, If it's red, green or yellow.  There's nothing you can disguise, Like a bowl full of Jello.</w:t>
      </w:r>
    </w:p>
    <w:p>
      <w:r>
        <w:t>May we always be the kind of person whom  others will feel better knowing.</w:t>
      </w:r>
    </w:p>
    <w:p>
      <w:r>
        <w:t>Death is not extinguishing the light; It is putting out the light because the dawn has come.</w:t>
      </w:r>
    </w:p>
    <w:p>
      <w:pPr>
        <w:pStyle w:val="Heading2"/>
      </w:pPr>
      <w:r>
        <w:t>Front Door</w:t>
      </w:r>
    </w:p>
    <w:p>
      <w:r>
        <w:t>A warm country welcome...</w:t>
      </w:r>
    </w:p>
    <w:p>
      <w:r>
        <w:t>All who enter are Toadally Welcome</w:t>
      </w:r>
    </w:p>
    <w:p>
      <w:r>
        <w:t>Although our house is quite a mess, come in, relax, converse.  It doesn't always look like this, sometimes it's even worse.</w:t>
      </w:r>
    </w:p>
    <w:p>
      <w:r>
        <w:t>Back door guests are best !!!</w:t>
      </w:r>
    </w:p>
    <w:p>
      <w:r>
        <w:t>Be a sweetie...Wipe your feetie !!</w:t>
      </w:r>
    </w:p>
    <w:p>
      <w:r>
        <w:t>Bless all who enter here..</w:t>
      </w:r>
    </w:p>
    <w:p>
      <w:r>
        <w:t>Bless this house as much as possible!</w:t>
      </w:r>
    </w:p>
    <w:p>
      <w:r>
        <w:t>Clean off a chair and sit down.</w:t>
      </w:r>
    </w:p>
    <w:p>
      <w:r>
        <w:t>Come...sit a spell ...</w:t>
      </w:r>
    </w:p>
    <w:p>
      <w:r>
        <w:t>Don't leave angry....just leave !!!</w:t>
      </w:r>
    </w:p>
    <w:p>
      <w:r>
        <w:t>Enter with a happy heart...</w:t>
      </w:r>
    </w:p>
    <w:p>
      <w:r>
        <w:t>Everyone who enters this house bring happiness.   Some by coming in and some by going out.</w:t>
      </w:r>
    </w:p>
    <w:p>
      <w:r>
        <w:t>Friends Welcome...Relatives By Appointment</w:t>
      </w:r>
    </w:p>
    <w:p>
      <w:r>
        <w:t>Good Morning Sunshine !!!</w:t>
      </w:r>
    </w:p>
    <w:p>
      <w:r>
        <w:t>If you come to see me...Welcome !  If you come to see my house...make an appointment !!</w:t>
      </w:r>
    </w:p>
    <w:p>
      <w:r>
        <w:t>I'll be right there...hold on !!</w:t>
      </w:r>
    </w:p>
    <w:p>
      <w:r>
        <w:t>Just Gone...</w:t>
      </w:r>
    </w:p>
    <w:p>
      <w:r>
        <w:t>Martha Stewart doesn't live here....And that's a good thing !!</w:t>
      </w:r>
    </w:p>
    <w:p>
      <w:r>
        <w:t>My house was clean yesterday...sorry you missed it !</w:t>
      </w:r>
    </w:p>
    <w:p>
      <w:r>
        <w:t>Please don't mistake my endurance for hospitality!!!!</w:t>
      </w:r>
    </w:p>
    <w:p>
      <w:r>
        <w:t>Please use Udder Door !!</w:t>
      </w:r>
    </w:p>
    <w:p>
      <w:r>
        <w:t>Stocking Feet Please !!!</w:t>
      </w:r>
    </w:p>
    <w:p>
      <w:r>
        <w:t>Welcome Country Friends</w:t>
      </w:r>
    </w:p>
    <w:p>
      <w:r>
        <w:t>Love, Laughter and Friendship are always welcome here...!!</w:t>
      </w:r>
    </w:p>
    <w:p>
      <w:r>
        <w:t>Whether you come in to visit or just to rest when you enter our home may you be blessed.</w:t>
      </w:r>
    </w:p>
    <w:p>
      <w:r>
        <w:t>Wipe your Paws !</w:t>
      </w:r>
    </w:p>
    <w:p>
      <w:r>
        <w:t>Ya'll come back now, ya hear??</w:t>
      </w:r>
    </w:p>
    <w:p>
      <w:pPr>
        <w:pStyle w:val="Heading2"/>
      </w:pPr>
      <w:r>
        <w:t>Home Sayings</w:t>
      </w:r>
    </w:p>
    <w:p>
      <w:r>
        <w:t>A home is built of peace and love...and not of wood and stone.  A place where happiness, lives and memories are sewn.</w:t>
      </w:r>
      <w:r>
        <w:br/>
      </w:r>
      <w:r>
        <w:t>A house is made of brick and stone...a home is made of love alone !!</w:t>
      </w:r>
      <w:r>
        <w:br/>
      </w:r>
      <w:r>
        <w:t>A house is made of wood and stone, but only love can make a home.</w:t>
      </w:r>
      <w:r>
        <w:br/>
      </w:r>
      <w:r>
        <w:t>A king's castle is his home.</w:t>
      </w:r>
      <w:r>
        <w:br/>
      </w:r>
      <w:r>
        <w:t>A man's home is his castle.</w:t>
      </w:r>
      <w:r>
        <w:br/>
      </w:r>
      <w:r>
        <w:t>An angel in the house they say, will guard your family night and day.</w:t>
      </w:r>
      <w:r>
        <w:br/>
      </w:r>
      <w:r>
        <w:t>Bless our home with Love.</w:t>
      </w:r>
      <w:r>
        <w:br/>
      </w:r>
      <w:r>
        <w:t>Bless our Nest !!</w:t>
      </w:r>
      <w:r>
        <w:br/>
      </w:r>
      <w:r>
        <w:t>Bless this happy home.</w:t>
      </w:r>
      <w:r>
        <w:br/>
      </w:r>
      <w:r>
        <w:t>Enter with a happy heart.</w:t>
      </w:r>
      <w:r>
        <w:br/>
      </w:r>
      <w:r>
        <w:t>Everybody brings joy to this house... Some when they enter ! Some when they leave !</w:t>
      </w:r>
      <w:r>
        <w:br/>
      </w:r>
      <w:r>
        <w:t>God bless our home.</w:t>
      </w:r>
      <w:r>
        <w:br/>
      </w:r>
      <w:r>
        <w:t>Having someplace to go is home.  Having someone to love is family.  Having both is a blessing.</w:t>
      </w:r>
      <w:r>
        <w:br/>
      </w:r>
      <w:r>
        <w:t>He is happiest to be he king or peasant; who finds peace in his home.</w:t>
      </w:r>
      <w:r>
        <w:br/>
      </w:r>
      <w:r>
        <w:t>HOME = He who loves an old house never loves in vain.  How can an old house used to sun and rain, To lilac and larkspur and an elm above, Ever fail to answer...the heart that gives it love.</w:t>
      </w:r>
      <w:r>
        <w:br/>
      </w:r>
      <w:r>
        <w:t>Home and heart will never depart.</w:t>
      </w:r>
      <w:r>
        <w:br/>
      </w:r>
      <w:r>
        <w:t>Home is a place in the heart.</w:t>
      </w:r>
      <w:r>
        <w:br/>
      </w:r>
      <w:r>
        <w:t>Home is a starting place of love and dreams.</w:t>
      </w:r>
      <w:r>
        <w:br/>
      </w:r>
      <w:r>
        <w:t>Home is where my honey is.</w:t>
      </w:r>
      <w:r>
        <w:br/>
      </w:r>
      <w:r>
        <w:t>Home is where the heart is.</w:t>
      </w:r>
      <w:r>
        <w:br/>
      </w:r>
      <w:r>
        <w:t>Home is where the hug is.</w:t>
      </w:r>
      <w:r>
        <w:br/>
      </w:r>
      <w:r>
        <w:t>Home is where they feed you.</w:t>
      </w:r>
      <w:r>
        <w:br/>
      </w:r>
      <w:r>
        <w:t>Home is where they have to let you in !</w:t>
      </w:r>
      <w:r>
        <w:br/>
      </w:r>
      <w:r>
        <w:t>Home is where you hang your hat.</w:t>
      </w:r>
      <w:r>
        <w:br/>
      </w:r>
      <w:r>
        <w:t>HOME RULES:   If you sleep on it........make it up. If you wear it.......hang it up. If you drop it.........pick it up. If you eat out of it.......put it in the sink. If you step in it.........wipe it off. If you open it.......close it. If you empty it......fill it up. If it rings.......answer it. If it howls.....feed it. If it cries........love it.</w:t>
      </w:r>
      <w:r>
        <w:br/>
      </w:r>
      <w:r>
        <w:t>It's the heart that makes the home.</w:t>
      </w:r>
      <w:r>
        <w:br/>
      </w:r>
      <w:r>
        <w:t>Little angels up above, Bless our home with lots of love !</w:t>
      </w:r>
      <w:r>
        <w:br/>
      </w:r>
      <w:r>
        <w:t>Live Well...Laugh Often...Love Much.</w:t>
      </w:r>
      <w:r>
        <w:br/>
      </w:r>
      <w:r>
        <w:t>Love + Parents + Children + A Roof = A Happy Home</w:t>
      </w:r>
      <w:r>
        <w:br/>
      </w:r>
      <w:r>
        <w:t>Loving hearts make a happy home.</w:t>
      </w:r>
      <w:r>
        <w:br/>
      </w:r>
      <w:r>
        <w:t>Loving make a House a Home.</w:t>
      </w:r>
      <w:r>
        <w:br/>
      </w:r>
      <w:r>
        <w:t>May your house be warm and your sausages plump !</w:t>
      </w:r>
      <w:r>
        <w:br/>
      </w:r>
      <w:r>
        <w:t>Parents are the heart of the home.</w:t>
      </w:r>
      <w:r>
        <w:br/>
      </w:r>
      <w:r>
        <w:t>Peace be to this house and to all who dwell in it.  Peace be to them that enter and to them that depart.</w:t>
      </w:r>
      <w:r>
        <w:br/>
      </w:r>
      <w:r>
        <w:t>Sit Long...Talk Much...Laugh Often.</w:t>
      </w:r>
      <w:r>
        <w:br/>
      </w:r>
      <w:r>
        <w:t>So this isn't  HOME SWEET HOME... Adjust !</w:t>
      </w:r>
      <w:r>
        <w:br/>
      </w:r>
      <w:r>
        <w:t>The beauty of the house is order;  The blessing of the house is contentment;  The glory of the house is hospitality;  The crown of the house is godliness.</w:t>
      </w:r>
      <w:r>
        <w:br/>
      </w:r>
      <w:r>
        <w:t>There is nothing half as pleasant as coming home again.</w:t>
      </w:r>
      <w:r>
        <w:br/>
      </w:r>
      <w:r>
        <w:t>This is a house where love dwells.</w:t>
      </w:r>
      <w:r>
        <w:br/>
      </w:r>
      <w:r>
        <w:t>Welcome to our Country home even if it's in the City.</w:t>
      </w:r>
      <w:r>
        <w:br/>
      </w:r>
      <w:r>
        <w:t>When there is room in the heart there is always room in the house.</w:t>
      </w:r>
      <w:r>
        <w:br/>
      </w:r>
      <w:r>
        <w:t>Where we love is home, home that our feet may leave, but not our hearts.</w:t>
      </w:r>
      <w:r>
        <w:br/>
      </w:r>
      <w:r>
        <w:t>Whether you come in to visit or just to rest when you enter our home may you be blessed.</w:t>
      </w:r>
      <w:r>
        <w:br/>
      </w:r>
      <w:r>
        <w:t>You never really leave a place you love.  Part of it you take with you, Leaving a part of you behind.</w:t>
      </w:r>
    </w:p>
    <w:p>
      <w:pPr>
        <w:pStyle w:val="Heading2"/>
      </w:pPr>
      <w:r>
        <w:t>House</w:t>
      </w:r>
    </w:p>
    <w:p>
      <w:r>
        <w:t>A house is built of walls and beams, a home is build of loves and dreams.</w:t>
      </w:r>
    </w:p>
    <w:p>
      <w:r>
        <w:t>A house is made of brick and stone...a home is made of love alone.</w:t>
      </w:r>
    </w:p>
    <w:p>
      <w:r>
        <w:t>Little angels up above, Bless our home with Lots of Love.</w:t>
      </w:r>
    </w:p>
    <w:p>
      <w:r>
        <w:t>This is my home, my castle fair.</w:t>
      </w:r>
    </w:p>
    <w:p>
      <w:r>
        <w:t>Home is where a mother's love surrounds with tender care.</w:t>
      </w:r>
    </w:p>
    <w:p>
      <w:r>
        <w:t>Home is where a father's strength surrounds, protects his own.</w:t>
      </w:r>
    </w:p>
    <w:p>
      <w:r>
        <w:t>Home is where the father's kingdom, the mother's world, and the child's paradise- Author unknown</w:t>
      </w:r>
    </w:p>
    <w:p>
      <w:r>
        <w:t>Home is the heart's haven</w:t>
      </w:r>
    </w:p>
    <w:p>
      <w:r>
        <w:t>Home... A world of care without, A world of strife shut out, A world of love shut in. -Dora Greenwell</w:t>
      </w:r>
    </w:p>
    <w:p>
      <w:r>
        <w:t>The sounds of home make a melody that a mother loves to hear.</w:t>
      </w:r>
    </w:p>
    <w:p>
      <w:r>
        <w:t>My heart will always be at home.</w:t>
      </w:r>
    </w:p>
    <w:p>
      <w:r>
        <w:t>A home is such a happy place where loved ones shared together.</w:t>
      </w:r>
    </w:p>
    <w:p>
      <w:r>
        <w:t>A home is more than just a house.</w:t>
      </w:r>
    </w:p>
    <w:p>
      <w:r>
        <w:t>It's not really an empty nest until all of their stuff is out of the basement</w:t>
      </w:r>
    </w:p>
    <w:p>
      <w:r>
        <w:t>Cleaning the house while your kids are still growing is like shoveling snow when it hasn't stopped snowing!</w:t>
      </w:r>
    </w:p>
    <w:p>
      <w:r>
        <w:t>Home is where we share and love and grow</w:t>
      </w:r>
    </w:p>
    <w:p>
      <w:r>
        <w:t>Be kind to your children...they pick the nursing home</w:t>
      </w:r>
    </w:p>
    <w:p>
      <w:r>
        <w:t>Forget the dog. Beware of the kids!</w:t>
      </w:r>
    </w:p>
    <w:p>
      <w:r>
        <w:t>I love to give homemade gifts. Which kid do you want?</w:t>
      </w:r>
    </w:p>
    <w:p>
      <w:r>
        <w:t>By the time your children are easy to live with, they're living with someone else</w:t>
      </w:r>
    </w:p>
    <w:p>
      <w:r>
        <w:t>Lord, give me the patience to endure my blessings</w:t>
      </w:r>
    </w:p>
    <w:p>
      <w:pPr>
        <w:pStyle w:val="Heading2"/>
      </w:pPr>
      <w:r>
        <w:t>House Work</w:t>
      </w:r>
    </w:p>
    <w:p>
      <w:r>
        <w:t>A clean house is the sign of a boring person.</w:t>
      </w:r>
      <w:r>
        <w:br/>
      </w:r>
      <w:r>
        <w:t>A clean house is a sign of a broken computer !</w:t>
      </w:r>
      <w:r>
        <w:br/>
      </w:r>
      <w:r>
        <w:t>A clean house is a sign of a misspent life.</w:t>
      </w:r>
      <w:r>
        <w:br/>
      </w:r>
      <w:r>
        <w:t>A clean house is the sign of a wasted life.</w:t>
      </w:r>
      <w:r>
        <w:br/>
      </w:r>
      <w:r>
        <w:t>A woman has never been known to shoot a man while he was doing the dishes ( or the laundry, vacuuming, etc. )</w:t>
      </w:r>
      <w:r>
        <w:br/>
      </w:r>
      <w:r>
        <w:t>Although you'll find our house a mess, come in, sit down, converse.  It doesn't always look like this.  Some days it's even worse.</w:t>
      </w:r>
      <w:r>
        <w:br/>
      </w:r>
      <w:r>
        <w:t>An old broom knows the dirty corners best !!</w:t>
      </w:r>
      <w:r>
        <w:br/>
      </w:r>
      <w:r>
        <w:t>Beware...this home protected by killer dust bunnies...</w:t>
      </w:r>
      <w:r>
        <w:br/>
      </w:r>
      <w:r>
        <w:t>Beware of Killer Dust Bunnies...</w:t>
      </w:r>
      <w:r>
        <w:br/>
      </w:r>
      <w:r>
        <w:t>Born to shop....not to mop !!</w:t>
      </w:r>
      <w:r>
        <w:br/>
      </w:r>
      <w:r>
        <w:t>Clean Beds 25 cents    First Water  10 cents   Used Water  3 cents</w:t>
      </w:r>
      <w:r>
        <w:br/>
      </w:r>
      <w:r>
        <w:t>Clean if you must...but don't write in the dust.</w:t>
      </w:r>
      <w:r>
        <w:br/>
      </w:r>
      <w:r>
        <w:t>Cleaning the house while the kids are still growing...is like shoveling the walk while it's snowing...</w:t>
      </w:r>
      <w:r>
        <w:br/>
      </w:r>
      <w:r>
        <w:t>Cleanliness is next to....impossible !!</w:t>
      </w:r>
      <w:r>
        <w:br/>
      </w:r>
      <w:r>
        <w:t>Dull women have immaculate homes !</w:t>
      </w:r>
      <w:r>
        <w:br/>
      </w:r>
      <w:r>
        <w:t>Dust is just a country accent.</w:t>
      </w:r>
      <w:r>
        <w:br/>
      </w:r>
      <w:r>
        <w:t>Dust is a protective cover.</w:t>
      </w:r>
      <w:r>
        <w:br/>
      </w:r>
      <w:r>
        <w:t>For Maid Service, Press Button.  If No One Answers, Do It Yourself!</w:t>
      </w:r>
      <w:r>
        <w:br/>
      </w:r>
      <w:r>
        <w:t>Four little dirty words:  wash, cook, iron, dust</w:t>
      </w:r>
      <w:r>
        <w:br/>
      </w:r>
      <w:r>
        <w:t>Housework causes warts !</w:t>
      </w:r>
      <w:r>
        <w:br/>
      </w:r>
      <w:r>
        <w:t>Housework, when done correctly, can kill you.</w:t>
      </w:r>
      <w:r>
        <w:br/>
      </w:r>
      <w:r>
        <w:t>Housework, done properly, can kill you.</w:t>
      </w:r>
      <w:r>
        <w:br/>
      </w:r>
      <w:r>
        <w:t>Housework is a Family Affair</w:t>
      </w:r>
      <w:r>
        <w:br/>
      </w:r>
      <w:r>
        <w:t>Housework is something you can do that nobody notices until you don't do it !!</w:t>
      </w:r>
      <w:r>
        <w:br/>
      </w:r>
      <w:r>
        <w:t>Housework is the pits !!</w:t>
      </w:r>
      <w:r>
        <w:br/>
      </w:r>
      <w:r>
        <w:t>Housework...just sweep the room with a glance !!</w:t>
      </w:r>
      <w:r>
        <w:br/>
      </w:r>
      <w:r>
        <w:t>Housework makes you ugly...</w:t>
      </w:r>
      <w:r>
        <w:br/>
      </w:r>
      <w:r>
        <w:t>Housework makes your HARE turn gray !!</w:t>
      </w:r>
      <w:r>
        <w:br/>
      </w:r>
      <w:r>
        <w:t>I believe in miracles... keeping this place clean is one of them.</w:t>
      </w:r>
      <w:r>
        <w:br/>
      </w:r>
      <w:r>
        <w:t>I clean house every other day... Today is the other day !</w:t>
      </w:r>
      <w:r>
        <w:br/>
      </w:r>
      <w:r>
        <w:t>I don't do housework on days that end in "Y"...</w:t>
      </w:r>
      <w:r>
        <w:br/>
      </w:r>
      <w:r>
        <w:t>If cleanliness is next to godliness....we're in big trouble !!</w:t>
      </w:r>
      <w:r>
        <w:br/>
      </w:r>
      <w:r>
        <w:t>If the shelves are dusty and the pots don't shine it's because I have better things to do with my time.</w:t>
      </w:r>
      <w:r>
        <w:br/>
      </w:r>
      <w:r>
        <w:t>I'm not going to vacuum 'til Sears makes one you can ride on !</w:t>
      </w:r>
      <w:r>
        <w:br/>
      </w:r>
      <w:r>
        <w:t>My house was perfectly clean last week...Sorry you missed it !</w:t>
      </w:r>
      <w:r>
        <w:br/>
      </w:r>
      <w:r>
        <w:t>My idea of housework is to sweep the room with a glance.</w:t>
      </w:r>
      <w:r>
        <w:br/>
      </w:r>
      <w:r>
        <w:t>Our house is clean enough to be healthy...and dirty enough to be happy...</w:t>
      </w:r>
      <w:r>
        <w:br/>
      </w:r>
      <w:r>
        <w:t>Please don't tidy my mess, you'll only confuse me.</w:t>
      </w:r>
      <w:r>
        <w:br/>
      </w:r>
      <w:r>
        <w:t>Please pardon the mess ! Our butler and maid has resigned !!</w:t>
      </w:r>
      <w:r>
        <w:br/>
      </w:r>
      <w:r>
        <w:t>So I'm not Super wife........ Adjust!!!!!!!</w:t>
      </w:r>
      <w:r>
        <w:br/>
      </w:r>
      <w:r>
        <w:t>The dust bunnies are having a convention at my house.</w:t>
      </w:r>
      <w:r>
        <w:br/>
      </w:r>
      <w:r>
        <w:t>There may be dust in my house but there isn't any on me.</w:t>
      </w:r>
      <w:r>
        <w:br/>
      </w:r>
      <w:r>
        <w:t>They're sure housework won't kill you...but why take the risk??</w:t>
      </w:r>
      <w:r>
        <w:br/>
      </w:r>
      <w:r>
        <w:t>This home is protected by a coat of dust...</w:t>
      </w:r>
      <w:r>
        <w:br/>
      </w:r>
      <w:r>
        <w:t>This house is protected by killer dust bunnies.</w:t>
      </w:r>
      <w:r>
        <w:br/>
      </w:r>
      <w:r>
        <w:t>This is no ordinary housewife you're dealing with !</w:t>
      </w:r>
      <w:r>
        <w:br/>
      </w:r>
      <w:r>
        <w:t>True love leads to housework.</w:t>
      </w:r>
      <w:r>
        <w:br/>
      </w:r>
      <w:r>
        <w:t>When I get the urge to clean house, I lay down until it passes.</w:t>
      </w:r>
      <w:r>
        <w:br/>
      </w:r>
      <w:r>
        <w:t>You can draw in my dust, just don't date it.</w:t>
      </w:r>
      <w:r>
        <w:br/>
      </w:r>
      <w:r>
        <w:t>• You can look at my dust, but please don't write in it !</w:t>
      </w:r>
      <w:r>
        <w:br/>
      </w:r>
      <w:r>
        <w:t>Bless this mess</w:t>
      </w:r>
    </w:p>
    <w:p>
      <w:r>
        <w:t>Housework makes you ugly</w:t>
      </w:r>
    </w:p>
    <w:p>
      <w:r>
        <w:t>If you come to visit, welcome! (But please don't write in the dust)</w:t>
      </w:r>
    </w:p>
    <w:p>
      <w:r>
        <w:t>Dust is just a country accent</w:t>
      </w:r>
    </w:p>
    <w:p>
      <w:r>
        <w:t>I was born to have a maid, not be one</w:t>
      </w:r>
    </w:p>
    <w:p>
      <w:r>
        <w:t>I'm creative. You can't expect me to be neat too!</w:t>
      </w:r>
    </w:p>
    <w:p>
      <w:r>
        <w:t>This house protected by a coat of dust</w:t>
      </w:r>
    </w:p>
    <w:p>
      <w:r>
        <w:t>Help wanted. Everyone in this house qualifies</w:t>
      </w:r>
    </w:p>
    <w:p>
      <w:r>
        <w:t>Welcome to my laundry room-Featuring all the latest dirt</w:t>
      </w:r>
    </w:p>
    <w:p>
      <w:r>
        <w:t>Organized people are just too lazy to hunt for things</w:t>
      </w:r>
    </w:p>
    <w:p>
      <w:r>
        <w:t>Notice: Due to illness, this kitchen is closed. I'm sick of cooking!</w:t>
      </w:r>
    </w:p>
    <w:p>
      <w:r>
        <w:t>Messy houses are happy houses. Mine is delirious!</w:t>
      </w:r>
    </w:p>
    <w:p>
      <w:r>
        <w:t>Please excuse the mess- we want you to feel at home.</w:t>
      </w:r>
    </w:p>
    <w:p>
      <w:r>
        <w:t>If you want breakfast in bed, sleep in the kitchen</w:t>
      </w:r>
    </w:p>
    <w:p>
      <w:r>
        <w:t>Freedom of the press means no-iron clothes.</w:t>
      </w:r>
    </w:p>
    <w:p>
      <w:r>
        <w:t>A woman with an immaculate house and a great dinner on the table is a woman expecting her mother-in-law for dinner.</w:t>
      </w:r>
    </w:p>
    <w:p>
      <w:r>
        <w:t>If birds have little birds</w:t>
      </w:r>
      <w:r>
        <w:br/>
      </w:r>
      <w:r>
        <w:t>and fish have little fishes,</w:t>
      </w:r>
      <w:r>
        <w:br/>
      </w:r>
      <w:r>
        <w:t>why can't sinks have little sinks</w:t>
      </w:r>
      <w:r>
        <w:br/>
      </w:r>
      <w:r>
        <w:t>instead of DIRTY DISHES!!</w:t>
      </w:r>
    </w:p>
    <w:p>
      <w:r>
        <w:t>When you need some time alone, just start washing the dishes!</w:t>
      </w:r>
    </w:p>
    <w:p>
      <w:r>
        <w:t>Dirt Free House.  The dirt is free.</w:t>
      </w:r>
    </w:p>
    <w:p>
      <w:r>
        <w:t>This house is protected by a thin layer of dust.</w:t>
      </w:r>
    </w:p>
    <w:p>
      <w:r>
        <w:t>I'll clean when Sears comes out with a riding vacuum.</w:t>
      </w:r>
    </w:p>
    <w:p>
      <w:r>
        <w:t>Laundry Room: Drop your pants here.</w:t>
      </w:r>
    </w:p>
    <w:p>
      <w:r>
        <w:t>Both of us can't look good.  It's either me or the house.</w:t>
      </w:r>
    </w:p>
    <w:p>
      <w:r>
        <w:t>Our laundry room has the latest dirt!</w:t>
      </w:r>
    </w:p>
    <w:p>
      <w:r>
        <w:t>Men sort their laundry into two piles:  Filthy and filthy but wearable.</w:t>
      </w:r>
    </w:p>
    <w:p>
      <w:r>
        <w:t>Watch for falling killer dust balls!</w:t>
      </w:r>
    </w:p>
    <w:p>
      <w:r>
        <w:t>If you can’t sweep it once a day, rake it once a week!</w:t>
      </w:r>
    </w:p>
    <w:p>
      <w:r>
        <w:t>Clean houses never last.  Hugs and kisses do.</w:t>
      </w:r>
    </w:p>
    <w:p>
      <w:r>
        <w:t>Housework gives you warts.</w:t>
      </w:r>
    </w:p>
    <w:p>
      <w:r>
        <w:t>Please don't feed the dust bunnies.</w:t>
      </w:r>
    </w:p>
    <w:p>
      <w:r>
        <w:t>Beware:  Important scientific experiment now in progress inside this fridge!</w:t>
      </w:r>
      <w:r>
        <w:br/>
      </w:r>
      <w:r>
        <w:t>You can eat off my floor.  It's covered with crumbs.</w:t>
      </w:r>
    </w:p>
    <w:p>
      <w:r>
        <w:t>This house is quarantined due to illness.  I'm sick of cleaning.</w:t>
      </w:r>
    </w:p>
    <w:p>
      <w:r>
        <w:t>Housework is a family affair.  Family messes, mom cleans!</w:t>
      </w:r>
    </w:p>
    <w:p>
      <w:r>
        <w:t>Ring bell for service.  If no one answers do it yourself.</w:t>
      </w:r>
    </w:p>
    <w:p>
      <w:r>
        <w:t>Lord, please pick up my spirits. . . and I could use some help with this house too!</w:t>
      </w:r>
    </w:p>
    <w:p>
      <w:r>
        <w:t>Cleaning and scrubbing can wait,</w:t>
      </w:r>
      <w:r>
        <w:br/>
      </w:r>
      <w:r>
        <w:t>for babies grow quickly, it’s just fate.</w:t>
      </w:r>
      <w:r>
        <w:br/>
      </w:r>
      <w:r>
        <w:t>So quiet down cobwebs and dust go to sleep.</w:t>
      </w:r>
      <w:r>
        <w:br/>
      </w:r>
      <w:r>
        <w:t>I’m rocking my baby cause babies don’t keep.</w:t>
      </w:r>
    </w:p>
    <w:p>
      <w:r>
        <w:t>I don't like 4 letter words:  DUST, IRON, COOK, WASH, MEND, DIET, BAKE....</w:t>
      </w:r>
    </w:p>
    <w:p>
      <w:r>
        <w:t>A clean house is a sign of a broken computer!</w:t>
      </w:r>
    </w:p>
    <w:p>
      <w:pPr>
        <w:pStyle w:val="Heading2"/>
      </w:pPr>
      <w:r>
        <w:t>Kitchen</w:t>
      </w:r>
    </w:p>
    <w:p>
      <w:r>
        <w:t>A guardian angel in your kitchen...watches over what you're fixin'...!!</w:t>
      </w:r>
      <w:r>
        <w:br/>
      </w:r>
      <w:r>
        <w:t>A messy kitchen is a happy kitchen, and this kitchen is delirious !</w:t>
      </w:r>
      <w:r>
        <w:br/>
      </w:r>
      <w:r>
        <w:t>A messy kitchen is a sign of a good meal.</w:t>
      </w:r>
      <w:r>
        <w:br/>
      </w:r>
      <w:r>
        <w:t>A Pinch of this...a dash of that...</w:t>
      </w:r>
      <w:r>
        <w:br/>
      </w:r>
      <w:r>
        <w:t>Emergency numbers</w:t>
      </w:r>
      <w:r>
        <w:br/>
      </w:r>
      <w:r>
        <w:t>Pizza  555-121-1212</w:t>
      </w:r>
      <w:r>
        <w:br/>
      </w:r>
      <w:r>
        <w:t>Chinese  555-121-1212</w:t>
      </w:r>
      <w:r>
        <w:br/>
      </w:r>
      <w:r>
        <w:t>Deli  555-121-1212</w:t>
      </w:r>
      <w:r>
        <w:br/>
      </w:r>
      <w:r>
        <w:t>Grandma  555-121-1212</w:t>
      </w:r>
      <w:r>
        <w:br/>
      </w:r>
      <w:r>
        <w:t>Fresh Eggs...Layed Daily</w:t>
      </w:r>
      <w:r>
        <w:br/>
      </w:r>
      <w:r>
        <w:t>God blesses this kitchen but He doesn't clean it....!!</w:t>
      </w:r>
      <w:r>
        <w:br/>
      </w:r>
      <w:r>
        <w:t>I do my part to keep the planet green; just look in my refrigerator.</w:t>
      </w:r>
      <w:r>
        <w:br/>
      </w:r>
      <w:r>
        <w:t>I know that birds have little birds,  and fish have little fishes. Then why don't sinks have little sinks,  instead of dirty dishes..???</w:t>
      </w:r>
      <w:r>
        <w:br/>
      </w:r>
      <w:r>
        <w:t>I like hugs and I like kisses, But what I'd love...is help with the dishes !!</w:t>
      </w:r>
      <w:r>
        <w:br/>
      </w:r>
      <w:r>
        <w:t>I only have a kitchen because it came with the house.</w:t>
      </w:r>
      <w:r>
        <w:br/>
      </w:r>
      <w:r>
        <w:t>Ice Tea 5 cents  House wine of the South</w:t>
      </w:r>
      <w:r>
        <w:br/>
      </w:r>
      <w:r>
        <w:t>If "ifs" and "ands" were pots and pans, this world would be one heck of a kitchen !!</w:t>
      </w:r>
      <w:r>
        <w:br/>
      </w:r>
      <w:r>
        <w:t>If messy kitchens are happy kitchens...mine's delirious !!</w:t>
      </w:r>
      <w:r>
        <w:br/>
      </w:r>
      <w:r>
        <w:t>If you can't stand the heat, get out of the kitchen !</w:t>
      </w:r>
      <w:r>
        <w:br/>
      </w:r>
      <w:r>
        <w:t>If you want breakfast in bed....sleep in the kitchen !</w:t>
      </w:r>
      <w:r>
        <w:br/>
      </w:r>
      <w:r>
        <w:t>If yur lookin...for home cookin'....go home !</w:t>
      </w:r>
      <w:r>
        <w:br/>
      </w:r>
      <w:r>
        <w:t>Keep this Kitchen clean.....Eat out !!</w:t>
      </w:r>
      <w:r>
        <w:br/>
      </w:r>
      <w:r>
        <w:t>Kitchen Closed...Not in the Mood...   (I saw this on a sign that had a cow on it)</w:t>
      </w:r>
      <w:r>
        <w:br/>
      </w:r>
      <w:r>
        <w:t>Kitchen closed Sundays...</w:t>
      </w:r>
      <w:r>
        <w:br/>
      </w:r>
      <w:r>
        <w:t>Kitchen Closed: this chick's had it!</w:t>
      </w:r>
      <w:r>
        <w:br/>
      </w:r>
      <w:r>
        <w:t>Kitchen Closed:  this heifer has had it !</w:t>
      </w:r>
      <w:r>
        <w:br/>
      </w:r>
      <w:r>
        <w:t>Lord...bless this kitchen...and those who labor in it...</w:t>
      </w:r>
      <w:r>
        <w:br/>
      </w:r>
      <w:r>
        <w:t>Lord, Warm all the kitchen with thy Love, And light it with Thy peace. Forgive me all my worry, and make my grumbling cease.</w:t>
      </w:r>
      <w:r>
        <w:br/>
      </w:r>
      <w:r>
        <w:t>Love bakes good cakes And brews good stews.</w:t>
      </w:r>
      <w:r>
        <w:br/>
      </w:r>
      <w:r>
        <w:t>Make yourself at home....Clean my Kitchen !!</w:t>
      </w:r>
      <w:r>
        <w:br/>
      </w:r>
      <w:r>
        <w:t>Mealtime: when the kids sit down to continue eating.</w:t>
      </w:r>
      <w:r>
        <w:br/>
      </w:r>
      <w:r>
        <w:t>Mom only works in the kitchen on days that end in "Y"</w:t>
      </w:r>
      <w:r>
        <w:br/>
      </w:r>
      <w:r>
        <w:t>Mom's Cafe...Open 24 hours !</w:t>
      </w:r>
      <w:r>
        <w:br/>
      </w:r>
      <w:r>
        <w:t>Mom's Kitchen:  Love served here...</w:t>
      </w:r>
      <w:r>
        <w:br/>
      </w:r>
      <w:r>
        <w:t>My next house will have not kitchen... just vending machines.</w:t>
      </w:r>
      <w:r>
        <w:br/>
      </w:r>
      <w:r>
        <w:t>No matter where I serve my guests.... they seem to like my kitchen the best...  (this was on a counted-cross stitch piece I did years ago)</w:t>
      </w:r>
      <w:r>
        <w:br/>
      </w:r>
      <w:r>
        <w:t>Only cowards cook on low !!</w:t>
      </w:r>
      <w:r>
        <w:br/>
      </w:r>
      <w:r>
        <w:t>Please don't bug me....while I'm eating !!    (I saw this on a sign depicting a bug with a spoon)</w:t>
      </w:r>
      <w:r>
        <w:br/>
      </w:r>
      <w:r>
        <w:t>Save water....don't do dishes !!</w:t>
      </w:r>
      <w:r>
        <w:br/>
      </w:r>
      <w:r>
        <w:t>Sit...Give Thanks...Eat...Praise the Cook...</w:t>
      </w:r>
      <w:r>
        <w:br/>
      </w:r>
      <w:r>
        <w:t>Sit....Relax....Gossip !</w:t>
      </w:r>
      <w:r>
        <w:br/>
      </w:r>
      <w:r>
        <w:t>Thank God for dirty dishes;  they have a tale to tell; while others may go hungry,  we're eating very well.</w:t>
      </w:r>
      <w:r>
        <w:br/>
      </w:r>
      <w:r>
        <w:t>With home and health and happiness, I shouldn't want to fuss; and by the stack of evidence, God's been very good to us !!</w:t>
      </w:r>
      <w:r>
        <w:br/>
      </w:r>
      <w:r>
        <w:t>The kitchen is the heart of the home...</w:t>
      </w:r>
      <w:r>
        <w:br/>
      </w:r>
      <w:r>
        <w:t>The Meals Complete...when the Kitchen's Neat !!</w:t>
      </w:r>
      <w:r>
        <w:br/>
      </w:r>
      <w:r>
        <w:t>The only self-cleaning thing in this kitchen is the cat !</w:t>
      </w:r>
      <w:r>
        <w:br/>
      </w:r>
      <w:r>
        <w:t>This chick is cookin'...</w:t>
      </w:r>
      <w:r>
        <w:br/>
      </w:r>
      <w:r>
        <w:t>This is a self-cleaning kitchen....clean up after yourself !</w:t>
      </w:r>
      <w:r>
        <w:br/>
      </w:r>
      <w:r>
        <w:t>This is my kitchen and I will do as I darn well please !</w:t>
      </w:r>
      <w:r>
        <w:br/>
      </w:r>
      <w:r>
        <w:t>This kitchen serves the four basic food groups: 1.  chocolate fudge 2.  chocolate brownies 3.  chocolate ice cream 4.  diet cola</w:t>
      </w:r>
      <w:r>
        <w:br/>
      </w:r>
      <w:r>
        <w:t>Thousands of people have eaten in my kitchen and gone on to lead normal lives.</w:t>
      </w:r>
      <w:r>
        <w:br/>
      </w:r>
      <w:r>
        <w:t>• Two choices for Dinner Tonite...take it  OR leave it !</w:t>
      </w:r>
      <w:r>
        <w:br/>
      </w:r>
      <w:r>
        <w:t>Welcome to my Kitchen...Now...Get Out !!!</w:t>
      </w:r>
      <w:r>
        <w:br/>
      </w:r>
      <w:r>
        <w:t>Welcome to my Kitchen</w:t>
      </w:r>
      <w:r>
        <w:br/>
      </w:r>
      <w:r>
        <w:t>Operating Hours:</w:t>
      </w:r>
      <w:r>
        <w:br/>
      </w:r>
      <w:r>
        <w:t>Monday -- closed</w:t>
      </w:r>
      <w:r>
        <w:br/>
      </w:r>
      <w:r>
        <w:t>Tuesday -- no service</w:t>
      </w:r>
      <w:r>
        <w:br/>
      </w:r>
      <w:r>
        <w:t>Wednesday -- half day</w:t>
      </w:r>
      <w:r>
        <w:br/>
      </w:r>
      <w:r>
        <w:t>Thursday --out shopping</w:t>
      </w:r>
      <w:r>
        <w:br/>
      </w:r>
      <w:r>
        <w:t>Friday -- day off</w:t>
      </w:r>
      <w:r>
        <w:br/>
      </w:r>
      <w:r>
        <w:t>Saturday -- eat out</w:t>
      </w:r>
      <w:r>
        <w:br/>
      </w:r>
      <w:r>
        <w:t>Sunday -- day of rest</w:t>
      </w:r>
      <w:r>
        <w:br/>
      </w:r>
      <w:r>
        <w:t>You can eat off my kitchen floor.  There are crumbs everywhere !</w:t>
      </w:r>
      <w:r>
        <w:br/>
      </w:r>
      <w:r>
        <w:t>A clean kitchen is the sign of a wasted life.</w:t>
      </w:r>
    </w:p>
    <w:p>
      <w:r>
        <w:t>A messy kitchen is a happy kitchen and this kitchen is delirious.</w:t>
      </w:r>
    </w:p>
    <w:p>
      <w:r>
        <w:t>Apology...Although you'll find our house a mess, Come in, sit down, converse. It doesn't always look like this: Some days it's even worse.</w:t>
      </w:r>
    </w:p>
    <w:p>
      <w:r>
        <w:t>Help keep the kitchen clean - Eat OUT</w:t>
      </w:r>
    </w:p>
    <w:p>
      <w:r>
        <w:t>I came, I saw, I decided to order take out.</w:t>
      </w:r>
    </w:p>
    <w:p>
      <w:r>
        <w:t>Cook can't take it anymore!</w:t>
      </w:r>
    </w:p>
    <w:p>
      <w:r>
        <w:t>Kitchen closed - - this chick has had it!</w:t>
      </w:r>
    </w:p>
    <w:p>
      <w:r>
        <w:t>My next house will have no kitchen...     just vending machines.</w:t>
      </w:r>
    </w:p>
    <w:p>
      <w:r>
        <w:t>Countless number of people have eaten in this kitchen and gone on to lead normal lives.</w:t>
      </w:r>
    </w:p>
    <w:p>
      <w:r>
        <w:t>If you don't like my standards of cooking...lower your standards.</w:t>
      </w:r>
    </w:p>
    <w:p>
      <w:r>
        <w:t>I came, I saw, I decided to order take out.</w:t>
      </w:r>
    </w:p>
    <w:p>
      <w:r>
        <w:t>I would cook dinner, but I can't find the can opener!</w:t>
      </w:r>
    </w:p>
    <w:p>
      <w:r>
        <w:t>If we are what we eat, then I'm easy, fast, and cheap</w:t>
      </w:r>
    </w:p>
    <w:p>
      <w:r>
        <w:t>A balanced diet is a cookie in each hand.</w:t>
      </w:r>
    </w:p>
    <w:p>
      <w:r>
        <w:t>Help keep the kitchen clean - eat out.</w:t>
      </w:r>
    </w:p>
    <w:p>
      <w:r>
        <w:t>Countless number of people have eaten in this kitchen and gone on to lead normal lives.</w:t>
      </w:r>
    </w:p>
    <w:p>
      <w:r>
        <w:t>Thou shalt not weigh more than thy refrigerator.</w:t>
      </w:r>
    </w:p>
    <w:p>
      <w:r>
        <w:t>The only thing I make for dinner is~ reservations!</w:t>
      </w:r>
    </w:p>
    <w:p>
      <w:r>
        <w:t>Martha Stewart Doesn't live here!!</w:t>
      </w:r>
    </w:p>
    <w:p>
      <w:r>
        <w:t>I'm creative, You can't expect me to be neat too!</w:t>
      </w:r>
    </w:p>
    <w:p>
      <w:pPr>
        <w:pStyle w:val="Heading2"/>
      </w:pPr>
      <w:r>
        <w:t>No Smoking</w:t>
      </w:r>
    </w:p>
    <w:p>
      <w:r>
        <w:t>Feel free to use our smoking area....it's located outdoors.</w:t>
      </w:r>
    </w:p>
    <w:p>
      <w:r>
        <w:t>If we see you smoking we will assume you are on fire and take appropriate action.</w:t>
      </w:r>
    </w:p>
    <w:p>
      <w:r>
        <w:t>If you don't want your ash kicked, the butt stops here.</w:t>
      </w:r>
    </w:p>
    <w:p>
      <w:r>
        <w:t>If you must smoke...take your butt outside.</w:t>
      </w:r>
    </w:p>
    <w:p>
      <w:r>
        <w:t>If you stick a cigarette in your ear, you will look stupid. But if you stick one in your mouth, then you are stupid!</w:t>
      </w:r>
    </w:p>
    <w:p>
      <w:r>
        <w:t>If you're smoking in this house, you'd better be on fire !!</w:t>
      </w:r>
    </w:p>
    <w:p>
      <w:r>
        <w:t>No smoking....so get your butt out of here !</w:t>
      </w:r>
    </w:p>
    <w:p>
      <w:r>
        <w:t>One fondest request is no smoking by guests.</w:t>
      </w:r>
    </w:p>
    <w:p>
      <w:r>
        <w:t>Please don't smoke....we might croak.</w:t>
      </w:r>
    </w:p>
    <w:p>
      <w:r>
        <w:t>Thank you for holding your breath while I smoke.</w:t>
      </w:r>
    </w:p>
    <w:p>
      <w:pPr>
        <w:pStyle w:val="Heading1"/>
      </w:pPr>
      <w:r>
        <w:t>Love, friendship and faith</w:t>
      </w:r>
    </w:p>
    <w:p>
      <w:pPr>
        <w:pStyle w:val="Heading2"/>
      </w:pPr>
      <w:r>
        <w:t>Angels</w:t>
      </w:r>
    </w:p>
    <w:p>
      <w:r>
        <w:t>My guardian angel watches over me and keeps me safe, as safe can be</w:t>
      </w:r>
    </w:p>
    <w:p>
      <w:r>
        <w:t>Good night sweet prince (princess) and flights of angels sing thee to thy rest</w:t>
      </w:r>
    </w:p>
    <w:p>
      <w:r>
        <w:t>Angels help radiate his love from above</w:t>
      </w:r>
    </w:p>
    <w:p>
      <w:r>
        <w:t>When angels sing… Flowers bloom</w:t>
      </w:r>
    </w:p>
    <w:p>
      <w:r>
        <w:t>If we acted more angelic the world would feel more heavenly</w:t>
      </w:r>
    </w:p>
    <w:p>
      <w:r>
        <w:t>Angels are messengers from above, sent to spread light and love.</w:t>
      </w:r>
    </w:p>
    <w:p>
      <w:r>
        <w:t>A wing and a prayer can take you anywhere.</w:t>
      </w:r>
    </w:p>
    <w:p>
      <w:r>
        <w:t>Guardian angels from up above please watch over the ones we love</w:t>
      </w:r>
    </w:p>
    <w:p>
      <w:r>
        <w:t>Sweet enough to be an angel</w:t>
      </w:r>
    </w:p>
    <w:p>
      <w:r>
        <w:t>God watches over us with tender loving care and when we need a helping hand an angel’s always there.</w:t>
      </w:r>
    </w:p>
    <w:p>
      <w:r>
        <w:t>Be an angel, God loves a helping hand</w:t>
      </w:r>
    </w:p>
    <w:p>
      <w:r>
        <w:t>Don’t wait til you get to Heaven to act like an angel.</w:t>
      </w:r>
    </w:p>
    <w:p>
      <w:r>
        <w:t>Angels welcome here</w:t>
      </w:r>
    </w:p>
    <w:p>
      <w:r>
        <w:t>Angels lend a helping hand.</w:t>
      </w:r>
    </w:p>
    <w:p>
      <w:r>
        <w:t>Fly with the angels dance with the stars</w:t>
      </w:r>
    </w:p>
    <w:p>
      <w:r>
        <w:t>God can’t be everwhere so he created angels</w:t>
      </w:r>
    </w:p>
    <w:p>
      <w:r>
        <w:t>Do not fear… Angels are near</w:t>
      </w:r>
    </w:p>
    <w:p>
      <w:r>
        <w:t>Believe in heavenly things</w:t>
      </w:r>
    </w:p>
    <w:p>
      <w:r>
        <w:t>An angel to watch over me</w:t>
      </w:r>
    </w:p>
    <w:p>
      <w:r>
        <w:t>Grandma’s little angels welcome here</w:t>
      </w:r>
    </w:p>
    <w:p>
      <w:r>
        <w:t>The angels danced the day you were born</w:t>
      </w:r>
    </w:p>
    <w:p>
      <w:r>
        <w:t>Rest your wings</w:t>
      </w:r>
    </w:p>
    <w:p>
      <w:r>
        <w:t>I believe in angels</w:t>
      </w:r>
    </w:p>
    <w:p>
      <w:r>
        <w:t>Music is the angels talking</w:t>
      </w:r>
    </w:p>
    <w:p>
      <w:r>
        <w:t>A “cupid” to watch over you.</w:t>
      </w:r>
    </w:p>
    <w:p>
      <w:r>
        <w:t>Angels point the way</w:t>
      </w:r>
    </w:p>
    <w:p>
      <w:r>
        <w:t>Light fades, stars appear our guardian angel watches here.</w:t>
      </w:r>
    </w:p>
    <w:p>
      <w:r>
        <w:t>Problems are….. Angels of opportunity in disguise.</w:t>
      </w:r>
    </w:p>
    <w:p>
      <w:r>
        <w:t>When in doubt- wing it</w:t>
      </w:r>
    </w:p>
    <w:p>
      <w:r>
        <w:t>Expect miracles</w:t>
      </w:r>
    </w:p>
    <w:p>
      <w:r>
        <w:t>An angel’s heart is filled with love</w:t>
      </w:r>
    </w:p>
    <w:p>
      <w:r>
        <w:t>Earthly angels are… Mothers in disguise.</w:t>
      </w:r>
    </w:p>
    <w:p>
      <w:r>
        <w:t>We believe in angels</w:t>
      </w:r>
    </w:p>
    <w:p>
      <w:r>
        <w:t>Angel crossing</w:t>
      </w:r>
    </w:p>
    <w:p>
      <w:r>
        <w:t>Angels sent from up above please protect the ones we love</w:t>
      </w:r>
    </w:p>
    <w:p>
      <w:r>
        <w:t>An angel’s work is never done.</w:t>
      </w:r>
    </w:p>
    <w:p>
      <w:r>
        <w:t>Sometimes even the littlest wishes come true</w:t>
      </w:r>
    </w:p>
    <w:p>
      <w:r>
        <w:t>I LOVE ANGELS</w:t>
      </w:r>
    </w:p>
    <w:p>
      <w:r>
        <w:t>Angel collector</w:t>
      </w:r>
    </w:p>
    <w:p>
      <w:r>
        <w:t>Angels on duty</w:t>
      </w:r>
    </w:p>
    <w:p>
      <w:r>
        <w:t>Never drive faster than angels can fly</w:t>
      </w:r>
    </w:p>
    <w:p>
      <w:r>
        <w:t>An angel is… As an angel does</w:t>
      </w:r>
    </w:p>
    <w:p>
      <w:r>
        <w:t>Angels light the way</w:t>
      </w:r>
    </w:p>
    <w:p>
      <w:r>
        <w:t>When in doubt, look up</w:t>
      </w:r>
    </w:p>
    <w:p>
      <w:r>
        <w:t>Listening hearts hear angels sing</w:t>
      </w:r>
    </w:p>
    <w:p>
      <w:r>
        <w:t>Angels light the way</w:t>
      </w:r>
    </w:p>
    <w:p>
      <w:r>
        <w:t>An angel’s work is never done</w:t>
      </w:r>
    </w:p>
    <w:p>
      <w:r>
        <w:t>Angels can fly because they take themselves lightly</w:t>
      </w:r>
    </w:p>
    <w:p>
      <w:r>
        <w:t>Know all the possibilities of your impossible dream.</w:t>
      </w:r>
      <w:r>
        <w:br/>
      </w:r>
      <w:r>
        <w:t>Leave space in your relationships so you'll have lots of room to play.</w:t>
      </w:r>
      <w:r>
        <w:br/>
      </w:r>
      <w:r>
        <w:t>Be Yourself.</w:t>
      </w:r>
      <w:r>
        <w:br/>
      </w:r>
      <w:r>
        <w:t>Forgive, forget, and forge ahead.</w:t>
      </w:r>
      <w:r>
        <w:br/>
      </w:r>
      <w:r>
        <w:t>It's easier to fly when you take yourself lightly.</w:t>
      </w:r>
      <w:r>
        <w:br/>
      </w:r>
      <w:r>
        <w:t>Reach out and touch someone lightly with your wing.</w:t>
      </w:r>
      <w:r>
        <w:br/>
      </w:r>
      <w:r>
        <w:t>Love is the only four letter word you need to know.</w:t>
      </w:r>
      <w:r>
        <w:br/>
      </w:r>
      <w:r>
        <w:t>Whenever you hear a bell, another angel gets their wings.</w:t>
      </w:r>
      <w:r>
        <w:br/>
      </w:r>
      <w:r>
        <w:t>It's OK to cry during sad movies.</w:t>
      </w:r>
      <w:r>
        <w:br/>
      </w:r>
      <w:r>
        <w:t>Don't postpone joy to scrub the bathroom or clean the garage.</w:t>
      </w:r>
      <w:r>
        <w:br/>
      </w:r>
      <w:r>
        <w:t>Love Mother Earth.</w:t>
      </w:r>
      <w:r>
        <w:br/>
      </w:r>
      <w:r>
        <w:t>Whenever you feel afraid, get a new box of crayons.</w:t>
      </w:r>
      <w:r>
        <w:br/>
      </w:r>
      <w:r>
        <w:t>Carry a spare set of wings in your pocket.</w:t>
      </w:r>
      <w:r>
        <w:br/>
      </w:r>
      <w:r>
        <w:t>Wherever you go, that is where you will be.</w:t>
      </w:r>
      <w:r>
        <w:br/>
      </w:r>
      <w:r>
        <w:t>Spread your wings and fly.</w:t>
      </w:r>
      <w:r>
        <w:br/>
      </w:r>
      <w:r>
        <w:t>On my wall for all to see, my Guardian angel watches over me!</w:t>
      </w:r>
      <w:r>
        <w:br/>
      </w:r>
      <w:r>
        <w:t>Earthly angels are......Mothers in disguise</w:t>
      </w:r>
      <w:r>
        <w:br/>
      </w:r>
      <w:r>
        <w:t>We believe in Angels</w:t>
      </w:r>
      <w:r>
        <w:br/>
      </w:r>
      <w:r>
        <w:t>Listening hearts hear angels sing</w:t>
      </w:r>
      <w:r>
        <w:br/>
      </w:r>
      <w:r>
        <w:t>An angels work is never done</w:t>
      </w:r>
      <w:r>
        <w:br/>
      </w:r>
      <w:r>
        <w:t>Angel Crossing</w:t>
      </w:r>
      <w:r>
        <w:br/>
      </w:r>
      <w:r>
        <w:t>I love angels</w:t>
      </w:r>
      <w:r>
        <w:br/>
      </w:r>
      <w:r>
        <w:t>Never drive faster than Angels can fly</w:t>
      </w:r>
      <w:r>
        <w:br/>
      </w:r>
      <w:r>
        <w:t>An angel is as an angel does</w:t>
      </w:r>
      <w:r>
        <w:br/>
      </w:r>
      <w:r>
        <w:t>When in doubt, look up Angels light the way</w:t>
      </w:r>
      <w:r>
        <w:br/>
      </w:r>
      <w:r>
        <w:t>Angels on duty</w:t>
      </w:r>
      <w:r>
        <w:br/>
      </w:r>
      <w:r>
        <w:t>Angels fly because they take themselves lightly</w:t>
      </w:r>
      <w:r>
        <w:br/>
      </w:r>
      <w:r>
        <w:t>An angels heart is filled with love</w:t>
      </w:r>
      <w:r>
        <w:br/>
      </w:r>
      <w:r>
        <w:t>If you ask, an angel appears</w:t>
      </w:r>
      <w:r>
        <w:br/>
      </w:r>
      <w:r>
        <w:t>No two angels, like the snowflakes, are alike</w:t>
      </w:r>
      <w:r>
        <w:br/>
      </w:r>
      <w:r>
        <w:t>Angels carry messages of love</w:t>
      </w:r>
      <w:r>
        <w:br/>
      </w:r>
      <w:r>
        <w:t>When a bell rings an angel gets her wings</w:t>
      </w:r>
      <w:r>
        <w:br/>
      </w:r>
      <w:r>
        <w:t>Angels sent from up above, Please protect the ones we love</w:t>
      </w:r>
      <w:r>
        <w:br/>
      </w:r>
      <w:r>
        <w:t>Here sits your Guardian Angel, A gentle reminder to pray.  Have you stopped to give thanks For God's love today?</w:t>
      </w:r>
      <w:r>
        <w:br/>
      </w:r>
      <w:r>
        <w:t>Guardian Angel hear my prayer, keep me in your loving care</w:t>
      </w:r>
      <w:r>
        <w:br/>
      </w:r>
      <w:r>
        <w:t>Angels are the guardians of hope and wonder, the keepers of magic and dreams.</w:t>
      </w:r>
      <w:r>
        <w:br/>
      </w:r>
      <w:r>
        <w:t>Wherever there is love, an angel is flying by</w:t>
      </w:r>
      <w:r>
        <w:br/>
      </w:r>
      <w:r>
        <w:t>Your guardian angel knows you inside and out and loves you just the way you are.</w:t>
      </w:r>
      <w:r>
        <w:br/>
      </w:r>
      <w:r>
        <w:t>Angels keep it simple and always travel light.</w:t>
      </w:r>
      <w:r>
        <w:br/>
      </w:r>
      <w:r>
        <w:t>Remember to leave space in your relationships so the angels have room to play</w:t>
      </w:r>
      <w:r>
        <w:br/>
      </w:r>
      <w:r>
        <w:t>Your guardian angel helps you find a place when you feel there is no place to go.</w:t>
      </w:r>
      <w:r>
        <w:br/>
      </w:r>
      <w:r>
        <w:t>Whenever you feel lonely, a special angel drops in for tea.</w:t>
      </w:r>
      <w:r>
        <w:br/>
      </w:r>
      <w:r>
        <w:t>Angels are with you every step of the way and help you soar with amazing grace.</w:t>
      </w:r>
      <w:r>
        <w:br/>
      </w:r>
      <w:r>
        <w:t>After all, we are angels in training, all we have to do is spread our wings and fly.</w:t>
      </w:r>
      <w:r>
        <w:br/>
      </w:r>
      <w:r>
        <w:t>Sometimes even the littlest wishes come true</w:t>
      </w:r>
      <w:r>
        <w:br/>
      </w:r>
      <w:r>
        <w:t>When a child is born the Angels sing</w:t>
      </w:r>
      <w:r>
        <w:br/>
      </w:r>
      <w:r>
        <w:t>Mothers are real angels (Substitute ~ Daughters, Sisters, Grandmothers, Teachers, Aunts)</w:t>
      </w:r>
      <w:r>
        <w:br/>
      </w:r>
      <w:r>
        <w:t>Angels welcome here</w:t>
      </w:r>
      <w:r>
        <w:br/>
      </w:r>
      <w:r>
        <w:t>You're an angel</w:t>
      </w:r>
      <w:r>
        <w:br/>
      </w:r>
      <w:r>
        <w:t>You're a heavenly friend</w:t>
      </w:r>
      <w:r>
        <w:br/>
      </w:r>
      <w:r>
        <w:t>Never fear, Angels are near</w:t>
      </w:r>
      <w:r>
        <w:br/>
      </w:r>
      <w:r>
        <w:t>Protected by Angels</w:t>
      </w:r>
      <w:r>
        <w:br/>
      </w:r>
      <w:r>
        <w:t>Peace is Possible - Allow the Angels to inspire you!</w:t>
      </w:r>
      <w:r>
        <w:br/>
      </w:r>
      <w:r>
        <w:t>Angels - Don't leave home without 'em</w:t>
      </w:r>
      <w:r>
        <w:br/>
      </w:r>
      <w:r>
        <w:t>Be an Angel - Practice Random Acts of kindness</w:t>
      </w:r>
      <w:r>
        <w:br/>
      </w:r>
      <w:r>
        <w:t>Beware- Angels at Play!</w:t>
      </w:r>
      <w:r>
        <w:br/>
      </w:r>
      <w:r>
        <w:t>Angels at work - prepare for random miracles.</w:t>
      </w:r>
      <w:r>
        <w:br/>
      </w:r>
      <w:r>
        <w:t>An Angel is someone you feel like you've known forever even though you've just met.</w:t>
      </w:r>
      <w:r>
        <w:br/>
      </w:r>
      <w:r>
        <w:t>If we were all a little more like angels, earth would be a little more like heaven.</w:t>
      </w:r>
      <w:r>
        <w:br/>
      </w:r>
      <w:r>
        <w:t>An angel does not run away from life, he flies toward it.</w:t>
      </w:r>
      <w:r>
        <w:br/>
      </w:r>
      <w:r>
        <w:t>Don't run faster than your Guardian Angel can fly</w:t>
      </w:r>
      <w:r>
        <w:br/>
      </w:r>
      <w:r>
        <w:t>Everything I need to know I learned from:  My Guardian Angel</w:t>
      </w:r>
    </w:p>
    <w:p>
      <w:r>
        <w:t>Know all the possibilities of your impossible dream.</w:t>
      </w:r>
      <w:r>
        <w:br/>
      </w:r>
      <w:r>
        <w:t>Leave space in your relationships so you'll have lots of room to play.</w:t>
      </w:r>
      <w:r>
        <w:br/>
      </w:r>
      <w:r>
        <w:t>Be Yourself.</w:t>
      </w:r>
      <w:r>
        <w:br/>
      </w:r>
      <w:r>
        <w:t>Forgive, forget, and forge ahead.</w:t>
      </w:r>
      <w:r>
        <w:br/>
      </w:r>
      <w:r>
        <w:t>It's easier to fly when you take yourself lightly.</w:t>
      </w:r>
      <w:r>
        <w:br/>
      </w:r>
      <w:r>
        <w:t>Reach out and touch someone lightly with your wing.</w:t>
      </w:r>
      <w:r>
        <w:br/>
      </w:r>
      <w:r>
        <w:t>Love is the only four letter word you need to know.</w:t>
      </w:r>
      <w:r>
        <w:br/>
      </w:r>
      <w:r>
        <w:t>Whenever you hear a bell, another angel gets their wings.</w:t>
      </w:r>
      <w:r>
        <w:br/>
      </w:r>
      <w:r>
        <w:t>It's OK to cry during sad movies.</w:t>
      </w:r>
      <w:r>
        <w:br/>
      </w:r>
      <w:r>
        <w:t>Don't postpone joy to scrub the bathroom or clean the garage.</w:t>
      </w:r>
      <w:r>
        <w:br/>
      </w:r>
      <w:r>
        <w:t>Love Mother Earth.</w:t>
      </w:r>
      <w:r>
        <w:br/>
      </w:r>
      <w:r>
        <w:t>Whenever you feel afraid, get a new box of crayons.</w:t>
      </w:r>
      <w:r>
        <w:br/>
      </w:r>
      <w:r>
        <w:t>Carry a spare set of wings in your pocket.</w:t>
      </w:r>
      <w:r>
        <w:br/>
      </w:r>
      <w:r>
        <w:t>Wherever you go, that is where you will be.</w:t>
      </w:r>
      <w:r>
        <w:br/>
      </w:r>
      <w:r>
        <w:t>Spread your wings and fly.</w:t>
      </w:r>
    </w:p>
    <w:p>
      <w:pPr>
        <w:pStyle w:val="Heading2"/>
      </w:pPr>
      <w:r>
        <w:t>Baptism</w:t>
      </w:r>
    </w:p>
    <w:p>
      <w:r>
        <w:t>May the Lord give His angels charge over you, to guide you in all your ways.  Psalm 91:11</w:t>
      </w:r>
    </w:p>
    <w:p>
      <w:r>
        <w:t>Parents names - joyfully invite you to share with them the Christening of their son/daughter</w:t>
      </w:r>
    </w:p>
    <w:p>
      <w:r>
        <w:t>Parents names - invite you to join them and share their joy at the Naming Ceremony for their son/daughter</w:t>
      </w:r>
    </w:p>
    <w:p>
      <w:r>
        <w:t>This precious gift from heaven above will be welcomed into Christ's family with love You are invited to attend the Christening of</w:t>
      </w:r>
    </w:p>
    <w:p>
      <w:r>
        <w:t>Our darling little angel was sent from heaven above Please celebrate her Baptism and surround her with your love</w:t>
      </w:r>
    </w:p>
    <w:p>
      <w:r>
        <w:t>Our baby is a blessing who is beautiful as can be...Come help us welcome her into God's family!</w:t>
      </w:r>
    </w:p>
    <w:p>
      <w:r>
        <w:t>Please worship and celebrate with us as our son is Baptized</w:t>
      </w:r>
    </w:p>
    <w:p>
      <w:r>
        <w:t>Please join us as we celebrate the Baptism of our son</w:t>
      </w:r>
      <w:r>
        <w:br/>
      </w:r>
      <w:r>
        <w:t>Name - Date, time, location etc... - Godparents names</w:t>
      </w:r>
    </w:p>
    <w:p>
      <w:r>
        <w:t>Child's name will receive the Sacrament of Holy Communion Join us on etc</w:t>
      </w:r>
    </w:p>
    <w:p>
      <w:r>
        <w:t>Join us in celebrating child's name as he/she receives his/her First Holy Communion on date etc.</w:t>
      </w:r>
    </w:p>
    <w:p>
      <w:r>
        <w:t>Parents invite you to attend as child's name Receives his/her First Holy Communion on date etc.</w:t>
      </w:r>
    </w:p>
    <w:p>
      <w:r>
        <w:t>First Holy Communion Celebration for child's name Join us on date etc.</w:t>
      </w:r>
    </w:p>
    <w:p>
      <w:pPr>
        <w:pStyle w:val="Heading2"/>
      </w:pPr>
      <w:r>
        <w:t>Bible Verses</w:t>
      </w:r>
    </w:p>
    <w:p>
      <w:r>
        <w:t>A man's heart plans his way, but the Lord directs his steps. (Proverbs 16:9)</w:t>
      </w:r>
      <w:r>
        <w:br/>
      </w:r>
      <w:r>
        <w:t>All to whom God gives wealth and possessions and whom He enables to enjoy them, and to accept their lot and find enjoyment in their toil--this is the gift of God. (Eccl. 5:19)</w:t>
      </w:r>
      <w:r>
        <w:br/>
      </w:r>
      <w:r>
        <w:t>Anyone who speaks a word against the Son of Man will be forgiven, but anyone who speaks against the Holy Spirit, will not be forgiven, in this age or the next. (Matthew 12:32)</w:t>
      </w:r>
      <w:r>
        <w:br/>
      </w:r>
      <w:r>
        <w:t>Be strong and courageous.  Do not be terrified; do not be discouraged, for the LORD your GOD will be with you wherever you go. (Joshua 1:9)</w:t>
      </w:r>
      <w:r>
        <w:br/>
      </w:r>
      <w:r>
        <w:t>Blessed are the pure in heart, for they shall see God.  (Matthew 5:8)</w:t>
      </w:r>
      <w:r>
        <w:br/>
      </w:r>
      <w:r>
        <w:t>But in fact God has arranged the parts in the body, every one of them, just as he wanted them to be.   (Corinthians 12:18)</w:t>
      </w:r>
      <w:r>
        <w:br/>
      </w:r>
      <w:r>
        <w:t>Do not hasten in your spirit to be angry, for anger rests in the bosom of fools.   (Ecclesiastes 7:9)</w:t>
      </w:r>
      <w:r>
        <w:br/>
      </w:r>
      <w:r>
        <w:t>Faith is the substance of things hoped for, the evidence of things not seen.  (Hebrews 11:1)</w:t>
      </w:r>
      <w:r>
        <w:br/>
      </w:r>
      <w:r>
        <w:t>Finally, brothers, whatever is true, whatever is noble, whatever is right, whatever is pure, whatever is lovely, whatever is admirable-if anything is excellent or praiseworthy- think about such things.  (Philippians 4:8)</w:t>
      </w:r>
      <w:r>
        <w:br/>
      </w:r>
      <w:r>
        <w:t>For all have sinned and fall short of the glory of God, and are justified freely by his grace through the redemption that came by Christ Jesus.  (Romans 3:23-24)</w:t>
      </w:r>
      <w:r>
        <w:br/>
      </w:r>
      <w:r>
        <w:t>For I know the plans I have for you, declares the Lord, plans to prosper you and not to harm you, plans to give you hope and a future. (Jeremiah 29:11)</w:t>
      </w:r>
      <w:r>
        <w:br/>
      </w:r>
      <w:r>
        <w:t>He is my refuge and my fortress, my God, in whom I trust.  (Psalm 91:2)</w:t>
      </w:r>
      <w:r>
        <w:br/>
      </w:r>
      <w:r>
        <w:t>"His anger lasts only a moment, but his kindness last for a lifetime. Crying may last for a night, but joy comes in the morning." (Psalm 30:5)</w:t>
      </w:r>
      <w:r>
        <w:br/>
      </w:r>
      <w:r>
        <w:t>I can do all things through Christ who strengthens me. (Philippians 4:13)</w:t>
      </w:r>
      <w:r>
        <w:br/>
      </w:r>
      <w:r>
        <w:t>I will be glad and rejoice in your love, for you saw my affliction and knew the anguish of my soul.</w:t>
      </w:r>
      <w:r>
        <w:br/>
      </w:r>
      <w:r>
        <w:t>In all your ways acknowledge Him, and He shall direct your paths.   (Proverbs 3:6)</w:t>
      </w:r>
      <w:r>
        <w:br/>
      </w:r>
      <w:r>
        <w:t>In my friend, I find my second self. A friend loves at all times.  (Proverbs 17:17)</w:t>
      </w:r>
      <w:r>
        <w:br/>
      </w:r>
      <w:r>
        <w:t>Like the partridge hatching what it did not lay, so are all who amass wealth unjustly; in</w:t>
      </w:r>
      <w:r>
        <w:br/>
      </w:r>
      <w:r>
        <w:t>Now faith is being sure of what we hope for and certain of what we do not see. (Revelations 11:1)</w:t>
      </w:r>
      <w:r>
        <w:br/>
      </w:r>
      <w:r>
        <w:t>Peace I leave with you. (John 14:27)</w:t>
      </w:r>
      <w:r>
        <w:br/>
      </w:r>
      <w:r>
        <w:t>The bible was written in tears and to tears it will yield it's best treasure.</w:t>
      </w:r>
      <w:r>
        <w:br/>
      </w:r>
      <w:r>
        <w:t>The earth is full of goodness of the Lord.  (Psalm 33:5)</w:t>
      </w:r>
      <w:r>
        <w:br/>
      </w:r>
      <w:r>
        <w:t>The Lord is good to all; he has compassion on all he has made.  (Psalm 145:9)</w:t>
      </w:r>
      <w:r>
        <w:br/>
      </w:r>
      <w:r>
        <w:t>The Lord is near to all who call upon Him, to all who call upon Him in truth.  (Psalm 145:18)</w:t>
      </w:r>
      <w:r>
        <w:br/>
      </w:r>
      <w:r>
        <w:t>To everything there is a season a time to every activity under heaven.  (Ecclesiastes 3:1)</w:t>
      </w:r>
      <w:r>
        <w:br/>
      </w:r>
      <w:r>
        <w:t>When times are good, be happy; but when times are bad, consider:  God has made one as well as the other.</w:t>
      </w:r>
    </w:p>
    <w:p>
      <w:pPr>
        <w:pStyle w:val="Heading2"/>
      </w:pPr>
      <w:r>
        <w:t>Death</w:t>
      </w:r>
    </w:p>
    <w:p>
      <w:r>
        <w:t>A million times we needed you,</w:t>
      </w:r>
      <w:r>
        <w:br/>
      </w:r>
      <w:r>
        <w:t>A million times we cried,</w:t>
      </w:r>
      <w:r>
        <w:br/>
      </w:r>
      <w:r>
        <w:t>If love alone would have saved you,</w:t>
      </w:r>
      <w:r>
        <w:br/>
      </w:r>
      <w:r>
        <w:t>You would of never died.</w:t>
      </w:r>
      <w:r>
        <w:br/>
      </w:r>
      <w:r>
        <w:t>In life we loved you dearly,</w:t>
      </w:r>
      <w:r>
        <w:br/>
      </w:r>
      <w:r>
        <w:t>In death we love you still,</w:t>
      </w:r>
      <w:r>
        <w:br/>
      </w:r>
      <w:r>
        <w:t>In our hearts you hold a place,</w:t>
      </w:r>
      <w:r>
        <w:br/>
      </w:r>
      <w:r>
        <w:t>No one can ever fill.</w:t>
      </w:r>
      <w:r>
        <w:br/>
      </w:r>
      <w:r>
        <w:t>A light from our household is gone,</w:t>
      </w:r>
      <w:r>
        <w:br/>
      </w:r>
      <w:r>
        <w:t>A voice from our love is stilled,</w:t>
      </w:r>
      <w:r>
        <w:br/>
      </w:r>
      <w:r>
        <w:t>A place in our vacant home,</w:t>
      </w:r>
      <w:r>
        <w:br/>
      </w:r>
      <w:r>
        <w:t>Which never can be filled.</w:t>
      </w:r>
      <w:r>
        <w:br/>
      </w:r>
      <w:r>
        <w:t>Some may think you are forgotten,</w:t>
      </w:r>
      <w:r>
        <w:br/>
      </w:r>
      <w:r>
        <w:t>Though on earth you are no more,</w:t>
      </w:r>
      <w:r>
        <w:br/>
      </w:r>
      <w:r>
        <w:t>But in our memory you are with us,</w:t>
      </w:r>
      <w:r>
        <w:br/>
      </w:r>
      <w:r>
        <w:t>As you always were before.</w:t>
      </w:r>
      <w:r>
        <w:br/>
      </w:r>
      <w:r>
        <w:t>It broke our hearts to lose you,</w:t>
      </w:r>
      <w:r>
        <w:br/>
      </w:r>
      <w:r>
        <w:t>But you did not go alone,</w:t>
      </w:r>
      <w:r>
        <w:br/>
      </w:r>
      <w:r>
        <w:t>A part of us went with you,</w:t>
      </w:r>
      <w:r>
        <w:br/>
      </w:r>
      <w:r>
        <w:t>The day God called you home.</w:t>
      </w:r>
      <w:r>
        <w:br/>
      </w:r>
      <w:r>
        <w:t>Your precious memories are for keepsakes,</w:t>
      </w:r>
      <w:r>
        <w:br/>
      </w:r>
      <w:r>
        <w:t>with which we never part,</w:t>
      </w:r>
      <w:r>
        <w:br/>
      </w:r>
      <w:r>
        <w:t>God has you safely in his keeping,</w:t>
      </w:r>
      <w:r>
        <w:br/>
      </w:r>
      <w:r>
        <w:t>But we have you forever in our hearts.</w:t>
      </w:r>
      <w:r>
        <w:br/>
      </w:r>
      <w:r>
        <w:t>Death is just the life's way of telling you....you're fired. Death is the only bitch that never leaves you. (Ernest Hemingway)</w:t>
      </w:r>
      <w:r>
        <w:br/>
      </w:r>
      <w:r>
        <w:t>Die and go above.</w:t>
      </w:r>
      <w:r>
        <w:br/>
      </w:r>
      <w:r>
        <w:t>I'll always think of you my love. If you're not there on Judgment Day, I'll know you've gone the other way. I'll give the angels back their wings, golden harps and everything Just to prove my love is true, I'd die and go to hell for you.</w:t>
      </w:r>
      <w:r>
        <w:br/>
      </w:r>
      <w:r>
        <w:t>Don't grieve for me...for now I'm free.</w:t>
      </w:r>
      <w:r>
        <w:br/>
      </w:r>
      <w:r>
        <w:t>I'm following the path God laid for me.</w:t>
      </w:r>
      <w:r>
        <w:br/>
      </w:r>
      <w:r>
        <w:t>I took his hand when I heard his call,</w:t>
      </w:r>
      <w:r>
        <w:br/>
      </w:r>
      <w:r>
        <w:t>I turned by back and left it all.</w:t>
      </w:r>
      <w:r>
        <w:br/>
      </w:r>
      <w:r>
        <w:t>I could not stay another day, to love, to work or play.</w:t>
      </w:r>
      <w:r>
        <w:br/>
      </w:r>
      <w:r>
        <w:t>Tasks left undone must stay that way.</w:t>
      </w:r>
      <w:r>
        <w:br/>
      </w:r>
      <w:r>
        <w:t>I've found that peace at the close of day.</w:t>
      </w:r>
      <w:r>
        <w:br/>
      </w:r>
      <w:r>
        <w:t>If my parting has left a void,</w:t>
      </w:r>
      <w:r>
        <w:br/>
      </w:r>
      <w:r>
        <w:t>the fill it with remembered joy,</w:t>
      </w:r>
      <w:r>
        <w:br/>
      </w:r>
      <w:r>
        <w:t>a love and friendship shared, a laugh, a kiss.</w:t>
      </w:r>
      <w:r>
        <w:br/>
      </w:r>
      <w:r>
        <w:t>Ah yes, these things I too will miss.</w:t>
      </w:r>
      <w:r>
        <w:br/>
      </w:r>
      <w:r>
        <w:t>Be not burdened with times of sorrow,</w:t>
      </w:r>
      <w:r>
        <w:br/>
      </w:r>
      <w:r>
        <w:t>I wish you the sunshine of tomorrow.</w:t>
      </w:r>
      <w:r>
        <w:br/>
      </w:r>
      <w:r>
        <w:t>My life's been full, I savored so much;</w:t>
      </w:r>
      <w:r>
        <w:br/>
      </w:r>
      <w:r>
        <w:t>good friends, good times, a loved one's touch.</w:t>
      </w:r>
      <w:r>
        <w:br/>
      </w:r>
      <w:r>
        <w:t>Don't lengthen it with undue grief.</w:t>
      </w:r>
      <w:r>
        <w:br/>
      </w:r>
      <w:r>
        <w:t>God wanted me now, he set me free.</w:t>
      </w:r>
      <w:r>
        <w:br/>
      </w:r>
      <w:r>
        <w:t>Gentle clouds trace the sweep of your angel wing. Your smile set the Heavens aglow. Without you my world is dark and cold. Shining Star, I wrap your memory around me and continue on this path to find you again.</w:t>
      </w:r>
      <w:r>
        <w:br/>
      </w:r>
      <w:r>
        <w:t>God looked around his garden And he found an empty place He then looked down upon the earth And saw your tired face.</w:t>
      </w:r>
      <w:r>
        <w:br/>
      </w:r>
      <w:r>
        <w:t>He put his arms around you And lifted you to rest God's garden must be beautiful He always takes the best.</w:t>
      </w:r>
      <w:r>
        <w:br/>
      </w:r>
      <w:r>
        <w:t>He knew that you were suffering He knew you were in pain; He knew that you would never Get well on earth again.</w:t>
      </w:r>
      <w:r>
        <w:br/>
      </w:r>
      <w:r>
        <w:t>He saw that the road was getting rough And the hills are hard to climb, So he closed your weary eyelids And whispered "Peace be Thine."</w:t>
      </w:r>
      <w:r>
        <w:br/>
      </w:r>
      <w:r>
        <w:t>It broke our hearts to lose you But you didn't go alone For part of us went with you The day God called you home.</w:t>
      </w:r>
      <w:r>
        <w:br/>
      </w:r>
      <w:r>
        <w:t>His Journey's Just Begun...</w:t>
      </w:r>
      <w:r>
        <w:br/>
      </w:r>
      <w:r>
        <w:t>Don't think of him as gone away...his journey's just begun, life holds so many facets... this earth is only one.</w:t>
      </w:r>
      <w:r>
        <w:br/>
      </w:r>
      <w:r>
        <w:t>Just think of him as resting from the sorrows and the tears in a place of warmth and comfort where there are no days and years.</w:t>
      </w:r>
      <w:r>
        <w:br/>
      </w:r>
      <w:r>
        <w:t>Think how he must be wishing that we could know today how nothing but our sadness can really pass away.</w:t>
      </w:r>
      <w:r>
        <w:br/>
      </w:r>
      <w:r>
        <w:t>And think of him as living in the hearts of those he touched.... for nothing loved is evenly lost...and he was loved so much.</w:t>
      </w:r>
      <w:r>
        <w:br/>
      </w:r>
      <w:r>
        <w:t>God saw you were getting tired</w:t>
      </w:r>
      <w:r>
        <w:br/>
      </w:r>
      <w:r>
        <w:t>and a cure was not to be,</w:t>
      </w:r>
      <w:r>
        <w:br/>
      </w:r>
      <w:r>
        <w:t>so he put his arms around you</w:t>
      </w:r>
      <w:r>
        <w:br/>
      </w:r>
      <w:r>
        <w:t>and whispered "Come to me...".</w:t>
      </w:r>
      <w:r>
        <w:br/>
      </w:r>
      <w:r>
        <w:t>With tearful eyes we watched</w:t>
      </w:r>
      <w:r>
        <w:br/>
      </w:r>
      <w:r>
        <w:t>and saw you pass away.</w:t>
      </w:r>
      <w:r>
        <w:br/>
      </w:r>
      <w:r>
        <w:t>Although we love you dearly,</w:t>
      </w:r>
      <w:r>
        <w:br/>
      </w:r>
      <w:r>
        <w:t>we couldn't make you stay.</w:t>
      </w:r>
      <w:r>
        <w:br/>
      </w:r>
      <w:r>
        <w:t>A golden heart stopped beating,</w:t>
      </w:r>
      <w:r>
        <w:br/>
      </w:r>
      <w:r>
        <w:t>hard working hands at rest.</w:t>
      </w:r>
      <w:r>
        <w:br/>
      </w:r>
      <w:r>
        <w:t>God broke our hearts to prove to us,</w:t>
      </w:r>
      <w:r>
        <w:br/>
      </w:r>
      <w:r>
        <w:t>He only takes the best.</w:t>
      </w:r>
      <w:r>
        <w:br/>
      </w:r>
      <w:r>
        <w:t>If I should ever leave you of whom I love to go along the Silent Way grieve not, nor speak of me with tears, but laugh and talk of me as if I were beside you there.</w:t>
      </w:r>
      <w:r>
        <w:br/>
      </w:r>
      <w:r>
        <w:t>(I'd come - I'd come, could I but find a way !  But would not tears and grief be barriers ? )</w:t>
      </w:r>
      <w:r>
        <w:br/>
      </w:r>
      <w:r>
        <w:t>And when you hear a song or see a bird I loved, please do not let the thought of me be sad... For I am loving  you just as I always have. You were so good to me !</w:t>
      </w:r>
      <w:r>
        <w:br/>
      </w:r>
      <w:r>
        <w:t>There are so many things I wanted still to do; so many things to say to you....</w:t>
      </w:r>
      <w:r>
        <w:br/>
      </w:r>
      <w:r>
        <w:t>Remember that I did not fear.... It was just leaving you that was so hard to face.</w:t>
      </w:r>
      <w:r>
        <w:br/>
      </w:r>
      <w:r>
        <w:t>We cannot see Beyond... But this I know:I loved you so...t'was Heaven here with you !</w:t>
      </w:r>
      <w:r>
        <w:br/>
      </w:r>
      <w:r>
        <w:t>If tears could build a stairway, and memories a lane, I'd walk right up to heaven and bring you back again.</w:t>
      </w:r>
      <w:r>
        <w:br/>
      </w:r>
      <w:r>
        <w:t>Ma loved Pa   Pa loved Women  Here lays Pa.  (seen on a little tombstone)</w:t>
      </w:r>
      <w:r>
        <w:br/>
      </w:r>
      <w:r>
        <w:t>Never knock on Death's door.  Just ring the door and run.  He HATES that !!</w:t>
      </w:r>
      <w:r>
        <w:br/>
      </w:r>
      <w:r>
        <w:t>Perhaps they are not the stars, but rather openings in Heaven where the love of our lost ones pours through and shines down upon us to let us know they are happy.</w:t>
      </w:r>
      <w:r>
        <w:br/>
      </w:r>
      <w:r>
        <w:t>Remember friends as you pass by,  As you are now so once was I.  As low as I you once must be,  Prepare yourself and follow me.</w:t>
      </w:r>
      <w:r>
        <w:br/>
      </w:r>
      <w:r>
        <w:t>To those of you who know him, and the gracefulness of his touch; can only make us realize, the gift of a smile can mean so much.</w:t>
      </w:r>
      <w:r>
        <w:br/>
      </w:r>
      <w:r>
        <w:t>Though he is absent from us in body, and has left behind a space; we can only hope he is at rest finally with the spirit of GOD, in a better place.</w:t>
      </w:r>
      <w:r>
        <w:br/>
      </w:r>
      <w:r>
        <w:t>Let us then in love advise those left to remain, still searching for a clue, put GOD first and remember your families, for things like this can happen to you.</w:t>
      </w:r>
      <w:r>
        <w:br/>
      </w:r>
      <w:r>
        <w:t>UNTIL WE MEET</w:t>
      </w:r>
      <w:r>
        <w:br/>
      </w:r>
      <w:r>
        <w:t>Weep not for this empty vessel of clay.  Let your tears be tears of joy, for at last I am away.   Free of the mortal cage that had bound me here. Walking with my Savior now, and with my loved ones dear.   Remember me with a smile upon my face, For now I'm smiling always,  in this most glorious place.   I walk and talk and smile without a worry or a care. I wait for you in heaven.</w:t>
      </w:r>
      <w:r>
        <w:br/>
      </w:r>
      <w:r>
        <w:t>BE THERE !!</w:t>
      </w:r>
      <w:r>
        <w:br/>
      </w:r>
      <w:r>
        <w:t>Where have you gone since yesterday and left us lonely here ?  Today you seem so far away when yesterday you were near.  No maps of ours that we use your journey can we trace.  We only know you've reached your home and see the Fathers face.  (Author Unknown)</w:t>
      </w:r>
    </w:p>
    <w:p>
      <w:pPr>
        <w:pStyle w:val="Heading2"/>
      </w:pPr>
      <w:r>
        <w:t>Friendship</w:t>
      </w:r>
    </w:p>
    <w:p>
      <w:r>
        <w:t>To have a friend, be a friend</w:t>
      </w:r>
      <w:r>
        <w:br/>
      </w:r>
      <w:r>
        <w:t>A helping hand shows a loving heart</w:t>
      </w:r>
      <w:r>
        <w:br/>
      </w:r>
      <w:r>
        <w:t>if you see someone without a smile, give them one of yours</w:t>
      </w:r>
      <w:r>
        <w:br/>
      </w:r>
      <w:r>
        <w:t>Good friends are angels on earth</w:t>
      </w:r>
      <w:r>
        <w:br/>
      </w:r>
      <w:r>
        <w:t>When I count my blessings I could you twice</w:t>
      </w:r>
      <w:r>
        <w:br/>
      </w:r>
      <w:r>
        <w:t>Count your age by friends not years Count your life by smiles - not tears</w:t>
      </w:r>
      <w:r>
        <w:br/>
      </w:r>
      <w:r>
        <w:t>A friend is both a treasure and a comfort</w:t>
      </w:r>
      <w:r>
        <w:br/>
      </w:r>
      <w:r>
        <w:t>There is no gift so precious as a true friend</w:t>
      </w:r>
      <w:r>
        <w:br/>
      </w:r>
      <w:r>
        <w:t>A Sister is a special kind of friend</w:t>
      </w:r>
      <w:r>
        <w:br/>
      </w:r>
      <w:r>
        <w:t>Sister by chance, friends by choice</w:t>
      </w:r>
      <w:r>
        <w:br/>
      </w:r>
      <w:r>
        <w:t>A good friend is like a wonderful book, the inside is even better than the cover.</w:t>
      </w:r>
      <w:r>
        <w:br/>
      </w:r>
      <w:r>
        <w:t>When you're too busy for friends ... you're TOO busy! Friends fill your life with joy, your soul with sunshine  And your heart with love.</w:t>
      </w:r>
      <w:r>
        <w:br/>
      </w:r>
      <w:r>
        <w:t>A good book is like an old friend</w:t>
      </w:r>
      <w:r>
        <w:br/>
      </w:r>
      <w:r>
        <w:t>Many joys may come and go but friendship is forever!</w:t>
      </w:r>
      <w:r>
        <w:br/>
      </w:r>
      <w:r>
        <w:t>Friends are a gift that heaven sends</w:t>
      </w:r>
      <w:r>
        <w:br/>
      </w:r>
      <w:r>
        <w:t>Happy is the house that shelters a friend</w:t>
      </w:r>
      <w:r>
        <w:br/>
      </w:r>
      <w:r>
        <w:t>A friend is a person who goes around saying nice things about you behind your back</w:t>
      </w:r>
      <w:r>
        <w:br/>
      </w:r>
      <w:r>
        <w:t>Friendship is like a bank account you can't continue to draw on it without making deposits!</w:t>
      </w:r>
      <w:r>
        <w:br/>
      </w:r>
      <w:r>
        <w:t>Friends are the best collectibles!</w:t>
      </w:r>
      <w:r>
        <w:br/>
      </w:r>
      <w:r>
        <w:t>Friends share the joy and divide the sorrow!</w:t>
      </w:r>
      <w:r>
        <w:br/>
      </w:r>
      <w:r>
        <w:t>Friendship, like old quilts, stand the test of time!</w:t>
      </w:r>
      <w:r>
        <w:br/>
      </w:r>
      <w:r>
        <w:t>The journey to a friends house is never long.</w:t>
      </w:r>
      <w:r>
        <w:br/>
      </w:r>
      <w:r>
        <w:t>Happy is the heart that holds a friend</w:t>
      </w:r>
      <w:r>
        <w:br/>
      </w:r>
      <w:r>
        <w:t>What brings joy to the heart is not so much the friend's gift, but the friend's love</w:t>
      </w:r>
      <w:r>
        <w:br/>
      </w:r>
      <w:r>
        <w:t>A companion loves some agreeable qualities which a man may possess ~ A friend loves the man himself</w:t>
      </w:r>
      <w:r>
        <w:br/>
      </w:r>
      <w:r>
        <w:t>A friend is someone who knows all about you but likes you anyway</w:t>
      </w:r>
      <w:r>
        <w:br/>
      </w:r>
      <w:r>
        <w:t>Friends are flowers in the garden of life.</w:t>
      </w:r>
      <w:r>
        <w:br/>
      </w:r>
      <w:r>
        <w:t>In this world of ordinary people, I'm glad that I've got you!</w:t>
      </w:r>
      <w:r>
        <w:br/>
      </w:r>
      <w:r>
        <w:t>If you want a friend - be a friend!</w:t>
      </w:r>
      <w:r>
        <w:br/>
      </w:r>
      <w:r>
        <w:t>A Friendship grows when you plant a seed</w:t>
      </w:r>
      <w:r>
        <w:br/>
      </w:r>
      <w:r>
        <w:t>One of the greatest pleasures of friendship is doing something nice for someone who never finds out who did it.</w:t>
      </w:r>
      <w:r>
        <w:br/>
      </w:r>
      <w:r>
        <w:t>Love is a friendship set to music</w:t>
      </w:r>
      <w:r>
        <w:br/>
      </w:r>
      <w:r>
        <w:t>A good friend is like a warm quilt wrapped around the heart</w:t>
      </w:r>
      <w:r>
        <w:br/>
      </w:r>
      <w:r>
        <w:t>Special friends become our chosen family</w:t>
      </w:r>
      <w:r>
        <w:br/>
      </w:r>
      <w:r>
        <w:t>Good friends know how to be invisible</w:t>
      </w:r>
      <w:r>
        <w:br/>
      </w:r>
      <w:r>
        <w:t>To be a friend it helps to bend</w:t>
      </w:r>
      <w:r>
        <w:br/>
      </w:r>
      <w:r>
        <w:t>Give and take are the twin pillars of friendship</w:t>
      </w:r>
      <w:r>
        <w:br/>
      </w:r>
      <w:r>
        <w:t>Friendship requires compromise without feeling compromised</w:t>
      </w:r>
      <w:r>
        <w:br/>
      </w:r>
      <w:r>
        <w:t>The harmony between friends is sweeter than any choir</w:t>
      </w:r>
      <w:r>
        <w:br/>
      </w:r>
      <w:r>
        <w:t>Friends give their best and the best comes back to them</w:t>
      </w:r>
      <w:r>
        <w:br/>
      </w:r>
      <w:r>
        <w:t>Sometimes a library of words can't say what a hug from a friend can</w:t>
      </w:r>
      <w:r>
        <w:br/>
      </w:r>
      <w:r>
        <w:t>The touch of a good friend can be healing</w:t>
      </w:r>
      <w:r>
        <w:br/>
      </w:r>
      <w:r>
        <w:t>There's enough warmth in a friends hug to warm up the coldest day</w:t>
      </w:r>
      <w:r>
        <w:br/>
      </w:r>
      <w:r>
        <w:t>Of all the gems on this earth friends are the most precious</w:t>
      </w:r>
      <w:r>
        <w:br/>
      </w:r>
      <w:r>
        <w:t>Friends are the flowers in the garden of life</w:t>
      </w:r>
      <w:r>
        <w:br/>
      </w:r>
      <w:r>
        <w:t>Friends forever right from the start caring and sharing from the heart!</w:t>
      </w:r>
      <w:r>
        <w:br/>
      </w:r>
      <w:r>
        <w:t>A friend is someone who knows our faults, yet find our virtues too</w:t>
      </w:r>
      <w:r>
        <w:br/>
      </w:r>
      <w:r>
        <w:t>Friends are the chocolate chips in the cookie of life</w:t>
      </w:r>
      <w:r>
        <w:br/>
      </w:r>
      <w:r>
        <w:t>Life is a patchwork of friends</w:t>
      </w:r>
      <w:r>
        <w:br/>
      </w:r>
      <w:r>
        <w:t>Time may pass and we may part but true friends stay close at heart</w:t>
      </w:r>
      <w:r>
        <w:br/>
      </w:r>
      <w:r>
        <w:t>Old friends are the best antiques</w:t>
      </w:r>
      <w:r>
        <w:br/>
      </w:r>
      <w:r>
        <w:t>New friends are silver but old are gold!</w:t>
      </w:r>
      <w:r>
        <w:br/>
      </w:r>
      <w:r>
        <w:t>Friendship Keeps Our Hearts in Touch</w:t>
      </w:r>
      <w:r>
        <w:br/>
      </w:r>
      <w:r>
        <w:t>Friendship is a gift with strings attached ~ Heartstrings</w:t>
      </w:r>
      <w:r>
        <w:br/>
      </w:r>
      <w:r>
        <w:t>Friends listen with the heart</w:t>
      </w:r>
      <w:r>
        <w:br/>
      </w:r>
      <w:r>
        <w:t>Friends are forever.</w:t>
      </w:r>
      <w:r>
        <w:br/>
      </w:r>
      <w:r>
        <w:t>A friend is like a bowl of Jelly Beans Good to the bottom of the bowl</w:t>
      </w:r>
      <w:r>
        <w:br/>
      </w:r>
      <w:r>
        <w:t>Friends are our chosen family</w:t>
      </w:r>
      <w:r>
        <w:br/>
      </w:r>
      <w:r>
        <w:t>You and me...buds forever!</w:t>
      </w:r>
      <w:r>
        <w:br/>
      </w:r>
      <w:r>
        <w:t>Your friendship lifts my heart!</w:t>
      </w:r>
      <w:r>
        <w:br/>
      </w:r>
      <w:r>
        <w:t>I've had many friends with whom I've shared my time, but very few with whom I've shared my heart.</w:t>
      </w:r>
      <w:r>
        <w:br/>
      </w:r>
      <w:r>
        <w:t>Thoughts of you always make me smile</w:t>
      </w:r>
      <w:r>
        <w:br/>
      </w:r>
      <w:r>
        <w:t>A heart for an old friend ~ a hand for the new.</w:t>
      </w:r>
      <w:r>
        <w:br/>
      </w:r>
      <w:r>
        <w:t>Friends see heart to heart.</w:t>
      </w:r>
      <w:r>
        <w:br/>
      </w:r>
      <w:r>
        <w:t>Tis better by far at the rainbows end to find not gold but the heart of a friend.</w:t>
      </w:r>
      <w:r>
        <w:br/>
      </w:r>
      <w:r>
        <w:t>a friend is someone who reaches for your hand and touches your heart.</w:t>
      </w:r>
      <w:r>
        <w:br/>
      </w:r>
      <w:r>
        <w:t>Friendship is the thread that ties all hearts together.</w:t>
      </w:r>
      <w:r>
        <w:br/>
      </w:r>
      <w:r>
        <w:t>Love is a friendship set to music</w:t>
      </w:r>
      <w:r>
        <w:br/>
      </w:r>
      <w:r>
        <w:t>Good friends are angels on earth</w:t>
      </w:r>
      <w:r>
        <w:br/>
      </w:r>
      <w:r>
        <w:t>Of all the gems on this earth friends are the most precious!</w:t>
      </w:r>
      <w:r>
        <w:br/>
      </w:r>
      <w:r>
        <w:t>Life is a patchwork of friends</w:t>
      </w:r>
      <w:r>
        <w:br/>
      </w:r>
      <w:r>
        <w:t>Friendship Keeps Our Hearts in Touch</w:t>
      </w:r>
      <w:r>
        <w:br/>
      </w:r>
      <w:r>
        <w:t>If friends were flowers, I'd pick you</w:t>
      </w:r>
      <w:r>
        <w:br/>
      </w:r>
      <w:r>
        <w:t>Make new friends but keep the old. One is silver and the other is gold.</w:t>
      </w:r>
      <w:r>
        <w:br/>
      </w:r>
      <w:r>
        <w:t>Some people come into our lives and quickly go. Some stay for awhile leaving footprints on our hearts and we are forever changed.</w:t>
      </w:r>
      <w:r>
        <w:br/>
      </w:r>
      <w:r>
        <w:t>Thanks is the heart who has a true friend</w:t>
      </w:r>
      <w:r>
        <w:br/>
      </w:r>
      <w:r>
        <w:t>Friends listen with their hearts</w:t>
      </w:r>
      <w:r>
        <w:br/>
      </w:r>
      <w:r>
        <w:t>Blessings come in many ways the nicest come as friends</w:t>
      </w:r>
      <w:r>
        <w:br/>
      </w:r>
      <w:r>
        <w:t>Real friends are those who, when you make a fool of yourself, don't think you've done a permanent job</w:t>
      </w:r>
      <w:r>
        <w:br/>
      </w:r>
      <w:r>
        <w:t>As sunshine turns a flowers head toward heaven, so your friendship lifts my spirit.</w:t>
      </w:r>
      <w:r>
        <w:br/>
      </w:r>
      <w:r>
        <w:t>Even though we're far apart. You're always in my heart.</w:t>
      </w:r>
      <w:r>
        <w:br/>
      </w:r>
      <w:r>
        <w:t>Friends are kisses blown to us by angels. – Unknown</w:t>
      </w:r>
    </w:p>
    <w:p>
      <w:r>
        <w:t>Thee lift me and I'll lift thee, and we'll ascend together. - Shaker Proverb</w:t>
      </w:r>
    </w:p>
    <w:p>
      <w:r>
        <w:t>A friend is one who knows us, but loves us anyway.  – Fr. Jerome Cummings</w:t>
      </w:r>
    </w:p>
    <w:p>
      <w:r>
        <w:t>A friend is a gift to treasure always.</w:t>
      </w:r>
    </w:p>
    <w:p>
      <w:r>
        <w:t>Friends are the best collectibles.</w:t>
      </w:r>
    </w:p>
    <w:p>
      <w:r>
        <w:t>I have a friend, Whose name is (       ), And we have fun together.  We laugh and play, And sing all day, In any kind of weather.</w:t>
      </w:r>
    </w:p>
    <w:p>
      <w:r>
        <w:t>Friends care, Friends share, We need friends, Everywhere!</w:t>
      </w:r>
    </w:p>
    <w:p>
      <w:r>
        <w:t>Like rainbows and flowers, Friends brighten the hours.</w:t>
      </w:r>
    </w:p>
    <w:p>
      <w:r>
        <w:t>A friend is a present, which you give yourself--Robert Louis Stevenson</w:t>
      </w:r>
    </w:p>
    <w:p>
      <w:r>
        <w:t>A friend is like a bowl of jelly beans...good to the bottom of the bowl.</w:t>
      </w:r>
    </w:p>
    <w:p>
      <w:r>
        <w:t>Friends at school, Are big and small.  Friends at school, Are best of all!</w:t>
      </w:r>
    </w:p>
    <w:p>
      <w:r>
        <w:t>A friend is someone who reaches for your hand and touches your heart.</w:t>
      </w:r>
    </w:p>
    <w:p>
      <w:r>
        <w:t>A friend is someone who goes around saying nice things about you behind your back</w:t>
      </w:r>
    </w:p>
    <w:p>
      <w:r>
        <w:t>A friend of my many years</w:t>
      </w:r>
    </w:p>
    <w:p>
      <w:r>
        <w:t>A good friend sticks to you like honey</w:t>
      </w:r>
    </w:p>
    <w:p>
      <w:r>
        <w:t>A good friend is like a wonderful book, the inside is even better than the cover!</w:t>
      </w:r>
    </w:p>
    <w:p>
      <w:r>
        <w:t>A real friend walks in when the rest of the world walks out.</w:t>
      </w:r>
    </w:p>
    <w:p>
      <w:r>
        <w:t>A smile is the shortest distance between two people</w:t>
      </w:r>
    </w:p>
    <w:p>
      <w:r>
        <w:t>A true friend is the greatest of all blessings.</w:t>
      </w:r>
    </w:p>
    <w:p>
      <w:r>
        <w:t>Forever Friends</w:t>
      </w:r>
    </w:p>
    <w:p>
      <w:r>
        <w:t>Friends are gifts that heaven sends.</w:t>
      </w:r>
    </w:p>
    <w:p>
      <w:r>
        <w:t>Friends are the chocolate chips in the cookie of life.</w:t>
      </w:r>
    </w:p>
    <w:p>
      <w:r>
        <w:t>Friends are the spice that makes everything nice!</w:t>
      </w:r>
    </w:p>
    <w:p>
      <w:r>
        <w:t>Friends Forever</w:t>
      </w:r>
    </w:p>
    <w:p>
      <w:r>
        <w:t>Friend to Friend, Heart to Heart</w:t>
      </w:r>
    </w:p>
    <w:p>
      <w:r>
        <w:t>Friends are Flowers in the Garden of Life</w:t>
      </w:r>
    </w:p>
    <w:p>
      <w:r>
        <w:t>Friends are like quilts... lives pieced together, stitched with smiles, colored with memories, and bound with love.</w:t>
      </w:r>
    </w:p>
    <w:p>
      <w:r>
        <w:t>Friends know the art of giving from the heart</w:t>
      </w:r>
    </w:p>
    <w:p>
      <w:r>
        <w:t>Friends put a bounce in your heart</w:t>
      </w:r>
    </w:p>
    <w:p>
      <w:r>
        <w:t>Friends warm you up inside and out</w:t>
      </w:r>
    </w:p>
    <w:p>
      <w:r>
        <w:t>Friendship is in the Stars. (pics in star shapes)</w:t>
      </w:r>
    </w:p>
    <w:p>
      <w:r>
        <w:t>Friendship is the wine of life.</w:t>
      </w:r>
    </w:p>
    <w:p>
      <w:r>
        <w:t>Friendship keeps our hearts in touch</w:t>
      </w:r>
    </w:p>
    <w:p>
      <w:r>
        <w:t>Friends together in sunshine and shade</w:t>
      </w:r>
    </w:p>
    <w:p>
      <w:r>
        <w:t>Good Friends are Angels on Earth.</w:t>
      </w:r>
    </w:p>
    <w:p>
      <w:r>
        <w:t>Happy-go-lucky days are the ones I spend with you.</w:t>
      </w:r>
    </w:p>
    <w:p>
      <w:r>
        <w:t>If Friends were flowers..I'd pick you!</w:t>
      </w:r>
    </w:p>
    <w:p>
      <w:r>
        <w:t>If friends were flowers, I'd pick y'all! (photos of friends in center of flower)</w:t>
      </w:r>
    </w:p>
    <w:p>
      <w:r>
        <w:t>In Friendship, your giving goes 'round but it never ends.</w:t>
      </w:r>
    </w:p>
    <w:p>
      <w:r>
        <w:t>In the Cookies of Life, Friends are the chocolate chips</w:t>
      </w:r>
    </w:p>
    <w:p>
      <w:r>
        <w:t>It's not the Fishin'...It's the time together</w:t>
      </w:r>
    </w:p>
    <w:p>
      <w:r>
        <w:t>Just hangin' out</w:t>
      </w:r>
    </w:p>
    <w:p>
      <w:r>
        <w:t>Life is nothing without friendship.</w:t>
      </w:r>
    </w:p>
    <w:p>
      <w:r>
        <w:t>Making new friends, but keeping the old</w:t>
      </w:r>
    </w:p>
    <w:p>
      <w:r>
        <w:t>My Friends!</w:t>
      </w:r>
    </w:p>
    <w:p>
      <w:r>
        <w:t>Of all the treasures on this earth...friends are the most precious.</w:t>
      </w:r>
    </w:p>
    <w:p>
      <w:r>
        <w:t>Old shoes and old friends are best for relaxing</w:t>
      </w:r>
    </w:p>
    <w:p>
      <w:r>
        <w:t>Pick your friends-but not to pieces.</w:t>
      </w:r>
    </w:p>
    <w:p>
      <w:r>
        <w:t>Priceless treasure of the heart...true friends will never part.</w:t>
      </w:r>
    </w:p>
    <w:p>
      <w:r>
        <w:t>Rain or shine, You'll always be a friend of mine!</w:t>
      </w:r>
    </w:p>
    <w:p>
      <w:r>
        <w:t>Rocks and Bumps along life's road...thoughts of a friend lighten the load.</w:t>
      </w:r>
    </w:p>
    <w:p>
      <w:r>
        <w:t>Special Friends bring special memories.</w:t>
      </w:r>
    </w:p>
    <w:p>
      <w:r>
        <w:t>Some "bunny" is having fun</w:t>
      </w:r>
    </w:p>
    <w:p>
      <w:r>
        <w:t>Some people come into our lives and quickly go. Some stay for awhile leaving footprints in our hearts...and we are forever changed.</w:t>
      </w:r>
    </w:p>
    <w:p>
      <w:r>
        <w:t>That's what friends are for!</w:t>
      </w:r>
    </w:p>
    <w:p>
      <w:r>
        <w:t>The "Beary" Best of friends!!</w:t>
      </w:r>
    </w:p>
    <w:p>
      <w:r>
        <w:t>The discovery of friendship is well worth the search.</w:t>
      </w:r>
    </w:p>
    <w:p>
      <w:r>
        <w:t>The door of friendship is unlocked with a smile.</w:t>
      </w:r>
    </w:p>
    <w:p>
      <w:r>
        <w:t>The journey to a friends house is never long</w:t>
      </w:r>
    </w:p>
    <w:p>
      <w:r>
        <w:t>The reward of friendship is itself- Ailred of Rievaulx</w:t>
      </w:r>
    </w:p>
    <w:p>
      <w:r>
        <w:t>True Friends remain in our hearts forever.</w:t>
      </w:r>
    </w:p>
    <w:p>
      <w:r>
        <w:t>Whenever I think of you, I smile inside.</w:t>
      </w:r>
    </w:p>
    <w:p>
      <w:r>
        <w:t>When you are too busy for friends, you're TOO Busy</w:t>
      </w:r>
    </w:p>
    <w:p>
      <w:r>
        <w:t>You and me buds forever (picture of friends with roses or flowers)</w:t>
      </w:r>
    </w:p>
    <w:p>
      <w:r>
        <w:t>You are my Sunshine</w:t>
      </w:r>
    </w:p>
    <w:p>
      <w:pPr>
        <w:pStyle w:val="Heading2"/>
      </w:pPr>
      <w:r>
        <w:t>Heart</w:t>
      </w:r>
    </w:p>
    <w:p>
      <w:r>
        <w:t>A dream is a wish your heart makes.</w:t>
      </w:r>
      <w:r>
        <w:br/>
      </w:r>
      <w:r>
        <w:t>A good friend is like a warm quilt wrapped around the heart.</w:t>
      </w:r>
      <w:r>
        <w:br/>
      </w:r>
      <w:r>
        <w:t>A heart never wrinkles.</w:t>
      </w:r>
      <w:r>
        <w:br/>
      </w:r>
      <w:r>
        <w:t>A helping hand is showing a loving heart.</w:t>
      </w:r>
      <w:r>
        <w:br/>
      </w:r>
      <w:r>
        <w:t>A joyful heart is good medicine.</w:t>
      </w:r>
      <w:r>
        <w:br/>
      </w:r>
      <w:r>
        <w:t>Always keep a cool head and a warm heart...</w:t>
      </w:r>
      <w:r>
        <w:br/>
      </w:r>
      <w:r>
        <w:t>Beauty changes with the passing seasons except in the heart where the true beauty remains.</w:t>
      </w:r>
      <w:r>
        <w:br/>
      </w:r>
      <w:r>
        <w:t>Beauty is in the heart of the beholder.</w:t>
      </w:r>
      <w:r>
        <w:br/>
      </w:r>
      <w:r>
        <w:t>Friends make memories...the heart preserves them.</w:t>
      </w:r>
      <w:r>
        <w:br/>
      </w:r>
      <w:r>
        <w:t>From ones mouth comes what is in their heart.</w:t>
      </w:r>
      <w:r>
        <w:br/>
      </w:r>
      <w:r>
        <w:t>Give others a piece of your heart, not a piece of your mind.</w:t>
      </w:r>
      <w:r>
        <w:br/>
      </w:r>
      <w:r>
        <w:t>Great thoughts come from the heart...</w:t>
      </w:r>
      <w:r>
        <w:br/>
      </w:r>
      <w:r>
        <w:t>He who is the holder of my heart is also the holder of my hand.</w:t>
      </w:r>
      <w:r>
        <w:br/>
      </w:r>
      <w:r>
        <w:t>Hearts for Sale...Some are broken, some are mended.</w:t>
      </w:r>
      <w:r>
        <w:br/>
      </w:r>
      <w:r>
        <w:t>But love is guaranteed !!</w:t>
      </w:r>
      <w:r>
        <w:br/>
      </w:r>
      <w:r>
        <w:t>I whispered in your ear....And spoke to your heart.</w:t>
      </w:r>
      <w:r>
        <w:br/>
      </w:r>
      <w:r>
        <w:t>If you have joy in your heart, it will be known by the look on your face.</w:t>
      </w:r>
      <w:r>
        <w:br/>
      </w:r>
      <w:r>
        <w:t>It is only with the heart that one can see rightly, what is is essential is invisible to the eye.</w:t>
      </w:r>
      <w:r>
        <w:br/>
      </w:r>
      <w:r>
        <w:t>It's not what you look like on the outside, but what is in your heart that matters.</w:t>
      </w:r>
      <w:r>
        <w:br/>
      </w:r>
      <w:r>
        <w:t>Keep a green tree in your heart and soon a singing bird will come.</w:t>
      </w:r>
      <w:r>
        <w:br/>
      </w:r>
      <w:r>
        <w:t>Let Your Heart Bloom</w:t>
      </w:r>
      <w:r>
        <w:br/>
      </w:r>
      <w:r>
        <w:t>Let your heart sing its' own happy song.... And soon the whole world will be singing.</w:t>
      </w:r>
      <w:r>
        <w:br/>
      </w:r>
      <w:r>
        <w:t>Listen to your heart and proceed with confidence.</w:t>
      </w:r>
      <w:r>
        <w:br/>
      </w:r>
      <w:r>
        <w:t>Lock me in your heart and throw away the key.</w:t>
      </w:r>
      <w:r>
        <w:br/>
      </w:r>
      <w:r>
        <w:t>Love puts a twinkle in your eye and a smile in your heart.</w:t>
      </w:r>
      <w:r>
        <w:br/>
      </w:r>
      <w:r>
        <w:t>May your heart be as light as a song.</w:t>
      </w:r>
      <w:r>
        <w:br/>
      </w:r>
      <w:r>
        <w:t>Miles can't separate hearts that care.</w:t>
      </w:r>
      <w:r>
        <w:br/>
      </w:r>
      <w:r>
        <w:t>Never give all the heart....</w:t>
      </w:r>
      <w:r>
        <w:br/>
      </w:r>
      <w:r>
        <w:t>Paint every stroke from your heart.</w:t>
      </w:r>
      <w:r>
        <w:br/>
      </w:r>
      <w:r>
        <w:t>Please give me patience in my heart and soul and impatients in my flower bowl!</w:t>
      </w:r>
      <w:r>
        <w:br/>
      </w:r>
      <w:r>
        <w:t>Tell your heart that the fear of suffering is worse than the suffering itself.... and that no heart has ever suffered when it goes in search of it's dreams.</w:t>
      </w:r>
      <w:r>
        <w:br/>
      </w:r>
      <w:r>
        <w:t>The best gifts are tied with heart strings...</w:t>
      </w:r>
      <w:r>
        <w:br/>
      </w:r>
      <w:r>
        <w:t>The eyes are not responsible for what the heart sees.</w:t>
      </w:r>
      <w:r>
        <w:br/>
      </w:r>
      <w:r>
        <w:t>The heart is a fragile thing, break it badly and it may never fully heal.</w:t>
      </w:r>
      <w:r>
        <w:br/>
      </w:r>
      <w:r>
        <w:t>The heart of a fool is in his mouth, but the mouth of a wise man is in his heart.</w:t>
      </w:r>
      <w:r>
        <w:br/>
      </w:r>
      <w:r>
        <w:t>The path to your hearts desire is never overgrown.</w:t>
      </w:r>
      <w:r>
        <w:br/>
      </w:r>
      <w:r>
        <w:t>The place to improve the world is first in one's own heart and head and hands.</w:t>
      </w:r>
      <w:r>
        <w:br/>
      </w:r>
      <w:r>
        <w:t>To handle yourself, use your head.</w:t>
      </w:r>
      <w:r>
        <w:br/>
      </w:r>
      <w:r>
        <w:t>To handle others, use your heart.</w:t>
      </w:r>
      <w:r>
        <w:br/>
      </w:r>
      <w:r>
        <w:t>Touch not only with your hands, but also with your heart.</w:t>
      </w:r>
      <w:r>
        <w:br/>
      </w:r>
      <w:r>
        <w:t>We cough to clear our throats, We sigh to clear our hearts.</w:t>
      </w:r>
      <w:r>
        <w:br/>
      </w:r>
      <w:r>
        <w:t>• We only find beauty if we carry it in our hearts.</w:t>
      </w:r>
      <w:r>
        <w:br/>
      </w:r>
      <w:r>
        <w:t>When there is room in the heart there is always room in the house.</w:t>
      </w:r>
      <w:r>
        <w:br/>
      </w:r>
      <w:r>
        <w:t>You helped me open the music of my heart.</w:t>
      </w:r>
    </w:p>
    <w:p>
      <w:pPr>
        <w:pStyle w:val="Heading2"/>
      </w:pPr>
      <w:r>
        <w:t>Heartaches</w:t>
      </w:r>
    </w:p>
    <w:p>
      <w:r>
        <w:t>A happy heart makes the face cheerful, but heartache crushes the spirit.</w:t>
      </w:r>
      <w:r>
        <w:br/>
      </w:r>
      <w:r>
        <w:t>A thousand words couldn't bring you back, I know because I tried. Neither could a thousand tears, I know because I cried. You left behind a broken heart, and happy memories too, but I never wanted memories, I only wanted you.</w:t>
      </w:r>
      <w:r>
        <w:br/>
      </w:r>
      <w:r>
        <w:t>As you left and said your goodbyes, you forgot to tell my heart how to live without you.</w:t>
      </w:r>
      <w:r>
        <w:br/>
      </w:r>
      <w:r>
        <w:t>Ask me how many times my heart has been broken, and I'll tell you to look into the sky and count the stars.</w:t>
      </w:r>
      <w:r>
        <w:br/>
      </w:r>
      <w:r>
        <w:t>Being disappointed and hurt in yourself is probably worse than knowing someone else is disappointed and hurt by you.</w:t>
      </w:r>
      <w:r>
        <w:br/>
      </w:r>
      <w:r>
        <w:t>Do not count for anything you give... So that in the end...you will not be hurt of it.</w:t>
      </w:r>
      <w:r>
        <w:br/>
      </w:r>
      <w:r>
        <w:t>Even if we never talk after tonight, just know that you have forever changed me.</w:t>
      </w:r>
      <w:r>
        <w:br/>
      </w:r>
      <w:r>
        <w:t>For all sad words of tongue and pen, the saddest are those "It might have been."</w:t>
      </w:r>
      <w:r>
        <w:br/>
      </w:r>
      <w:r>
        <w:t>Forever You'll Be, Everyone falls, But I am left standing, Everyone hurts,  But I am left caring.</w:t>
      </w:r>
      <w:r>
        <w:br/>
      </w:r>
      <w:r>
        <w:t>A complete feeling of you Takes over when I'm alone And to close my eyes Brings me to you, close to home.</w:t>
      </w:r>
      <w:r>
        <w:br/>
      </w:r>
      <w:r>
        <w:t>You bring me through hard times And are with me when they're good Because when I feel I can't go on I imagine standing where we have stood.</w:t>
      </w:r>
      <w:r>
        <w:br/>
      </w:r>
      <w:r>
        <w:t>Days feel like months And months feel like years The pain gets so strong and unbearable And then come the tears.</w:t>
      </w:r>
      <w:r>
        <w:br/>
      </w:r>
      <w:r>
        <w:t>But wait, close your eyes and thoughts Imagine, take in and think What am I sad for, you're here with me And into your arms I will sink.</w:t>
      </w:r>
      <w:r>
        <w:br/>
      </w:r>
      <w:r>
        <w:t>Weightless and breathless Time stands still And just your voice Brings back all of my will.</w:t>
      </w:r>
      <w:r>
        <w:br/>
      </w:r>
      <w:r>
        <w:t>I am so scared to love For it might vanish But the risk is worth taking So those thoughts I will banish.</w:t>
      </w:r>
      <w:r>
        <w:br/>
      </w:r>
      <w:r>
        <w:t>Free my mind Of all harsh things For there is no bad in you And happiness time brings.</w:t>
      </w:r>
      <w:r>
        <w:br/>
      </w:r>
      <w:r>
        <w:t>The days are long And how my heart aches But in the end It's worth all the stakes.</w:t>
      </w:r>
      <w:r>
        <w:br/>
      </w:r>
      <w:r>
        <w:t>All of my love Goes straight to you Forever you'll be In my heart and soul too.</w:t>
      </w:r>
      <w:r>
        <w:br/>
      </w:r>
      <w:r>
        <w:t>God can heal a broken heart, but he has to have all the pieces.</w:t>
      </w:r>
      <w:r>
        <w:br/>
      </w:r>
      <w:r>
        <w:t>Green and gray and purest blue, all reminding me of you.</w:t>
      </w:r>
      <w:r>
        <w:br/>
      </w:r>
      <w:r>
        <w:t>How I wish, I wish you knew, the depth of what I feel for you.</w:t>
      </w:r>
      <w:r>
        <w:br/>
      </w:r>
      <w:r>
        <w:t>Eyes that match the twilight sky, I look at you and wonder, why I cannot leave without saying goodbye.</w:t>
      </w:r>
      <w:r>
        <w:br/>
      </w:r>
      <w:r>
        <w:t>He broke your heart, he shattered it like glass, When he comes crawling back, say "Honey, kiss my *** !!".</w:t>
      </w:r>
      <w:r>
        <w:br/>
      </w:r>
      <w:r>
        <w:t>" I could of missed the pain, but I'd had to miss the dance...."</w:t>
      </w:r>
      <w:r>
        <w:br/>
      </w:r>
      <w:r>
        <w:t>I cry for the time that you were almost mine, I cry for the memories I've left behind, I cry for the pain, the lost, the old, the new... I cry for the times I thought I had you.</w:t>
      </w:r>
      <w:r>
        <w:br/>
      </w:r>
      <w:r>
        <w:t>I hope you understand, That I've got feelings, But all of my feelings are just being used</w:t>
      </w:r>
      <w:r>
        <w:br/>
      </w:r>
      <w:r>
        <w:t>I never wanted to hold you back I just wanted to hold on.</w:t>
      </w:r>
      <w:r>
        <w:br/>
      </w:r>
      <w:r>
        <w:t>I never thought I'd say goodbye... but after all who wouldn't cry. I did my best...I made it through. But never will I stop loving you.</w:t>
      </w:r>
      <w:r>
        <w:br/>
      </w:r>
      <w:r>
        <w:t>If he hurts you once... it's his fault, if he does it again... it's your own.</w:t>
      </w:r>
      <w:r>
        <w:br/>
      </w:r>
      <w:r>
        <w:t>If I had never met you, I wouldn't like you. If I had never liked you, I would have never loved you. If I had never loved you, I'd never miss you. But I did, I do, and I will.</w:t>
      </w:r>
      <w:r>
        <w:br/>
      </w:r>
      <w:r>
        <w:t>If someone hurts you, betrays you, or breaks your heart, forgive them for they have helped you learn about trust and the importance of being cautious to who you open your heart to.</w:t>
      </w:r>
      <w:r>
        <w:br/>
      </w:r>
      <w:r>
        <w:t>If your heart is the strongest muscle of the body, why does it break so easily??</w:t>
      </w:r>
      <w:r>
        <w:br/>
      </w:r>
      <w:r>
        <w:t>I'm scared to fall in love. Afraid to love so fast.... because every time I fall in love it seems to never last.</w:t>
      </w:r>
      <w:r>
        <w:br/>
      </w:r>
      <w:r>
        <w:t>It is better to have loved and lost then never loved at all.</w:t>
      </w:r>
      <w:r>
        <w:br/>
      </w:r>
      <w:r>
        <w:t>It takes a minute to have a crush on someone, an hour to like someone, and a day to love someone, but it takes a lifetime to forget someone.</w:t>
      </w:r>
      <w:r>
        <w:br/>
      </w:r>
      <w:r>
        <w:t>It's amazing how someone can break your heart, but you still love them with all the little pieces.</w:t>
      </w:r>
      <w:r>
        <w:br/>
      </w:r>
      <w:r>
        <w:t>It's funny  how someone could do something so small and meaningless, but it changes your whole life forever.</w:t>
      </w:r>
      <w:r>
        <w:br/>
      </w:r>
      <w:r>
        <w:t>Just because someone doesn't love you the way you want them to.....doesn't mean they don't love you with all they have.</w:t>
      </w:r>
      <w:r>
        <w:br/>
      </w:r>
      <w:r>
        <w:t>Love starts with a hug, grows with a kiss, and ends with a heartbreak.</w:t>
      </w:r>
      <w:r>
        <w:br/>
      </w:r>
      <w:r>
        <w:t>Loving him wasn't the problem....Getting close was.</w:t>
      </w:r>
      <w:r>
        <w:br/>
      </w:r>
      <w:r>
        <w:t>Loving is so short and forgetting so long.</w:t>
      </w:r>
      <w:r>
        <w:br/>
      </w:r>
      <w:r>
        <w:t>Maybe God wants us to meet a few wrong people before meeting the right one, so that when we finally meet the person, we will know how to be grateful.</w:t>
      </w:r>
      <w:r>
        <w:br/>
      </w:r>
      <w:r>
        <w:t>Never say I love you....if you don't really care.  Never talk about feelings....if they aren't really there.  Never hold my hand....if you are going to break my heart.  Never say you are going to....if you don't plan to start.  Never look into my eyes....if all you do is lie.  Never say hello....if you really mean goodbye.  If you really mean forever...then say you will try.  Never say forever.....cause forever makes me cry.</w:t>
      </w:r>
      <w:r>
        <w:br/>
      </w:r>
      <w:r>
        <w:t>Never say forever, because forever isn't real.  It isn't something lasting.  It's what you think you feel.</w:t>
      </w:r>
      <w:r>
        <w:br/>
      </w:r>
      <w:r>
        <w:t>So if you mean forever, just tell me that you'll try.  But never say forever, because forever makes me cry.</w:t>
      </w:r>
      <w:r>
        <w:br/>
      </w:r>
      <w:r>
        <w:t>One day you'll love me as I loved you.  One day you'll think of me as I thought of you.  One day you'll cry for me as I cried for you.  One day you'll want me and I won't want you.</w:t>
      </w:r>
      <w:r>
        <w:br/>
      </w:r>
      <w:r>
        <w:t>Put a circle around the person's name that you love, not a heart... because hearts get broken but circles never end.</w:t>
      </w:r>
      <w:r>
        <w:br/>
      </w:r>
      <w:r>
        <w:t>Relationships are like glass, sometimes it is better to leave them broken than try to pick up the pieces...you always end up getting hurt.</w:t>
      </w:r>
      <w:r>
        <w:br/>
      </w:r>
      <w:r>
        <w:t>Some of us think holding on makes us strong; but sometimes it is letting go.</w:t>
      </w:r>
      <w:r>
        <w:br/>
      </w:r>
      <w:r>
        <w:t>Sometimes I wish I had never met you, because then I could go to sleep at night knowing there was someone like you out there. The greatest pain that comes with love...  is loving someone you can't have.</w:t>
      </w:r>
      <w:r>
        <w:br/>
      </w:r>
      <w:r>
        <w:t>Sticks and stones are hard on bones... aimed with angry art. Words can sting like anything. But silence breaks the heart.</w:t>
      </w:r>
      <w:r>
        <w:br/>
      </w:r>
      <w:r>
        <w:t>Stick and stones may break my bones and tear my skin apart But no one will hurt me more than you because you broke my heart.</w:t>
      </w:r>
      <w:r>
        <w:br/>
      </w:r>
      <w:r>
        <w:t>Sticks and stones may break my bones but words may break my heart.</w:t>
      </w:r>
      <w:r>
        <w:br/>
      </w:r>
      <w:r>
        <w:t>Tell your heart that the fear of suffering is worse than the suffering itself.  And that no heart has ever suffered when it goes in search of its dreams.</w:t>
      </w:r>
      <w:r>
        <w:br/>
      </w:r>
      <w:r>
        <w:t>That each sorrow has it's purpose By the sorrowing oft unguessed, But as sure as the sun brings mourning Whatever is-is best.</w:t>
      </w:r>
      <w:r>
        <w:br/>
      </w:r>
      <w:r>
        <w:t>The hardest thing to do is watch the one you love, love someone else.</w:t>
      </w:r>
      <w:r>
        <w:br/>
      </w:r>
      <w:r>
        <w:t>The heart does heal and you will love like this again except that when you do...you'll deny that you ever loved like this before.</w:t>
      </w:r>
      <w:r>
        <w:br/>
      </w:r>
      <w:r>
        <w:t>The heart is a fragile part of love. Once it is broken...it's hard to mend the walls.</w:t>
      </w:r>
      <w:r>
        <w:br/>
      </w:r>
      <w:r>
        <w:t>The love you can't have lasts the longest, feels the strongest and hurts the most.</w:t>
      </w:r>
      <w:r>
        <w:br/>
      </w:r>
      <w:r>
        <w:t>• The only man worth your tears won't make you cry.</w:t>
      </w:r>
      <w:r>
        <w:br/>
      </w:r>
      <w:r>
        <w:t>The only thing worse than loving someone you can't have is having someone you love remind you that you can't have him.</w:t>
      </w:r>
      <w:r>
        <w:br/>
      </w:r>
      <w:r>
        <w:t>The worst part of being involved is knowing that it may someday come to an end.</w:t>
      </w:r>
      <w:r>
        <w:br/>
      </w:r>
      <w:r>
        <w:t>The worst way to miss someone is to have them right next to you.</w:t>
      </w:r>
      <w:r>
        <w:br/>
      </w:r>
      <w:r>
        <w:t>There's a light in my eyes and it's too bright to see, and a pain in my heart, where you used to be. I guess I was wrong to think you were waiting for me... Because there's a light in your eyes and it ain't burning for me.</w:t>
      </w:r>
      <w:r>
        <w:br/>
      </w:r>
      <w:r>
        <w:t>They wouldn't call it a crush if it didn't hurt.</w:t>
      </w:r>
      <w:r>
        <w:br/>
      </w:r>
      <w:r>
        <w:t>Too many hearts have been broken, failing to trust what they feel.</w:t>
      </w:r>
      <w:r>
        <w:br/>
      </w:r>
      <w:r>
        <w:t>When I met you ...I was afraid to like you.  When I liked you...I was afraid to love you.  When I loved you...I was afraid to lose you.  And now, that I lost you....I wish I never met you.</w:t>
      </w:r>
      <w:r>
        <w:br/>
      </w:r>
      <w:r>
        <w:t>When I saw him...I liked him.  When I liked him...I kissed him.  When I kissed him...I loved him... and when I loved him...I lost him !</w:t>
      </w:r>
      <w:r>
        <w:br/>
      </w:r>
      <w:r>
        <w:t>Who do you go to when the only one who can stop your tears is the one making you cry?</w:t>
      </w:r>
      <w:r>
        <w:br/>
      </w:r>
      <w:r>
        <w:t>Why is it that people love the ones that hurt them and hurt the ones that love them?</w:t>
      </w:r>
      <w:r>
        <w:br/>
      </w:r>
      <w:r>
        <w:t>Why is it that the only person who can make you stop crying, is the person who made you cry?</w:t>
      </w:r>
      <w:r>
        <w:br/>
      </w:r>
      <w:r>
        <w:t>You said love is a hell you cannot bear, I say give me mine back and then go there for all I care.</w:t>
      </w:r>
    </w:p>
    <w:p>
      <w:pPr>
        <w:pStyle w:val="Heading2"/>
      </w:pPr>
      <w:r>
        <w:t>Heaven</w:t>
      </w:r>
    </w:p>
    <w:p>
      <w:r>
        <w:t>A man's reach, should exceed his grasp. Else, what's a heaven for ?!?</w:t>
      </w:r>
      <w:r>
        <w:br/>
      </w:r>
      <w:r>
        <w:t>Earth has no sorrow that heaven cannot heal.</w:t>
      </w:r>
      <w:r>
        <w:br/>
      </w:r>
      <w:r>
        <w:t>Help yourself, and heaven will help you.</w:t>
      </w:r>
      <w:r>
        <w:br/>
      </w:r>
      <w:r>
        <w:t>On earth there is no heaven...but there are pieces of it.</w:t>
      </w:r>
      <w:r>
        <w:br/>
      </w:r>
      <w:r>
        <w:t>Heaven doesn't want me and hell's afraid I'm going to take over !!</w:t>
      </w:r>
      <w:r>
        <w:br/>
      </w:r>
      <w:r>
        <w:t>Sleeping babies must be what heaven is like.</w:t>
      </w:r>
      <w:r>
        <w:br/>
      </w:r>
      <w:r>
        <w:t>The sun's rays beaming through a cloud are God's stairway to heaven.</w:t>
      </w:r>
      <w:r>
        <w:br/>
      </w:r>
      <w:r>
        <w:t>To love is to receive a glimpse of heaven.</w:t>
      </w:r>
    </w:p>
    <w:p>
      <w:pPr>
        <w:pStyle w:val="Heading2"/>
      </w:pPr>
      <w:r>
        <w:t>Hugs</w:t>
      </w:r>
    </w:p>
    <w:p>
      <w:r>
        <w:t>A friend hugs your heart.</w:t>
      </w:r>
      <w:r>
        <w:br/>
      </w:r>
      <w:r>
        <w:t>A hug a day keeps the meanies away,</w:t>
      </w:r>
      <w:r>
        <w:br/>
      </w:r>
      <w:r>
        <w:t>A hug delights and warms and charms, that must be why God gave up arms.</w:t>
      </w:r>
      <w:r>
        <w:br/>
      </w:r>
      <w:r>
        <w:t>A hug is a great gift !  One size fits all and it is easy to return !</w:t>
      </w:r>
      <w:r>
        <w:br/>
      </w:r>
      <w:r>
        <w:t>Arms are for hugging !!</w:t>
      </w:r>
      <w:r>
        <w:br/>
      </w:r>
      <w:r>
        <w:t>Awaken only for emergency hugs...(this adorable saying was sent in by a visitor to my site...she embroidered it on a crib pillow for her grandson)</w:t>
      </w:r>
      <w:r>
        <w:br/>
      </w:r>
      <w:r>
        <w:t>Bear hugs and Back rubs welcomed.</w:t>
      </w:r>
      <w:r>
        <w:br/>
      </w:r>
      <w:r>
        <w:t>Free Hugs !!!  One size fits all...!!!!</w:t>
      </w:r>
      <w:r>
        <w:br/>
      </w:r>
      <w:r>
        <w:t>Happiness is an unexpected hug.</w:t>
      </w:r>
      <w:r>
        <w:br/>
      </w:r>
      <w:r>
        <w:t>Home is where the hugs are...!!!</w:t>
      </w:r>
      <w:r>
        <w:br/>
      </w:r>
      <w:r>
        <w:t>Home is where the hug is.</w:t>
      </w:r>
      <w:r>
        <w:br/>
      </w:r>
      <w:r>
        <w:t>Hug Department  Always Open  !!!</w:t>
      </w:r>
      <w:r>
        <w:br/>
      </w:r>
      <w:r>
        <w:t>• Hugs:  they are to squeeze the pain out of you !</w:t>
      </w:r>
      <w:r>
        <w:br/>
      </w:r>
      <w:r>
        <w:t>Hug O' War = I will not play at tug o' war, I'd rather play at hug o' war.  Where everyone hugs instead of tugs. Where everyone giggles and rolls on the rug.  Where everyone kisses, and everyone grins, and everyone cuddles, and everyone wins !</w:t>
      </w:r>
      <w:r>
        <w:br/>
      </w:r>
      <w:r>
        <w:t>Hugs = Special Today !!  Give one.....get one free !!</w:t>
      </w:r>
      <w:r>
        <w:br/>
      </w:r>
      <w:r>
        <w:t>The funny thing about hugs is....you never run out.  You give one, and straight away, you get it right back!</w:t>
      </w:r>
      <w:r>
        <w:br/>
      </w:r>
      <w:r>
        <w:t>You fill our days with hugs and kisses.</w:t>
      </w:r>
    </w:p>
    <w:p>
      <w:pPr>
        <w:pStyle w:val="Heading2"/>
      </w:pPr>
      <w:r>
        <w:t>How to Say "I Love You"</w:t>
      </w:r>
    </w:p>
    <w:p>
      <w:r>
        <w:t>English.......... I Love You</w:t>
      </w:r>
    </w:p>
    <w:p>
      <w:r>
        <w:t>Spanish.......... Te Amo</w:t>
      </w:r>
    </w:p>
    <w:p>
      <w:r>
        <w:t>French........... Je T'aime</w:t>
      </w:r>
    </w:p>
    <w:p>
      <w:r>
        <w:t>German........... lch Liebe Dich</w:t>
      </w:r>
    </w:p>
    <w:p>
      <w:r>
        <w:t>Japanese....... Ai Shite Imasu</w:t>
      </w:r>
    </w:p>
    <w:p>
      <w:r>
        <w:t>Italian.......... Ti Amo</w:t>
      </w:r>
    </w:p>
    <w:p>
      <w:r>
        <w:t>Chinese.......... Wo Ai Ni</w:t>
      </w:r>
    </w:p>
    <w:p>
      <w:r>
        <w:t>Swedish.......... Jag Alskar Dig</w:t>
      </w:r>
    </w:p>
    <w:p>
      <w:r>
        <w:t>Eskimo........... Nagligivaget</w:t>
      </w:r>
    </w:p>
    <w:p>
      <w:r>
        <w:t>Greek............ S'Agapo</w:t>
      </w:r>
    </w:p>
    <w:p>
      <w:r>
        <w:t>Hawaiian......... Aloha Wau la Oe</w:t>
      </w:r>
    </w:p>
    <w:p>
      <w:r>
        <w:t>Irish............ Thaim In Grabh Leat</w:t>
      </w:r>
    </w:p>
    <w:p>
      <w:r>
        <w:t>Hebrew........... Ani Ohev Otakh</w:t>
      </w:r>
    </w:p>
    <w:p>
      <w:r>
        <w:t>Russian.......... Ya Lyublyu Tyebya</w:t>
      </w:r>
    </w:p>
    <w:p>
      <w:r>
        <w:t>Albanian......... Une Te Dua</w:t>
      </w:r>
    </w:p>
    <w:p>
      <w:r>
        <w:t>Finnish.......... Mina Rakkastan Sinua</w:t>
      </w:r>
    </w:p>
    <w:p>
      <w:r>
        <w:t>Turkish.......... Seni Seviyorum</w:t>
      </w:r>
    </w:p>
    <w:p>
      <w:r>
        <w:t>Hungarian....... Se Ret Lay</w:t>
      </w:r>
    </w:p>
    <w:p>
      <w:r>
        <w:t>Persian.......... Du Stet Daram</w:t>
      </w:r>
    </w:p>
    <w:p>
      <w:r>
        <w:t>Maltese.......... Jien Inhobbok</w:t>
      </w:r>
    </w:p>
    <w:p>
      <w:r>
        <w:t>Catalan.......... Testimo Molt</w:t>
      </w:r>
    </w:p>
    <w:p>
      <w:pPr>
        <w:pStyle w:val="Heading2"/>
      </w:pPr>
      <w:r>
        <w:t>Irish Blessings</w:t>
      </w:r>
    </w:p>
    <w:p>
      <w:r>
        <w:t>May God grant you many years to live, For sure He must be knowing The earth has angels all too few And heaven is overflowing.</w:t>
      </w:r>
      <w:r>
        <w:br/>
      </w:r>
      <w:r>
        <w:t>May the most you wish for, be the least you get.  May the best times, you've ever had, be the worst you will ever see.</w:t>
      </w:r>
      <w:r>
        <w:br/>
      </w:r>
      <w:r>
        <w:t>May you make it to heaven before the devil knows you're dead.</w:t>
      </w:r>
      <w:r>
        <w:br/>
      </w:r>
      <w:r>
        <w:t>May those that love us love us;  and those that don't love us, may God turn their hearts; if He can't turn their hearts, may He turn their ankles, so we'll know them by their limping.</w:t>
      </w:r>
      <w:r>
        <w:br/>
      </w:r>
      <w:r>
        <w:t>May the road rise to meet you, May the wind be always at your back, May the sun shine warm upon your face, the rain fall soft upon your fields, And until we meet again, may God hold you in the hollow of his hand.</w:t>
      </w:r>
      <w:r>
        <w:br/>
      </w:r>
      <w:r>
        <w:t>May you always have work for your hands to do.  May your pockets hold always a coin or two.  May the sun shine bright on your windowpane.  May the rainbow be certain to follow each rain.  May the hand of a friend always be near you.  And may God fill your heart with gladness to cheer you.</w:t>
      </w:r>
      <w:r>
        <w:br/>
      </w:r>
      <w:r>
        <w:t>May you live as long as you want, And never want as long as you live.</w:t>
      </w:r>
      <w:r>
        <w:br/>
      </w:r>
      <w:r>
        <w:t>May your neighbor's respect you, Trouble neglect you, The angels protect you, And Heaven accept you.</w:t>
      </w:r>
      <w:r>
        <w:br/>
      </w:r>
      <w:r>
        <w:t>When Irish eyes are smiling.... They're usually "UP" to something !!"</w:t>
      </w:r>
    </w:p>
    <w:p>
      <w:pPr>
        <w:pStyle w:val="Heading2"/>
      </w:pPr>
      <w:r>
        <w:t>Love</w:t>
      </w:r>
    </w:p>
    <w:p>
      <w:r>
        <w:t>A kiss to build a dream on.</w:t>
      </w:r>
    </w:p>
    <w:p>
      <w:r>
        <w:t>Ain't Love just the Berries</w:t>
      </w:r>
    </w:p>
    <w:p>
      <w:r>
        <w:t>All my love, all my life</w:t>
      </w:r>
    </w:p>
    <w:p>
      <w:r>
        <w:t>All things grow with Love</w:t>
      </w:r>
    </w:p>
    <w:p>
      <w:r>
        <w:t>Always and Forever</w:t>
      </w:r>
    </w:p>
    <w:p>
      <w:r>
        <w:t>And this...Our Life...Our beginning....</w:t>
      </w:r>
    </w:p>
    <w:p>
      <w:r>
        <w:t>Basket full of love</w:t>
      </w:r>
    </w:p>
    <w:p>
      <w:r>
        <w:t>Building Special Memories</w:t>
      </w:r>
    </w:p>
    <w:p>
      <w:r>
        <w:t>Can't Fight This Feeling</w:t>
      </w:r>
    </w:p>
    <w:p>
      <w:r>
        <w:t>Can you Feel the Love Tonight?</w:t>
      </w:r>
    </w:p>
    <w:p>
      <w:r>
        <w:t>Forever is as Far as I'll Go</w:t>
      </w:r>
    </w:p>
    <w:p>
      <w:r>
        <w:t>Going to the chapel, and we're gonna get Married</w:t>
      </w:r>
    </w:p>
    <w:p>
      <w:r>
        <w:t>Grow Old with Me..the Best is Yet to Be</w:t>
      </w:r>
    </w:p>
    <w:p>
      <w:r>
        <w:t>Happiness is being married to your best friend</w:t>
      </w:r>
    </w:p>
    <w:p>
      <w:r>
        <w:t>He loves me, He loves me not, He Loves me...</w:t>
      </w:r>
    </w:p>
    <w:p>
      <w:r>
        <w:t>I fall in love with you all over again</w:t>
      </w:r>
    </w:p>
    <w:p>
      <w:r>
        <w:t>I kiss better than I cook</w:t>
      </w:r>
    </w:p>
    <w:p>
      <w:r>
        <w:t>I'll Always Love You</w:t>
      </w:r>
    </w:p>
    <w:p>
      <w:r>
        <w:t>I'll love you for all of time.</w:t>
      </w:r>
    </w:p>
    <w:p>
      <w:r>
        <w:t>In all you dream and in all you do, may the love you share bring joy to you!  It doesn't matter where you go in life, what you do or how much you have...it's who you have beside you!</w:t>
      </w:r>
    </w:p>
    <w:p>
      <w:r>
        <w:t>Kiss the Girl</w:t>
      </w:r>
    </w:p>
    <w:p>
      <w:r>
        <w:t>Knowing we'll always have each other...makes everything seem possible.</w:t>
      </w:r>
    </w:p>
    <w:p>
      <w:r>
        <w:t>Let our love not be compared to a flower that only blooms in summer, but to a river that flows forever.</w:t>
      </w:r>
    </w:p>
    <w:p>
      <w:r>
        <w:t>Loads of Love</w:t>
      </w:r>
    </w:p>
    <w:p>
      <w:r>
        <w:t>Lost In Love</w:t>
      </w:r>
    </w:p>
    <w:p>
      <w:r>
        <w:t>Lovable, snugable hugs to you.</w:t>
      </w:r>
    </w:p>
    <w:p>
      <w:r>
        <w:t>Love "bears" all things</w:t>
      </w:r>
    </w:p>
    <w:p>
      <w:r>
        <w:t>Love is a promise between hearts that care, love is a dream for two lives to share, love is a feeling that deepens...endures, Love is forever when love is like yours.</w:t>
      </w:r>
    </w:p>
    <w:p>
      <w:r>
        <w:t>Love is a wonderful thing!</w:t>
      </w:r>
    </w:p>
    <w:p>
      <w:r>
        <w:t>Love is friendship set to music.</w:t>
      </w:r>
    </w:p>
    <w:p>
      <w:r>
        <w:t>Love is the tread that ties us all together</w:t>
      </w:r>
    </w:p>
    <w:p>
      <w:r>
        <w:t>Love is what keeps my going</w:t>
      </w:r>
    </w:p>
    <w:p>
      <w:r>
        <w:t>Love makes the world go round</w:t>
      </w:r>
    </w:p>
    <w:p>
      <w:r>
        <w:t>Love puts a twinkle in your eye and a smile in your heart.</w:t>
      </w:r>
    </w:p>
    <w:p>
      <w:r>
        <w:t>Love Will Keep Us Alive</w:t>
      </w:r>
    </w:p>
    <w:p>
      <w:r>
        <w:t>Lovin from the oven (baking stickers)</w:t>
      </w:r>
    </w:p>
    <w:p>
      <w:r>
        <w:t>Marriage joins two people in the circle of its love</w:t>
      </w:r>
    </w:p>
    <w:p>
      <w:r>
        <w:t>Man of the hour</w:t>
      </w:r>
    </w:p>
    <w:p>
      <w:r>
        <w:t>May I have this Dance for the Rest Of My Life</w:t>
      </w:r>
    </w:p>
    <w:p>
      <w:r>
        <w:t>May your day bubble over with love.</w:t>
      </w:r>
    </w:p>
    <w:p>
      <w:r>
        <w:t>My mate for forever</w:t>
      </w:r>
    </w:p>
    <w:p>
      <w:r>
        <w:t>My love for you is like a circle, it has no end.</w:t>
      </w:r>
    </w:p>
    <w:p>
      <w:r>
        <w:t>One who walks a road with love will never walk the road alone.-- C.T. Davis</w:t>
      </w:r>
    </w:p>
    <w:p>
      <w:r>
        <w:t>Our two heart make one.</w:t>
      </w:r>
    </w:p>
    <w:p>
      <w:r>
        <w:t>SWAK</w:t>
      </w:r>
    </w:p>
    <w:p>
      <w:r>
        <w:t>Take My Breath Away</w:t>
      </w:r>
    </w:p>
    <w:p>
      <w:r>
        <w:t>The Blending of Lives</w:t>
      </w:r>
    </w:p>
    <w:p>
      <w:r>
        <w:t>The Building of Dreams</w:t>
      </w:r>
    </w:p>
    <w:p>
      <w:r>
        <w:t>The Power of Love</w:t>
      </w:r>
    </w:p>
    <w:p>
      <w:r>
        <w:t>Through the eyes of love</w:t>
      </w:r>
    </w:p>
    <w:p>
      <w:r>
        <w:t>True Love</w:t>
      </w:r>
    </w:p>
    <w:p>
      <w:r>
        <w:t>Today I marry my best friend.</w:t>
      </w:r>
    </w:p>
    <w:p>
      <w:r>
        <w:t>TOGETHER is a wonderful place to be</w:t>
      </w:r>
    </w:p>
    <w:p>
      <w:r>
        <w:t>Tonight I Celebrate My Love</w:t>
      </w:r>
    </w:p>
    <w:p>
      <w:r>
        <w:t>Two Become One</w:t>
      </w:r>
    </w:p>
    <w:p>
      <w:r>
        <w:t>Two Families United Together</w:t>
      </w:r>
    </w:p>
    <w:p>
      <w:r>
        <w:t>Two Hearts Shall be As One</w:t>
      </w:r>
    </w:p>
    <w:p>
      <w:r>
        <w:t>Two hearts united in love, two lives united as one.</w:t>
      </w:r>
    </w:p>
    <w:p>
      <w:r>
        <w:t>We are two angels with only one wing and we can only fly by embracing each other.</w:t>
      </w:r>
    </w:p>
    <w:p>
      <w:r>
        <w:t>We Can Last Forever</w:t>
      </w:r>
    </w:p>
    <w:p>
      <w:r>
        <w:t>When a Man Loves a Woman</w:t>
      </w:r>
    </w:p>
    <w:p>
      <w:r>
        <w:t>When I count my blessings, I count you.</w:t>
      </w:r>
    </w:p>
    <w:p>
      <w:r>
        <w:t>When I first heard your name, I first heart my own heart</w:t>
      </w:r>
    </w:p>
    <w:p>
      <w:r>
        <w:t>Wild Thing, you make my heart sing</w:t>
      </w:r>
    </w:p>
    <w:p>
      <w:r>
        <w:t>Wind beneath my Wings</w:t>
      </w:r>
    </w:p>
    <w:p>
      <w:r>
        <w:t>You are the missing piece of the puzzle of my heart.</w:t>
      </w:r>
    </w:p>
    <w:p>
      <w:r>
        <w:t>You have to kiss a lot of toads before you find a handsome prince! (frog diecut)</w:t>
      </w:r>
    </w:p>
    <w:p>
      <w:r>
        <w:t>You've Captured My Heart</w:t>
      </w:r>
    </w:p>
    <w:p>
      <w:r>
        <w:t>You Light Up My Life</w:t>
      </w:r>
    </w:p>
    <w:p>
      <w:r>
        <w:t>You’re my cup of tea.</w:t>
      </w:r>
    </w:p>
    <w:p>
      <w:r>
        <w:t>You're the Inspiration</w:t>
      </w:r>
    </w:p>
    <w:p>
      <w:r>
        <w:t>You’re the sunshine that greets me every day</w:t>
      </w:r>
    </w:p>
    <w:p>
      <w:r>
        <w:t>Grow old with me the best is yet to be.</w:t>
      </w:r>
    </w:p>
    <w:p>
      <w:r>
        <w:t>...And they lived happily ever after.</w:t>
      </w:r>
    </w:p>
    <w:p>
      <w:r>
        <w:t>For me you have rendered all other men dull and all other lives uninteresting. - de Montherlant</w:t>
      </w:r>
    </w:p>
    <w:p>
      <w:r>
        <w:t>Kiss me and you will see stars, love me and I will give them to you. - Unknown</w:t>
      </w:r>
    </w:p>
    <w:p>
      <w:r>
        <w:t>To love another person is to see the face of God. - Les Miserables</w:t>
      </w:r>
    </w:p>
    <w:p>
      <w:r>
        <w:t>You're nothing short of my everything - Ralph Block</w:t>
      </w:r>
    </w:p>
    <w:p>
      <w:pPr>
        <w:pStyle w:val="Heading2"/>
      </w:pPr>
      <w:r>
        <w:t>In Memory of …</w:t>
      </w:r>
    </w:p>
    <w:p>
      <w:r>
        <w:t>To live in our hearts is to live forever</w:t>
      </w:r>
    </w:p>
    <w:p>
      <w:r>
        <w:t>Within our hearts, The ones we love Are never really gone.  In spirit and in memory Their legacy lives on.</w:t>
      </w:r>
    </w:p>
    <w:p>
      <w:r>
        <w:t>Special people never go away; they live in our hearts forever</w:t>
      </w:r>
    </w:p>
    <w:p>
      <w:r>
        <w:t>Hang this on your Christmas tree, To remember how I used to be. To remind you of me Now and then, And bring fond memories Back again.</w:t>
      </w:r>
    </w:p>
    <w:p>
      <w:pPr>
        <w:pStyle w:val="Heading2"/>
      </w:pPr>
      <w:r>
        <w:t>Religious</w:t>
      </w:r>
    </w:p>
    <w:p>
      <w:r>
        <w:t>Be thou humble.</w:t>
      </w:r>
    </w:p>
    <w:p>
      <w:r>
        <w:t>Earths crammed with heaven and every bush afire with god. - Elizabeth Barrett Browning</w:t>
      </w:r>
    </w:p>
    <w:p>
      <w:r>
        <w:t>For He will command His angels concerning you, to guard you in all your ways. - Psalms 9</w:t>
      </w:r>
    </w:p>
    <w:p>
      <w:r>
        <w:t>Seek not outside yourself. Heaven is within. - Mary Lou Cook</w:t>
      </w:r>
    </w:p>
    <w:p>
      <w:r>
        <w:t>The errand of angels is given to women.</w:t>
      </w:r>
    </w:p>
    <w:p>
      <w:r>
        <w:t>There is sunshine in my soul today.</w:t>
      </w:r>
    </w:p>
    <w:p>
      <w:r>
        <w:t>Open your mind to God's wisdom,</w:t>
      </w:r>
    </w:p>
    <w:p>
      <w:r>
        <w:t>Open your heart to God's love,</w:t>
      </w:r>
    </w:p>
    <w:p>
      <w:r>
        <w:t>Open your soul to God's peace,</w:t>
      </w:r>
    </w:p>
    <w:p>
      <w:r>
        <w:t>Life began in a garden!</w:t>
      </w:r>
    </w:p>
    <w:p>
      <w:r>
        <w:t>"The light in the eyes of him whose heart is joyful, rejoices the heart of others..." --Proverbs 15:30</w:t>
      </w:r>
    </w:p>
    <w:p>
      <w:r>
        <w:t>“See God in every person, place, and thing, and all will be well in your world.” --Louise Hay</w:t>
      </w:r>
    </w:p>
    <w:p>
      <w:r>
        <w:t>“Going to church doesn't make you a Christian any more than going to the garage makes you a car.” --Laurence J. Peter</w:t>
      </w:r>
    </w:p>
    <w:p>
      <w:r>
        <w:t>All things are possible through Christ who strengthens me.  Phil 4:13</w:t>
      </w:r>
    </w:p>
    <w:p>
      <w:r>
        <w:t>And all three will remain with you forever.</w:t>
      </w:r>
    </w:p>
    <w:p>
      <w:r>
        <w:t>Expect angels</w:t>
      </w:r>
    </w:p>
    <w:p>
      <w:r>
        <w:t>Miracles happen</w:t>
      </w:r>
    </w:p>
    <w:p>
      <w:r>
        <w:t>It takes a little rain to make a rainbow</w:t>
      </w:r>
    </w:p>
    <w:p>
      <w:r>
        <w:t>I believe in angels!</w:t>
      </w:r>
    </w:p>
    <w:p>
      <w:r>
        <w:t>With every little baby's birth, God sends His love and joy to earth</w:t>
      </w:r>
    </w:p>
    <w:p>
      <w:r>
        <w:t>Behold, I make all things new!</w:t>
      </w:r>
      <w:r>
        <w:br/>
      </w:r>
      <w:r>
        <w:t>Be not forgetful to show hospitality to strangers, for some thereby have entertained angels unawares</w:t>
      </w:r>
    </w:p>
    <w:p>
      <w:r>
        <w:t>Love cures people like a medicine, both the ones who receive it and the ones who give it</w:t>
      </w:r>
    </w:p>
    <w:p>
      <w:r>
        <w:t>Got Jesus?</w:t>
      </w:r>
    </w:p>
    <w:p>
      <w:r>
        <w:t>What Would Jesus Do?</w:t>
      </w:r>
    </w:p>
    <w:p>
      <w:r>
        <w:t>Heavenly Assurance</w:t>
      </w:r>
    </w:p>
    <w:p>
      <w:r>
        <w:t>God is in Control</w:t>
      </w:r>
    </w:p>
    <w:p>
      <w:r>
        <w:t>I’ve Got Friends in High Places</w:t>
      </w:r>
    </w:p>
    <w:p>
      <w:r>
        <w:t>Our God is an Awesome God</w:t>
      </w:r>
    </w:p>
    <w:p>
      <w:r>
        <w:t>God is Awesome!</w:t>
      </w:r>
    </w:p>
    <w:p>
      <w:pPr>
        <w:pStyle w:val="Heading2"/>
      </w:pPr>
      <w:r>
        <w:t>Wedding</w:t>
      </w:r>
    </w:p>
    <w:p>
      <w:r>
        <w:t>Thank you for joining us on our special day.</w:t>
      </w:r>
    </w:p>
    <w:p>
      <w:r>
        <w:t>Two become one to share their love, hopes, and dreams.</w:t>
      </w:r>
    </w:p>
    <w:p>
      <w:r>
        <w:t>This day I will marry my best friend</w:t>
      </w:r>
    </w:p>
    <w:p>
      <w:r>
        <w:t>Love lights the hearts of those who share it</w:t>
      </w:r>
    </w:p>
    <w:p>
      <w:r>
        <w:t>This day our hearts are joined as one</w:t>
      </w:r>
    </w:p>
    <w:p>
      <w:r>
        <w:t>For hearing my thoughts understanding my dreams and being my best friend For filling my life with music and loving me without end... I do</w:t>
      </w:r>
    </w:p>
    <w:p>
      <w:r>
        <w:t>This day I will marry my friend, the one who shares my dreams</w:t>
      </w:r>
    </w:p>
    <w:p>
      <w:r>
        <w:t>A new day A new lifeTogether....</w:t>
      </w:r>
    </w:p>
    <w:p>
      <w:r>
        <w:t>A time for love A time for us</w:t>
      </w:r>
    </w:p>
    <w:p>
      <w:r>
        <w:t>Love knows no limit to its endurance, no end to its trust, Love still stands when all else has fallen I Corinthians 13:7-8</w:t>
      </w:r>
    </w:p>
    <w:p>
      <w:r>
        <w:t>This day I will marry my friend, the one I laugh with, live for, dream with, love.</w:t>
      </w:r>
    </w:p>
    <w:p>
      <w:r>
        <w:t>The end of this millennium is only the start of a lifetime of sharing the love in our hearts!</w:t>
      </w:r>
    </w:p>
    <w:p>
      <w:r>
        <w:t>We invite you to be with us as we begin our new life together.</w:t>
      </w:r>
    </w:p>
    <w:p>
      <w:r>
        <w:t>Stand by me in the days to come Our love with last forever ...A Millenium</w:t>
      </w:r>
    </w:p>
    <w:p>
      <w:r>
        <w:t>A new day A new life A new Millennium Together....</w:t>
      </w:r>
    </w:p>
    <w:p>
      <w:r>
        <w:t>As we embrace the new Millenium We embrace each other to have and to hold from this day forward</w:t>
      </w:r>
    </w:p>
    <w:p>
      <w:r>
        <w:t>One love that is shared by two</w:t>
      </w:r>
    </w:p>
    <w:p>
      <w:r>
        <w:t>On this day I marry my friend, the one who shares my dreams, life, and love.</w:t>
      </w:r>
    </w:p>
    <w:p>
      <w:r>
        <w:t>On our wedding day a new life has its start. We'll share with each other one love, one dream, one heart</w:t>
      </w:r>
    </w:p>
    <w:p>
      <w:r>
        <w:t>Love One Another</w:t>
      </w:r>
    </w:p>
    <w:p>
      <w:r>
        <w:t>I Do</w:t>
      </w:r>
    </w:p>
    <w:p>
      <w:r>
        <w:t>With This Ring</w:t>
      </w:r>
    </w:p>
    <w:p>
      <w:r>
        <w:t>Always and Forever</w:t>
      </w:r>
    </w:p>
    <w:p>
      <w:r>
        <w:t>United In Love</w:t>
      </w:r>
    </w:p>
    <w:p>
      <w:r>
        <w:t>Together Forever</w:t>
      </w:r>
    </w:p>
    <w:p>
      <w:r>
        <w:t>Just Hitched</w:t>
      </w:r>
    </w:p>
    <w:p>
      <w:r>
        <w:t>Two Hearts, One Love</w:t>
      </w:r>
    </w:p>
    <w:p>
      <w:r>
        <w:t>Love is patient; love is kind; love never ends.</w:t>
      </w:r>
    </w:p>
    <w:p>
      <w:r>
        <w:t>If I know what love is, it is because of you.</w:t>
      </w:r>
    </w:p>
    <w:p>
      <w:r>
        <w:t>And the two shall become one</w:t>
      </w:r>
    </w:p>
    <w:p>
      <w:r>
        <w:t>Happiness is marrying your best friend.</w:t>
      </w:r>
    </w:p>
    <w:p>
      <w:r>
        <w:t>A kiss to build a dream on</w:t>
      </w:r>
    </w:p>
    <w:p>
      <w:r>
        <w:t>A Celebration of Love</w:t>
      </w:r>
    </w:p>
    <w:p>
      <w:r>
        <w:t>We've only just begun</w:t>
      </w:r>
    </w:p>
    <w:p>
      <w:r>
        <w:t>Now and forever</w:t>
      </w:r>
    </w:p>
    <w:p>
      <w:r>
        <w:t>A celebration of love</w:t>
      </w:r>
    </w:p>
    <w:p>
      <w:r>
        <w:t>Now THAT'S a kiss!</w:t>
      </w:r>
    </w:p>
    <w:p>
      <w:r>
        <w:t>Two hearts united in love</w:t>
      </w:r>
    </w:p>
    <w:p>
      <w:r>
        <w:t>A house is made of walls and beams, a home is made with love and dreams.</w:t>
      </w:r>
    </w:p>
    <w:p>
      <w:r>
        <w:t>Romance may be fiction, Passion just a trend.  But love is everlasting When you're married to a friend.</w:t>
      </w:r>
    </w:p>
    <w:p>
      <w:r>
        <w:t>The road is bright before us, As hand in had we start, We'll travel on together, One mind, one soul, one heart.</w:t>
      </w:r>
    </w:p>
    <w:p>
      <w:r>
        <w:t>From this day forward</w:t>
      </w:r>
    </w:p>
    <w:p>
      <w:r>
        <w:t>One love that is shared by two.  ~Barbara Streisand</w:t>
      </w:r>
    </w:p>
    <w:p>
      <w:r>
        <w:t>Across the years I will walk with you, In deep green forests; on shores of sand; And when our time on earth is through, In heaven, too, you will have my hand.</w:t>
      </w:r>
    </w:p>
    <w:p>
      <w:r>
        <w:t>Let me walk beside you In sunlight or the rain, Let me share your joys and triumphs, And your times of pain. Let me be your lover, partner, Best friend, confidant, For you are all I'll ever need And all I'll ever want.</w:t>
      </w:r>
    </w:p>
    <w:p>
      <w:r>
        <w:t>When I fall in love, It will be forever.  When I give my heart, It will be completely. -Edward Hymen</w:t>
      </w:r>
    </w:p>
    <w:p>
      <w:r>
        <w:t>If ever two were one, then surely we.  If ever man were loved by wife, then thee. -Anne Bradstreet</w:t>
      </w:r>
    </w:p>
    <w:p>
      <w:r>
        <w:t>How sweet it is to be loved by you.  ~Eddie Holland</w:t>
      </w:r>
    </w:p>
    <w:p>
      <w:r>
        <w:t>Where your treasure is, there will your heart be also. ~New Testament</w:t>
      </w:r>
    </w:p>
    <w:p>
      <w:r>
        <w:t>Love is patient, love is kind.  It does not boast.  It is not proud, it is not rude; it is not self-seeking, it is not easily angered, it keeps no record of wrongs.   Love does not delight in evil but rejoices with the truth.  It always protects, always trusts, always hopes, always preserves.  ~I Corinthians 13:4-8,13</w:t>
      </w:r>
    </w:p>
    <w:p>
      <w:r>
        <w:t>Love is friendship set to music</w:t>
      </w:r>
    </w:p>
    <w:p>
      <w:r>
        <w:t>A Match made in heaven</w:t>
      </w:r>
    </w:p>
    <w:p>
      <w:r>
        <w:t>And the story begins...</w:t>
      </w:r>
    </w:p>
    <w:p>
      <w:r>
        <w:t>There's a smile in my heart that I've waited my whole life for. (also use for a new baby)</w:t>
      </w:r>
    </w:p>
    <w:p>
      <w:r>
        <w:t>We are two angels with only one wing and we can only fly by embracing each other...</w:t>
      </w:r>
    </w:p>
    <w:p>
      <w:r>
        <w:t>Father of the Bride, so full of pride</w:t>
      </w:r>
    </w:p>
    <w:p>
      <w:r>
        <w:t>We're so glad to have our own pad! (newlyweds 1st Home)</w:t>
      </w:r>
    </w:p>
    <w:p>
      <w:r>
        <w:t>Must-Have Photo Checklist</w:t>
      </w:r>
      <w:r>
        <w:br/>
      </w:r>
      <w:r>
        <w:t>(Some of these are specific to certain religions or ethnic groups)</w:t>
      </w:r>
      <w:r>
        <w:br/>
      </w:r>
      <w:r>
        <w:t>Getting Ready</w:t>
      </w:r>
      <w:r>
        <w:br/>
      </w:r>
      <w:r>
        <w:t>Showers and teas</w:t>
      </w:r>
      <w:r>
        <w:br/>
      </w:r>
      <w:r>
        <w:t>Shopping for gown</w:t>
      </w:r>
      <w:r>
        <w:br/>
      </w:r>
      <w:r>
        <w:t>Closeup of invitation</w:t>
      </w:r>
      <w:r>
        <w:br/>
      </w:r>
      <w:r>
        <w:t>Rehearsal</w:t>
      </w:r>
      <w:r>
        <w:br/>
      </w:r>
      <w:r>
        <w:t>Rehearsal dinner</w:t>
      </w:r>
      <w:r>
        <w:br/>
      </w:r>
      <w:r>
        <w:t>Bridal party getting hair and makeup done</w:t>
      </w:r>
      <w:r>
        <w:br/>
      </w:r>
      <w:r>
        <w:t>Bride's mother ready to go</w:t>
      </w:r>
      <w:r>
        <w:br/>
      </w:r>
      <w:r>
        <w:t>Bridal gown hanging on bedpost or chair</w:t>
      </w:r>
      <w:r>
        <w:br/>
      </w:r>
      <w:r>
        <w:t>Bride getting dressed</w:t>
      </w:r>
      <w:r>
        <w:br/>
      </w:r>
      <w:r>
        <w:t>Photos of things "old, new, borrowed and blue"</w:t>
      </w:r>
      <w:r>
        <w:br/>
      </w:r>
      <w:r>
        <w:t>Close up of penny in shoe</w:t>
      </w:r>
      <w:r>
        <w:br/>
      </w:r>
      <w:r>
        <w:t>Mother helping bride get dressed (buttoning buttons, etc.)</w:t>
      </w:r>
      <w:r>
        <w:br/>
      </w:r>
      <w:r>
        <w:t>Putting on garter</w:t>
      </w:r>
      <w:r>
        <w:br/>
      </w:r>
      <w:r>
        <w:t>Mother adjusting veil</w:t>
      </w:r>
      <w:r>
        <w:br/>
      </w:r>
      <w:r>
        <w:t>Bride looking in a mirror (closeup and full-length)</w:t>
      </w:r>
      <w:r>
        <w:br/>
      </w:r>
      <w:r>
        <w:t>Details of bride's clothing</w:t>
      </w:r>
      <w:r>
        <w:br/>
      </w:r>
      <w:r>
        <w:t>Bride ready to go</w:t>
      </w:r>
      <w:r>
        <w:br/>
      </w:r>
      <w:r>
        <w:t>All bouquets spread out on brides train</w:t>
      </w:r>
      <w:r>
        <w:br/>
      </w:r>
      <w:r>
        <w:t>Bride pinning boutonniere on father's lapel</w:t>
      </w:r>
      <w:r>
        <w:br/>
      </w:r>
      <w:r>
        <w:t>Bride pinning corsage on mother</w:t>
      </w:r>
      <w:r>
        <w:br/>
      </w:r>
      <w:r>
        <w:t>Bride giving bouquets to bridesmaids</w:t>
      </w:r>
      <w:r>
        <w:br/>
      </w:r>
      <w:r>
        <w:t>Father kissing bride on forehead or cheek</w:t>
      </w:r>
      <w:r>
        <w:br/>
      </w:r>
      <w:r>
        <w:t>Bride leaving her house</w:t>
      </w:r>
      <w:r>
        <w:br/>
      </w:r>
      <w:r>
        <w:t>Groom getting ready (tying bowtie, putting on boutonniere)</w:t>
      </w:r>
      <w:r>
        <w:br/>
      </w:r>
      <w:r>
        <w:t>Groomsmen getting ready</w:t>
      </w:r>
      <w:r>
        <w:br/>
      </w:r>
      <w:r>
        <w:t>Groom and his father</w:t>
      </w:r>
      <w:r>
        <w:br/>
      </w:r>
      <w:r>
        <w:t>Groom ready to go</w:t>
      </w:r>
      <w:r>
        <w:br/>
      </w:r>
      <w:r>
        <w:t>Groomsmen pulling "reluctant" groom into church</w:t>
      </w:r>
      <w:r>
        <w:br/>
      </w:r>
      <w:r>
        <w:t>Wedding rings with the invitation</w:t>
      </w:r>
      <w:r>
        <w:br/>
      </w:r>
      <w:r>
        <w:t>Wedding rings on ringbearer pillow</w:t>
      </w:r>
      <w:r>
        <w:br/>
      </w:r>
      <w:r>
        <w:t>The Ceremony</w:t>
      </w:r>
      <w:r>
        <w:br/>
      </w:r>
      <w:r>
        <w:t>Guests arriving</w:t>
      </w:r>
      <w:r>
        <w:br/>
      </w:r>
      <w:r>
        <w:t>Exterior view of ceremony site</w:t>
      </w:r>
      <w:r>
        <w:br/>
      </w:r>
      <w:r>
        <w:t>Bride getting out of limo</w:t>
      </w:r>
      <w:r>
        <w:br/>
      </w:r>
      <w:r>
        <w:t>Groom waiting for the bride</w:t>
      </w:r>
      <w:r>
        <w:br/>
      </w:r>
      <w:r>
        <w:t>Ushers escorting mothers to their seats</w:t>
      </w:r>
      <w:r>
        <w:br/>
      </w:r>
      <w:r>
        <w:t>Candle lighters</w:t>
      </w:r>
      <w:r>
        <w:br/>
      </w:r>
      <w:r>
        <w:t>The processional (each individual as they enter)</w:t>
      </w:r>
      <w:r>
        <w:br/>
      </w:r>
      <w:r>
        <w:t>Bride walking down the aisle with father/parents</w:t>
      </w:r>
      <w:r>
        <w:br/>
      </w:r>
      <w:r>
        <w:t>Father giving bride away</w:t>
      </w:r>
      <w:r>
        <w:br/>
      </w:r>
      <w:r>
        <w:t>Grandparents walking down the aisle</w:t>
      </w:r>
      <w:r>
        <w:br/>
      </w:r>
      <w:r>
        <w:t>Bride and groom at the alter</w:t>
      </w:r>
      <w:r>
        <w:br/>
      </w:r>
      <w:r>
        <w:t>Bride and groom holding hands (closeup of hands)</w:t>
      </w:r>
      <w:r>
        <w:br/>
      </w:r>
      <w:r>
        <w:t>Wedding party at the alter or canopy from the back</w:t>
      </w:r>
      <w:r>
        <w:br/>
      </w:r>
      <w:r>
        <w:t>Wide shots of audience</w:t>
      </w:r>
      <w:r>
        <w:br/>
      </w:r>
      <w:r>
        <w:t>Bride and groom lighting unity candle</w:t>
      </w:r>
      <w:r>
        <w:br/>
      </w:r>
      <w:r>
        <w:t>Bride and groom exchanging vows</w:t>
      </w:r>
      <w:r>
        <w:br/>
      </w:r>
      <w:r>
        <w:t>Bride and groom exchanging rings</w:t>
      </w:r>
      <w:r>
        <w:br/>
      </w:r>
      <w:r>
        <w:t>The first kiss</w:t>
      </w:r>
      <w:r>
        <w:br/>
      </w:r>
      <w:r>
        <w:t>Bride and groom being announced to guests</w:t>
      </w:r>
      <w:r>
        <w:br/>
      </w:r>
      <w:r>
        <w:t>The recessional</w:t>
      </w:r>
      <w:r>
        <w:br/>
      </w:r>
      <w:r>
        <w:t>Clergy congratulating couple</w:t>
      </w:r>
      <w:r>
        <w:br/>
      </w:r>
      <w:r>
        <w:t>Bride and groom leaving ceremony site</w:t>
      </w:r>
      <w:r>
        <w:br/>
      </w:r>
      <w:r>
        <w:t>Throwing rice or birdseed, blowing bubbles, launching balloons, etc.</w:t>
      </w:r>
      <w:r>
        <w:br/>
      </w:r>
      <w:r>
        <w:t>Formal Portraits (before or after ceremony)</w:t>
      </w:r>
      <w:r>
        <w:br/>
      </w:r>
      <w:r>
        <w:t>Bride looking at her bouquet</w:t>
      </w:r>
      <w:r>
        <w:br/>
      </w:r>
      <w:r>
        <w:t>Bride with mother</w:t>
      </w:r>
      <w:r>
        <w:br/>
      </w:r>
      <w:r>
        <w:t>Bride with father</w:t>
      </w:r>
      <w:r>
        <w:br/>
      </w:r>
      <w:r>
        <w:t>Bride with both parents</w:t>
      </w:r>
      <w:r>
        <w:br/>
      </w:r>
      <w:r>
        <w:t>Bride and Groom with her parents</w:t>
      </w:r>
      <w:r>
        <w:br/>
      </w:r>
      <w:r>
        <w:t>Bride individually with each bridesmaid, flower girl, ring bearer</w:t>
      </w:r>
      <w:r>
        <w:br/>
      </w:r>
      <w:r>
        <w:t>Bride with all bridesmaids, flower girls, ring bearers</w:t>
      </w:r>
      <w:r>
        <w:br/>
      </w:r>
      <w:r>
        <w:t>Flower girl admiring brides gown</w:t>
      </w:r>
      <w:r>
        <w:br/>
      </w:r>
      <w:r>
        <w:t>Flower girl and ring bearer</w:t>
      </w:r>
      <w:r>
        <w:br/>
      </w:r>
      <w:r>
        <w:t>Bride with siblings</w:t>
      </w:r>
      <w:r>
        <w:br/>
      </w:r>
      <w:r>
        <w:t>Bride with her entire family</w:t>
      </w:r>
      <w:r>
        <w:br/>
      </w:r>
      <w:r>
        <w:t>Groom with mother</w:t>
      </w:r>
      <w:r>
        <w:br/>
      </w:r>
      <w:r>
        <w:t>Groom with father</w:t>
      </w:r>
      <w:r>
        <w:br/>
      </w:r>
      <w:r>
        <w:t>Groom with both parents</w:t>
      </w:r>
      <w:r>
        <w:br/>
      </w:r>
      <w:r>
        <w:t>Groom with siblings</w:t>
      </w:r>
      <w:r>
        <w:br/>
      </w:r>
      <w:r>
        <w:t>Bride and Groom with his parents</w:t>
      </w:r>
      <w:r>
        <w:br/>
      </w:r>
      <w:r>
        <w:t>Groom individually with each groomsman</w:t>
      </w:r>
      <w:r>
        <w:br/>
      </w:r>
      <w:r>
        <w:t>Groom leaning down shaking hands with ring bearer</w:t>
      </w:r>
      <w:r>
        <w:br/>
      </w:r>
      <w:r>
        <w:t>Groom with best man</w:t>
      </w:r>
      <w:r>
        <w:br/>
      </w:r>
      <w:r>
        <w:t>Groom with all of his groomsmen, flower girls and ring bearers</w:t>
      </w:r>
      <w:r>
        <w:br/>
      </w:r>
      <w:r>
        <w:t>Groom with his entire family</w:t>
      </w:r>
      <w:r>
        <w:br/>
      </w:r>
      <w:r>
        <w:t>Groom with the bride's father</w:t>
      </w:r>
      <w:r>
        <w:br/>
      </w:r>
      <w:r>
        <w:t>Individual portraits of everyone in the wedding party</w:t>
      </w:r>
      <w:r>
        <w:br/>
      </w:r>
      <w:r>
        <w:t>Ushers</w:t>
      </w:r>
      <w:r>
        <w:br/>
      </w:r>
      <w:r>
        <w:t>Soloist and Organist during the wedding</w:t>
      </w:r>
      <w:r>
        <w:br/>
      </w:r>
      <w:r>
        <w:t>Bride and groom</w:t>
      </w:r>
      <w:r>
        <w:br/>
      </w:r>
      <w:r>
        <w:t>Bride and groom with each family and then everyone together</w:t>
      </w:r>
      <w:r>
        <w:br/>
      </w:r>
      <w:r>
        <w:t>Bride and groom and the entire wedding party</w:t>
      </w:r>
      <w:r>
        <w:br/>
      </w:r>
      <w:r>
        <w:t>Bride and groom silhouetted against a stained glass window</w:t>
      </w:r>
      <w:r>
        <w:br/>
      </w:r>
      <w:r>
        <w:t>Bride looking at grooms ring</w:t>
      </w:r>
      <w:r>
        <w:br/>
      </w:r>
      <w:r>
        <w:t>Groom looking at brides ring</w:t>
      </w:r>
      <w:r>
        <w:br/>
      </w:r>
      <w:r>
        <w:t>Close up of bride and groom's hands clasped together with rings showing</w:t>
      </w:r>
      <w:r>
        <w:br/>
      </w:r>
      <w:r>
        <w:t>Bride and groom signing the marriage certificate</w:t>
      </w:r>
      <w:r>
        <w:br/>
      </w:r>
      <w:r>
        <w:t>The Reception</w:t>
      </w:r>
      <w:r>
        <w:br/>
      </w:r>
      <w:r>
        <w:t>Reception site (inside and out) before guests arrive</w:t>
      </w:r>
      <w:r>
        <w:br/>
      </w:r>
      <w:r>
        <w:t>Decoration details (place cards, table settings, centerpieces, guest book)</w:t>
      </w:r>
      <w:r>
        <w:br/>
      </w:r>
      <w:r>
        <w:t>Buffet table</w:t>
      </w:r>
      <w:r>
        <w:br/>
      </w:r>
      <w:r>
        <w:t>Entrance of newlyweds</w:t>
      </w:r>
      <w:r>
        <w:br/>
      </w:r>
      <w:r>
        <w:t>Receiving line</w:t>
      </w:r>
      <w:r>
        <w:br/>
      </w:r>
      <w:r>
        <w:t>Guests signing guest book</w:t>
      </w:r>
      <w:r>
        <w:br/>
      </w:r>
      <w:r>
        <w:t>Various toasts</w:t>
      </w:r>
      <w:r>
        <w:br/>
      </w:r>
      <w:r>
        <w:t>Bride and groom at head table</w:t>
      </w:r>
      <w:r>
        <w:br/>
      </w:r>
      <w:r>
        <w:t>Parents' table</w:t>
      </w:r>
      <w:r>
        <w:br/>
      </w:r>
      <w:r>
        <w:t>Guests' tables</w:t>
      </w:r>
      <w:r>
        <w:br/>
      </w:r>
      <w:r>
        <w:t>Bride and groom's first dance</w:t>
      </w:r>
      <w:r>
        <w:br/>
      </w:r>
      <w:r>
        <w:t>Parents dancing</w:t>
      </w:r>
      <w:r>
        <w:br/>
      </w:r>
      <w:r>
        <w:t>Bride dancing with father</w:t>
      </w:r>
      <w:r>
        <w:br/>
      </w:r>
      <w:r>
        <w:t>Groom dancing with mother</w:t>
      </w:r>
      <w:r>
        <w:br/>
      </w:r>
      <w:r>
        <w:t>Dollar dance</w:t>
      </w:r>
      <w:r>
        <w:br/>
      </w:r>
      <w:r>
        <w:t>Special family portraits to give as gifts</w:t>
      </w:r>
      <w:r>
        <w:br/>
      </w:r>
      <w:r>
        <w:t>Groups from specific parts of bride or groom's life (neighbors, high school, college, relatives)</w:t>
      </w:r>
      <w:r>
        <w:br/>
      </w:r>
      <w:r>
        <w:t>Bride and groom with grandparents</w:t>
      </w:r>
      <w:r>
        <w:br/>
      </w:r>
      <w:r>
        <w:t>Band or DJ</w:t>
      </w:r>
      <w:r>
        <w:br/>
      </w:r>
      <w:r>
        <w:t>Cake table</w:t>
      </w:r>
      <w:r>
        <w:br/>
      </w:r>
      <w:r>
        <w:t>Bride's cake</w:t>
      </w:r>
      <w:r>
        <w:br/>
      </w:r>
      <w:r>
        <w:t>Groom's cake</w:t>
      </w:r>
      <w:r>
        <w:br/>
      </w:r>
      <w:r>
        <w:t>Gift table</w:t>
      </w:r>
      <w:r>
        <w:br/>
      </w:r>
      <w:r>
        <w:t>Gift opening</w:t>
      </w:r>
      <w:r>
        <w:br/>
      </w:r>
      <w:r>
        <w:t>Bride and groom sipping champagne with arms entwined</w:t>
      </w:r>
      <w:r>
        <w:br/>
      </w:r>
      <w:r>
        <w:t>Bride and groom cutting the cake</w:t>
      </w:r>
      <w:r>
        <w:br/>
      </w:r>
      <w:r>
        <w:t>Bride and groom feeding each other cake</w:t>
      </w:r>
      <w:r>
        <w:br/>
      </w:r>
      <w:r>
        <w:t>Dessert table</w:t>
      </w:r>
      <w:r>
        <w:br/>
      </w:r>
      <w:r>
        <w:t>Bride tossing bouquet</w:t>
      </w:r>
      <w:r>
        <w:br/>
      </w:r>
      <w:r>
        <w:t>Girl catching bouquet</w:t>
      </w:r>
      <w:r>
        <w:br/>
      </w:r>
      <w:r>
        <w:t>Groom removing garter and tossing it</w:t>
      </w:r>
      <w:r>
        <w:br/>
      </w:r>
      <w:r>
        <w:t>Guy catching garter</w:t>
      </w:r>
      <w:r>
        <w:br/>
      </w:r>
      <w:r>
        <w:t>Guy and girl with bouquet and garter</w:t>
      </w:r>
      <w:r>
        <w:br/>
      </w:r>
      <w:r>
        <w:t>Parents telling couple goodbye</w:t>
      </w:r>
      <w:r>
        <w:br/>
      </w:r>
      <w:r>
        <w:t>"Friends" decorating getaway car</w:t>
      </w:r>
      <w:r>
        <w:br/>
      </w:r>
      <w:r>
        <w:t>Bride and groom waving from getaway car</w:t>
      </w:r>
      <w:r>
        <w:br/>
      </w:r>
      <w:r>
        <w:t>Reception site after guests leave</w:t>
      </w:r>
      <w:r>
        <w:br/>
      </w:r>
      <w:r>
        <w:t>Bride's father with pockets turned inside out</w:t>
      </w:r>
    </w:p>
    <w:p>
      <w:pPr>
        <w:pStyle w:val="Heading1"/>
      </w:pPr>
      <w:r>
        <w:t>Wisdom, advice and proverbs</w:t>
      </w:r>
    </w:p>
    <w:p>
      <w:pPr>
        <w:pStyle w:val="Heading2"/>
      </w:pPr>
      <w:r>
        <w:t>Advice</w:t>
      </w:r>
    </w:p>
    <w:p>
      <w:r>
        <w:t>A closed mouth gathers no feet.</w:t>
      </w:r>
    </w:p>
    <w:p>
      <w:r>
        <w:t>If you find yourself in a hole, the first thing to do is to stop digging.</w:t>
      </w:r>
    </w:p>
    <w:p>
      <w:r>
        <w:t>Lose your troubles in bubble.</w:t>
      </w:r>
    </w:p>
    <w:p>
      <w:r>
        <w:t>There are two theories to arguin' with a woman.  Neither one works.</w:t>
      </w:r>
    </w:p>
    <w:p>
      <w:r>
        <w:t>You're like a worm in hot ashes.</w:t>
      </w:r>
      <w:r>
        <w:br/>
      </w:r>
      <w:r>
        <w:t>And the most important.....ONE DAY AT A TIME...</w:t>
      </w:r>
      <w:r>
        <w:br/>
      </w:r>
      <w:r>
        <w:t>But for the grace of God.</w:t>
      </w:r>
      <w:r>
        <w:br/>
      </w:r>
      <w:r>
        <w:t>Easy does it.</w:t>
      </w:r>
      <w:r>
        <w:br/>
      </w:r>
      <w:r>
        <w:t>Expect a miracle.</w:t>
      </w:r>
      <w:r>
        <w:br/>
      </w:r>
      <w:r>
        <w:t>First things first.</w:t>
      </w:r>
      <w:r>
        <w:br/>
      </w:r>
      <w:r>
        <w:t>God never gives us more than we can handle.</w:t>
      </w:r>
      <w:r>
        <w:br/>
      </w:r>
      <w:r>
        <w:t>Let go and let God keep coming back.</w:t>
      </w:r>
      <w:r>
        <w:br/>
      </w:r>
      <w:r>
        <w:t>Live and let live.</w:t>
      </w:r>
      <w:r>
        <w:br/>
      </w:r>
      <w:r>
        <w:t>Recovery is a process...not an event.</w:t>
      </w:r>
      <w:r>
        <w:br/>
      </w:r>
      <w:r>
        <w:t>Think....think....think.</w:t>
      </w:r>
      <w:r>
        <w:br/>
      </w:r>
      <w:r>
        <w:t>This too shall pass</w:t>
      </w:r>
      <w:r>
        <w:br/>
      </w:r>
      <w:r>
        <w:t>Willingness is the key.</w:t>
      </w:r>
      <w:r>
        <w:br/>
      </w:r>
      <w:r>
        <w:t>A good thing to remember, and a better thing to do...</w:t>
      </w:r>
      <w:r>
        <w:br/>
      </w:r>
      <w:r>
        <w:t>is work with the construction gang and not the wrecking crew.</w:t>
      </w:r>
      <w:r>
        <w:br/>
      </w:r>
      <w:r>
        <w:t>Accept what you can change, tolerate what you can't.</w:t>
      </w:r>
      <w:r>
        <w:br/>
      </w:r>
      <w:r>
        <w:t>Actions speak louder than words.</w:t>
      </w:r>
      <w:r>
        <w:br/>
      </w:r>
      <w:r>
        <w:t>Advice is like castor oil, easy to give but dreadful to take.</w:t>
      </w:r>
      <w:r>
        <w:br/>
      </w:r>
      <w:r>
        <w:t>Always judge a person by the way they treat someone who can be of no possible use to them.</w:t>
      </w:r>
      <w:r>
        <w:br/>
      </w:r>
      <w:r>
        <w:t>A handful of patience  is worth more than a bushel of brains.</w:t>
      </w:r>
      <w:r>
        <w:br/>
      </w:r>
      <w:r>
        <w:t>A wise person cares not for what he cannot have but for what he can.</w:t>
      </w:r>
      <w:r>
        <w:br/>
      </w:r>
      <w:r>
        <w:t>Advice is least heeded when most needed.</w:t>
      </w:r>
      <w:r>
        <w:br/>
      </w:r>
      <w:r>
        <w:t>Advice is what we ask for when we already know the answer but wish we didn't...</w:t>
      </w:r>
      <w:r>
        <w:br/>
      </w:r>
      <w:r>
        <w:t>Always be a little kinder than necessary.</w:t>
      </w:r>
      <w:r>
        <w:br/>
      </w:r>
      <w:r>
        <w:t>Always carry something interesting to do.</w:t>
      </w:r>
      <w:r>
        <w:br/>
      </w:r>
      <w:r>
        <w:t>Always do right.</w:t>
      </w:r>
      <w:r>
        <w:br/>
      </w:r>
      <w:r>
        <w:t>This will gratify some people and astonish the rest. (Mark Twain)</w:t>
      </w:r>
      <w:r>
        <w:br/>
      </w:r>
      <w:r>
        <w:t>Always forgive your enemies...they hate that !!</w:t>
      </w:r>
      <w:r>
        <w:br/>
      </w:r>
      <w:r>
        <w:t>An ounce of loyalty is worth a pound of cleverness.</w:t>
      </w:r>
      <w:r>
        <w:br/>
      </w:r>
      <w:r>
        <w:t>Anger is like a piece of shredded wheat stuck in your dentures.</w:t>
      </w:r>
      <w:r>
        <w:br/>
      </w:r>
      <w:r>
        <w:t>If you leave it there...then you'll get a sore and have to eat Jell-O for a week.</w:t>
      </w:r>
      <w:r>
        <w:br/>
      </w:r>
      <w:r>
        <w:t>But if you remove it....the sore...just like the anger will slowly but surely go away.</w:t>
      </w:r>
      <w:r>
        <w:br/>
      </w:r>
      <w:r>
        <w:t>As you go through life...two rules never bend.</w:t>
      </w:r>
      <w:r>
        <w:br/>
      </w:r>
      <w:r>
        <w:t>Never whittle toward yourself  or pee against the wind.</w:t>
      </w:r>
      <w:r>
        <w:br/>
      </w:r>
      <w:r>
        <w:t>Attitude is everything !  Pick a good one !</w:t>
      </w:r>
      <w:r>
        <w:br/>
      </w:r>
      <w:r>
        <w:t>Be happy !!  It's a way of being wise !!</w:t>
      </w:r>
      <w:r>
        <w:br/>
      </w:r>
      <w:r>
        <w:t>Be careful of the words you say... Keep them short and sweet... because you'll never know from day to day which ones you'll have to eat !</w:t>
      </w:r>
      <w:r>
        <w:br/>
      </w:r>
      <w:r>
        <w:t>Be...instead of do ! Be just...and fear not ! Be of use...but don't be used. Be pretty if you can, witty if you must, but be yourself...if it kills you !!</w:t>
      </w:r>
      <w:r>
        <w:br/>
      </w:r>
      <w:r>
        <w:t>Be sure you are right, then go ahead.</w:t>
      </w:r>
      <w:r>
        <w:br/>
      </w:r>
      <w:r>
        <w:t>Be yourself.  Who else is better qualified ?</w:t>
      </w:r>
      <w:r>
        <w:br/>
      </w:r>
      <w:r>
        <w:t>Before you give someone a piece of your mind, make sure you can get by with what is left.</w:t>
      </w:r>
      <w:r>
        <w:br/>
      </w:r>
      <w:r>
        <w:t>Being cool...is not trying to be cool.</w:t>
      </w:r>
      <w:r>
        <w:br/>
      </w:r>
      <w:r>
        <w:t>Believe in yourself !</w:t>
      </w:r>
      <w:r>
        <w:br/>
      </w:r>
      <w:r>
        <w:t>Better to break your promise than doing worse in keeping it.</w:t>
      </w:r>
      <w:r>
        <w:br/>
      </w:r>
      <w:r>
        <w:t>Breathe deeply and often...</w:t>
      </w:r>
      <w:r>
        <w:br/>
      </w:r>
      <w:r>
        <w:t>Care for your soul...</w:t>
      </w:r>
      <w:r>
        <w:br/>
      </w:r>
      <w:r>
        <w:t>Carve out an hour for solitude.</w:t>
      </w:r>
      <w:r>
        <w:br/>
      </w:r>
      <w:r>
        <w:t>Character is what you stand for.  Reputation is what you fall for.</w:t>
      </w:r>
      <w:r>
        <w:br/>
      </w:r>
      <w:r>
        <w:t>Choose thy life...Love thy choice.</w:t>
      </w:r>
      <w:r>
        <w:br/>
      </w:r>
      <w:r>
        <w:t>Cling to your imperfections....for that's what makes you unique.</w:t>
      </w:r>
      <w:r>
        <w:br/>
      </w:r>
      <w:r>
        <w:t>Confucius say:  make sure words touch, wisdom tooth, n way out of mouth.</w:t>
      </w:r>
      <w:r>
        <w:br/>
      </w:r>
      <w:r>
        <w:t>Deal with the faults of others...as gently as with your own.</w:t>
      </w:r>
      <w:r>
        <w:br/>
      </w:r>
      <w:r>
        <w:t>Develop yourself...before you develop others.</w:t>
      </w:r>
      <w:r>
        <w:br/>
      </w:r>
      <w:r>
        <w:t>Do more than exist; live. Do more than touch; feel. Do more than look; observe. Do more than read; absorb. Do more than hear; listen. Do more than listen;  understand. Do more than think; ponder. Do more than talk; say something.</w:t>
      </w:r>
      <w:r>
        <w:br/>
      </w:r>
      <w:r>
        <w:t>Do not allow yourself to be disheartened by any failure as long as you have done your best.</w:t>
      </w:r>
      <w:r>
        <w:br/>
      </w:r>
      <w:r>
        <w:t>Do not look where you fell, but where you slipped.</w:t>
      </w:r>
      <w:r>
        <w:br/>
      </w:r>
      <w:r>
        <w:t>Do not practice moderation to excess.</w:t>
      </w:r>
      <w:r>
        <w:br/>
      </w:r>
      <w:r>
        <w:t>Do not say a little in many words...but a great deal in a few.</w:t>
      </w:r>
      <w:r>
        <w:br/>
      </w:r>
      <w:r>
        <w:t>Don't burn your candle from both ends.</w:t>
      </w:r>
      <w:r>
        <w:br/>
      </w:r>
      <w:r>
        <w:t>Don't live in the past....what's done is done.</w:t>
      </w:r>
      <w:r>
        <w:br/>
      </w:r>
      <w:r>
        <w:t>Do things for others.</w:t>
      </w:r>
      <w:r>
        <w:br/>
      </w:r>
      <w:r>
        <w:t>Do your best and leave the rest.</w:t>
      </w:r>
      <w:r>
        <w:br/>
      </w:r>
      <w:r>
        <w:t>Don't answer the telephone during dinner.</w:t>
      </w:r>
      <w:r>
        <w:br/>
      </w:r>
      <w:r>
        <w:t>Don't ask the question if you can't live with the answer !</w:t>
      </w:r>
      <w:r>
        <w:br/>
      </w:r>
      <w:r>
        <w:t>Don't be a fool....stay in school !!</w:t>
      </w:r>
      <w:r>
        <w:br/>
      </w:r>
      <w:r>
        <w:t>Don't be afraid of pressure.  Remember, that pressure is what turned a lump of coal into a diamond.</w:t>
      </w:r>
      <w:r>
        <w:br/>
      </w:r>
      <w:r>
        <w:t>Don't be afraid of your passion.  Don't be afraid to be good. Don't be afraid to strive to be first...first to nod, first to smile, first to speak and first to forgive.</w:t>
      </w:r>
      <w:r>
        <w:br/>
      </w:r>
      <w:r>
        <w:t>Don't bite the hand that feeds you.</w:t>
      </w:r>
      <w:r>
        <w:br/>
      </w:r>
      <w:r>
        <w:t>Don't burn the bridges behind you.</w:t>
      </w:r>
      <w:r>
        <w:br/>
      </w:r>
      <w:r>
        <w:t>Don't count the days, make the days count.</w:t>
      </w:r>
      <w:r>
        <w:br/>
      </w:r>
      <w:r>
        <w:t>Don't count your chickens before they hatch.</w:t>
      </w:r>
      <w:r>
        <w:br/>
      </w:r>
      <w:r>
        <w:t>Don't cry over split milk.</w:t>
      </w:r>
      <w:r>
        <w:br/>
      </w:r>
      <w:r>
        <w:t>Don't cut off your nose to spite your face.</w:t>
      </w:r>
      <w:r>
        <w:br/>
      </w:r>
      <w:r>
        <w:t>Don't die until you're dead.</w:t>
      </w:r>
      <w:r>
        <w:br/>
      </w:r>
      <w:r>
        <w:t>Don't give up the ship.</w:t>
      </w:r>
      <w:r>
        <w:br/>
      </w:r>
      <w:r>
        <w:t>Don't go around saying the world owes you a living; the world owes you nothing; it was here first.  (Mark Twain)</w:t>
      </w:r>
      <w:r>
        <w:br/>
      </w:r>
      <w:r>
        <w:t>Don't go near the water until you learn to swim. (English Proverb)</w:t>
      </w:r>
      <w:r>
        <w:br/>
      </w:r>
      <w:r>
        <w:t>Don't hide your light under a bushel.</w:t>
      </w:r>
      <w:r>
        <w:br/>
      </w:r>
      <w:r>
        <w:t>Don't hurry...don't worry.  You're only here for a short visit.  So be sure to stop and smell the flowers.</w:t>
      </w:r>
      <w:r>
        <w:br/>
      </w:r>
      <w:r>
        <w:t>Don't find fault...find a remedy.</w:t>
      </w:r>
      <w:r>
        <w:br/>
      </w:r>
      <w:r>
        <w:t>Don't judge a book by its cover.</w:t>
      </w:r>
      <w:r>
        <w:br/>
      </w:r>
      <w:r>
        <w:t>Don't kill the dream....execute it !!</w:t>
      </w:r>
      <w:r>
        <w:br/>
      </w:r>
      <w:r>
        <w:t>Don't let what you cannot do....interfere with what you can do.</w:t>
      </w:r>
      <w:r>
        <w:br/>
      </w:r>
      <w:r>
        <w:t>Don't let your sorrow come higher than your knees. (Swedish Proverb)</w:t>
      </w:r>
      <w:r>
        <w:br/>
      </w:r>
      <w:r>
        <w:t>Don't look a gift horse in the mouth.</w:t>
      </w:r>
      <w:r>
        <w:br/>
      </w:r>
      <w:r>
        <w:t>Don't put all your eggs in one basket.</w:t>
      </w:r>
      <w:r>
        <w:br/>
      </w:r>
      <w:r>
        <w:t>Don't put the cart before the horse.</w:t>
      </w:r>
      <w:r>
        <w:br/>
      </w:r>
      <w:r>
        <w:t>Don't run your life in such a way... that people will want your fingerprints... instead of your autograph.</w:t>
      </w:r>
      <w:r>
        <w:br/>
      </w:r>
      <w:r>
        <w:t>Don't spend money you haven't earned to buy things you don't need....to impress people you don't like.</w:t>
      </w:r>
      <w:r>
        <w:br/>
      </w:r>
      <w:r>
        <w:t>Don't start anything on Saturday...you can't finish.</w:t>
      </w:r>
      <w:r>
        <w:br/>
      </w:r>
      <w:r>
        <w:t>Don't take any wooden nickels.</w:t>
      </w:r>
      <w:r>
        <w:br/>
      </w:r>
      <w:r>
        <w:t>Don't try to hard, the best things come when you least expect them to.</w:t>
      </w:r>
      <w:r>
        <w:br/>
      </w:r>
      <w:r>
        <w:t>Dwell not upon thy weariness, thy strength shall be according  to the measure of thy desire. (Arab Proverb)</w:t>
      </w:r>
      <w:r>
        <w:br/>
      </w:r>
      <w:r>
        <w:t>Encourage others...</w:t>
      </w:r>
      <w:r>
        <w:br/>
      </w:r>
      <w:r>
        <w:t>Enjoy the little things in life, for one day you may look back and find they were the big things.</w:t>
      </w:r>
      <w:r>
        <w:br/>
      </w:r>
      <w:r>
        <w:t>Fear less, hope more; Whine less, breathe more; Talk less, say more; Hate less, love more; And all good things are yours.  (Swedish Proverb)</w:t>
      </w:r>
      <w:r>
        <w:br/>
      </w:r>
      <w:r>
        <w:t>Find something to laugh about everyday...</w:t>
      </w:r>
      <w:r>
        <w:br/>
      </w:r>
      <w:r>
        <w:t>Finished is better than perfect !</w:t>
      </w:r>
      <w:r>
        <w:br/>
      </w:r>
      <w:r>
        <w:t>Forgive a wrong and you'll surely confuse the person who did it...</w:t>
      </w:r>
      <w:r>
        <w:br/>
      </w:r>
      <w:r>
        <w:t>Friend, do not try to borrow combs from shaven monks.</w:t>
      </w:r>
      <w:r>
        <w:br/>
      </w:r>
      <w:r>
        <w:t>Go to bed at nine o'clock twice a week.</w:t>
      </w:r>
      <w:r>
        <w:br/>
      </w:r>
      <w:r>
        <w:t>Good things happen to those who wait...</w:t>
      </w:r>
      <w:r>
        <w:br/>
      </w:r>
      <w:r>
        <w:t>Have character....don't be one!</w:t>
      </w:r>
      <w:r>
        <w:br/>
      </w:r>
      <w:r>
        <w:t>He asks advice in vain who will not follow it.</w:t>
      </w:r>
      <w:r>
        <w:br/>
      </w:r>
      <w:r>
        <w:t>Hem your blessings with praise lest they unravel.</w:t>
      </w:r>
      <w:r>
        <w:br/>
      </w:r>
      <w:r>
        <w:t>Honesty is the best policy....</w:t>
      </w:r>
      <w:r>
        <w:br/>
      </w:r>
      <w:r>
        <w:t>Hope for the best, but prepare for the worst.</w:t>
      </w:r>
      <w:r>
        <w:br/>
      </w:r>
      <w:r>
        <w:t>I can only show you to the door... it's up to you to walk through it.</w:t>
      </w:r>
      <w:r>
        <w:br/>
      </w:r>
      <w:r>
        <w:t>I rather be hated for who I am then to be loved for who I am not.</w:t>
      </w:r>
      <w:r>
        <w:br/>
      </w:r>
      <w:r>
        <w:t>If all else fails...read the instructions.</w:t>
      </w:r>
      <w:r>
        <w:br/>
      </w:r>
      <w:r>
        <w:t>If at first you don't succeed...change the rules !!</w:t>
      </w:r>
      <w:r>
        <w:br/>
      </w:r>
      <w:r>
        <w:t>If at first you don't succeed....redefine success !!</w:t>
      </w:r>
      <w:r>
        <w:br/>
      </w:r>
      <w:r>
        <w:t>If at first you don't succeed, try and try again.</w:t>
      </w:r>
      <w:r>
        <w:br/>
      </w:r>
      <w:r>
        <w:t>If...if and buts were candy and nuts we would all have a Merry Christmas !</w:t>
      </w:r>
      <w:r>
        <w:br/>
      </w:r>
      <w:r>
        <w:t>If it's not broke, don't fix it.</w:t>
      </w:r>
      <w:r>
        <w:br/>
      </w:r>
      <w:r>
        <w:t>If it's not delicious...don't eat it !!</w:t>
      </w:r>
      <w:r>
        <w:br/>
      </w:r>
      <w:r>
        <w:t>If opportunity doesn't knock then build a door.</w:t>
      </w:r>
      <w:r>
        <w:br/>
      </w:r>
      <w:r>
        <w:t>If the shoe fits, but it in every color.</w:t>
      </w:r>
      <w:r>
        <w:br/>
      </w:r>
      <w:r>
        <w:t>If wisdom is what you seek... remember be aware of whom, to whom, when, where and how you speak.</w:t>
      </w:r>
      <w:r>
        <w:br/>
      </w:r>
      <w:r>
        <w:t>If you always do what you have always done, you will always get, what you always got.</w:t>
      </w:r>
      <w:r>
        <w:br/>
      </w:r>
      <w:r>
        <w:t>If you are going to kill time...try working it to death !</w:t>
      </w:r>
      <w:r>
        <w:br/>
      </w:r>
      <w:r>
        <w:t>If you can't say anything nice, don't say anything at all.</w:t>
      </w:r>
      <w:r>
        <w:br/>
      </w:r>
      <w:r>
        <w:t>If you carry your childhood with you...you'll never become older.</w:t>
      </w:r>
      <w:r>
        <w:br/>
      </w:r>
      <w:r>
        <w:t>If you come to a fork in the road...take it !!</w:t>
      </w:r>
      <w:r>
        <w:br/>
      </w:r>
      <w:r>
        <w:t>If you do your best, you cannot do more.</w:t>
      </w:r>
      <w:r>
        <w:br/>
      </w:r>
      <w:r>
        <w:t>If you don't like something, change it.</w:t>
      </w:r>
      <w:r>
        <w:br/>
      </w:r>
      <w:r>
        <w:t>If you can't change it, change the way you think about it!</w:t>
      </w:r>
      <w:r>
        <w:br/>
      </w:r>
      <w:r>
        <w:t>If you don't love it...live without it !</w:t>
      </w:r>
      <w:r>
        <w:br/>
      </w:r>
      <w:r>
        <w:t>If you pay peanuts, you get monkeys.</w:t>
      </w:r>
      <w:r>
        <w:br/>
      </w:r>
      <w:r>
        <w:t>If you scatter thorns...don't go barefoot.</w:t>
      </w:r>
      <w:r>
        <w:br/>
      </w:r>
      <w:r>
        <w:t>If you take big paces...you leave big spaces.</w:t>
      </w:r>
      <w:r>
        <w:br/>
      </w:r>
      <w:r>
        <w:t>If you want a thing well done...do it yourself !</w:t>
      </w:r>
      <w:r>
        <w:br/>
      </w:r>
      <w:r>
        <w:t>If you want it done right, you have to do it yourself.</w:t>
      </w:r>
      <w:r>
        <w:br/>
      </w:r>
      <w:r>
        <w:t>If you wish to drown, do not torture yourself with shallow water.</w:t>
      </w:r>
      <w:r>
        <w:br/>
      </w:r>
      <w:r>
        <w:t>It is better to look ahead and prepare than to look back and regret.</w:t>
      </w:r>
      <w:r>
        <w:br/>
      </w:r>
      <w:r>
        <w:t>It is better to sit quiet and be thought a fool, than to open your mouth and remove all doubt ...</w:t>
      </w:r>
      <w:r>
        <w:br/>
      </w:r>
      <w:r>
        <w:t>It's better to die standing than to live kneeling! ! !</w:t>
      </w:r>
      <w:r>
        <w:br/>
      </w:r>
      <w:r>
        <w:t>It's no use crying over split milk.</w:t>
      </w:r>
      <w:r>
        <w:br/>
      </w:r>
      <w:r>
        <w:t>Just do what you do best.</w:t>
      </w:r>
      <w:r>
        <w:br/>
      </w:r>
      <w:r>
        <w:t>Keep it simple.</w:t>
      </w:r>
      <w:r>
        <w:br/>
      </w:r>
      <w:r>
        <w:t>Keep your head down and your powder dry.</w:t>
      </w:r>
      <w:r>
        <w:br/>
      </w:r>
      <w:r>
        <w:t>Keep your ideals high enough to inspire you and low enough to encourage you !</w:t>
      </w:r>
      <w:r>
        <w:br/>
      </w:r>
      <w:r>
        <w:t>Keep your words sweet...you never know when you'll have to eat them!</w:t>
      </w:r>
      <w:r>
        <w:br/>
      </w:r>
      <w:r>
        <w:t>Know your audience.</w:t>
      </w:r>
      <w:r>
        <w:br/>
      </w:r>
      <w:r>
        <w:t>Learn from mistakes of others.</w:t>
      </w:r>
      <w:r>
        <w:br/>
      </w:r>
      <w:r>
        <w:t>You can't live long enough to make them all yourself.</w:t>
      </w:r>
      <w:r>
        <w:br/>
      </w:r>
      <w:r>
        <w:t>Learn from other's mistakes...rather than making them all yourself !</w:t>
      </w:r>
      <w:r>
        <w:br/>
      </w:r>
      <w:r>
        <w:t>Leave both doors open and they can both slam shut !</w:t>
      </w:r>
      <w:r>
        <w:br/>
      </w:r>
      <w:r>
        <w:t>Let me listen to me, and not to them.  (Gertrude Stein)</w:t>
      </w:r>
      <w:r>
        <w:br/>
      </w:r>
      <w:r>
        <w:t>Live by what you trust...not by what you fear.</w:t>
      </w:r>
      <w:r>
        <w:br/>
      </w:r>
      <w:r>
        <w:t>Live each day to the fullest because you never know if you will be able to tomorrow.</w:t>
      </w:r>
      <w:r>
        <w:br/>
      </w:r>
      <w:r>
        <w:t>Live one day at a time and make it a masterpiece.</w:t>
      </w:r>
      <w:r>
        <w:br/>
      </w:r>
      <w:r>
        <w:t>Live your beliefs and you can turn the world around. (Henry David Thoreau)</w:t>
      </w:r>
      <w:r>
        <w:br/>
      </w:r>
      <w:r>
        <w:t>Look before you leap.</w:t>
      </w:r>
      <w:r>
        <w:br/>
      </w:r>
      <w:r>
        <w:t>Make yourself a better person and know who you are before you try and know someone else and expect them to know you.</w:t>
      </w:r>
      <w:r>
        <w:br/>
      </w:r>
      <w:r>
        <w:t>Make hay while the sun shines !</w:t>
      </w:r>
      <w:r>
        <w:br/>
      </w:r>
      <w:r>
        <w:t>Make it thy business to know thyself, which is the most difficult lesson in the world.</w:t>
      </w:r>
      <w:r>
        <w:br/>
      </w:r>
      <w:r>
        <w:t>Make the most of yourself, for that is all there is of you !!</w:t>
      </w:r>
      <w:r>
        <w:br/>
      </w:r>
      <w:r>
        <w:t>Make today something to smile about tomorrow...</w:t>
      </w:r>
      <w:r>
        <w:br/>
      </w:r>
      <w:r>
        <w:t>Make yourself a better person and know who you are before you try and know someone else and expect them to know you.</w:t>
      </w:r>
      <w:r>
        <w:br/>
      </w:r>
      <w:r>
        <w:t>Measure twice, cut once.</w:t>
      </w:r>
      <w:r>
        <w:br/>
      </w:r>
      <w:r>
        <w:t>Never argue with an idiot They drag you down to their level, then beat you with experience</w:t>
      </w:r>
      <w:r>
        <w:br/>
      </w:r>
      <w:r>
        <w:t>Never ask a barber if he thinks you need a haircut.</w:t>
      </w:r>
      <w:r>
        <w:br/>
      </w:r>
      <w:r>
        <w:t>Never ASSUME because it makes an ASS out of U and ME</w:t>
      </w:r>
      <w:r>
        <w:br/>
      </w:r>
      <w:r>
        <w:t>Never confuse motion with action.</w:t>
      </w:r>
      <w:r>
        <w:br/>
      </w:r>
      <w:r>
        <w:t>Never do card tricks with the group you play poker with.</w:t>
      </w:r>
      <w:r>
        <w:br/>
      </w:r>
      <w:r>
        <w:t>Never go too far for too little.</w:t>
      </w:r>
      <w:r>
        <w:br/>
      </w:r>
      <w:r>
        <w:t>Never let YESTERDAY use up TODAY !</w:t>
      </w:r>
      <w:r>
        <w:br/>
      </w:r>
      <w:r>
        <w:t>Never play leap frog with a unicorn.</w:t>
      </w:r>
      <w:r>
        <w:br/>
      </w:r>
      <w:r>
        <w:t>Never promise more than you can perform. (Pubilius Syrus)</w:t>
      </w:r>
      <w:r>
        <w:br/>
      </w:r>
      <w:r>
        <w:t>Never put off 'til tomorrow...what you can do today.</w:t>
      </w:r>
      <w:r>
        <w:br/>
      </w:r>
      <w:r>
        <w:t>Never say NEVER !!</w:t>
      </w:r>
      <w:r>
        <w:br/>
      </w:r>
      <w:r>
        <w:t>Never show your opponent your intentions.</w:t>
      </w:r>
      <w:r>
        <w:br/>
      </w:r>
      <w:r>
        <w:t>Never tell people how to do things. Tell them what to do and they will surprise you with their ingenuity.</w:t>
      </w:r>
      <w:r>
        <w:br/>
      </w:r>
      <w:r>
        <w:t>Never test the depth of the water with both feet.</w:t>
      </w:r>
      <w:r>
        <w:br/>
      </w:r>
      <w:r>
        <w:t>One of the most important trips a person can make...is the one where he meets another halfway.</w:t>
      </w:r>
      <w:r>
        <w:br/>
      </w:r>
      <w:r>
        <w:t>Only those who risk going too far can possibly find out how far they can go.</w:t>
      </w:r>
      <w:r>
        <w:br/>
      </w:r>
      <w:r>
        <w:t>Pay attention to your enemies...for they are the first to discover your mistakes !</w:t>
      </w:r>
      <w:r>
        <w:br/>
      </w:r>
      <w:r>
        <w:t>People may doubt what you say; but they always believe what you do.</w:t>
      </w:r>
      <w:r>
        <w:br/>
      </w:r>
      <w:r>
        <w:t>Practice makes perfect...so be careful what you practice.</w:t>
      </w:r>
      <w:r>
        <w:br/>
      </w:r>
      <w:r>
        <w:t>Remember, when you throw dirt, your losing ground !</w:t>
      </w:r>
      <w:r>
        <w:br/>
      </w:r>
      <w:r>
        <w:t>Say what you mean and mean what you say.</w:t>
      </w:r>
      <w:r>
        <w:br/>
      </w:r>
      <w:r>
        <w:t>Sing as if everyone can hear you... Act as if everyone is watching.... Live as if it's your last day on earth.</w:t>
      </w:r>
      <w:r>
        <w:br/>
      </w:r>
      <w:r>
        <w:t>Solitude is a pinnacle.</w:t>
      </w:r>
      <w:r>
        <w:br/>
      </w:r>
      <w:r>
        <w:t>Sometimes you can observe a lot by watching.</w:t>
      </w:r>
      <w:r>
        <w:br/>
      </w:r>
      <w:r>
        <w:t>Speak kind words and you will hear kind echoes.</w:t>
      </w:r>
      <w:r>
        <w:br/>
      </w:r>
      <w:r>
        <w:t>Speak softly, but carry a big stick.</w:t>
      </w:r>
      <w:r>
        <w:br/>
      </w:r>
      <w:r>
        <w:t>Speak when you're angry, and you'll deliver the best speech you'll ever regret.</w:t>
      </w:r>
      <w:r>
        <w:br/>
      </w:r>
      <w:r>
        <w:t>Spend some time alone.</w:t>
      </w:r>
      <w:r>
        <w:br/>
      </w:r>
      <w:r>
        <w:t>Start at the beginning.... and finish at the end.</w:t>
      </w:r>
      <w:r>
        <w:br/>
      </w:r>
      <w:r>
        <w:t>Stay away from negative people.</w:t>
      </w:r>
      <w:r>
        <w:br/>
      </w:r>
      <w:r>
        <w:t>Strike while the iron is hot !</w:t>
      </w:r>
      <w:r>
        <w:br/>
      </w:r>
      <w:r>
        <w:t>Strive for realistic deadlines.</w:t>
      </w:r>
      <w:r>
        <w:br/>
      </w:r>
      <w:r>
        <w:t>Swallowing angry words is much better than having to eat them.</w:t>
      </w:r>
      <w:r>
        <w:br/>
      </w:r>
      <w:r>
        <w:t>Take care of your character and your reputation will take care of itself!</w:t>
      </w:r>
      <w:r>
        <w:br/>
      </w:r>
      <w:r>
        <w:t>Take care to get what you like or you will be forced to like what you get.  (George Bernard Shaw)</w:t>
      </w:r>
      <w:r>
        <w:br/>
      </w:r>
      <w:r>
        <w:t>Take my advice...I'm not using it !</w:t>
      </w:r>
      <w:r>
        <w:br/>
      </w:r>
      <w:r>
        <w:t>Take time to love the little things...</w:t>
      </w:r>
      <w:r>
        <w:br/>
      </w:r>
      <w:r>
        <w:t>That which doesn't kill you, makes you stronger.</w:t>
      </w:r>
      <w:r>
        <w:br/>
      </w:r>
      <w:r>
        <w:t>The best comeback...is a blank look !!</w:t>
      </w:r>
      <w:r>
        <w:br/>
      </w:r>
      <w:r>
        <w:t>The best way to keep someone's word is not to give it.  (Napoleon)</w:t>
      </w:r>
      <w:r>
        <w:br/>
      </w:r>
      <w:r>
        <w:t>The best way to knock the chip off another person's shoulder... is to pat him on the</w:t>
      </w:r>
      <w:r>
        <w:br/>
      </w:r>
      <w:r>
        <w:t>The best way to save time...is to use it !</w:t>
      </w:r>
      <w:r>
        <w:br/>
      </w:r>
      <w:r>
        <w:t>The less you speak the more you will hear.</w:t>
      </w:r>
      <w:r>
        <w:br/>
      </w:r>
      <w:r>
        <w:t>The more he spoke of his honesty...the closer I watched my purse.</w:t>
      </w:r>
      <w:r>
        <w:br/>
      </w:r>
      <w:r>
        <w:t>The most valuable gift you can give another is a good example.</w:t>
      </w:r>
      <w:r>
        <w:br/>
      </w:r>
      <w:r>
        <w:t>The noblest revenge is to forgive.</w:t>
      </w:r>
      <w:r>
        <w:br/>
      </w:r>
      <w:r>
        <w:t>The real art of conversation is not only to say the right thing at the right time, but also to leave unsaid the wrong thing at the tempting moment.</w:t>
      </w:r>
      <w:r>
        <w:br/>
      </w:r>
      <w:r>
        <w:t>The time is always right to do what is right.</w:t>
      </w:r>
      <w:r>
        <w:br/>
      </w:r>
      <w:r>
        <w:t>The time to stop talking is before people stop listening.</w:t>
      </w:r>
      <w:r>
        <w:br/>
      </w:r>
      <w:r>
        <w:t>Things remembered best are those best forgotten. (Baltasar Gracian)</w:t>
      </w:r>
      <w:r>
        <w:br/>
      </w:r>
      <w:r>
        <w:t>There are things in the future and things in the past. Live each moment as though it were your last...</w:t>
      </w:r>
      <w:r>
        <w:br/>
      </w:r>
      <w:r>
        <w:t>To be thought wise...keep your mouth shut.</w:t>
      </w:r>
      <w:r>
        <w:br/>
      </w:r>
      <w:r>
        <w:t>To thine own self be true.</w:t>
      </w:r>
      <w:r>
        <w:br/>
      </w:r>
      <w:r>
        <w:t>Trust your hunches... They're usually based on facts filed away just below the conscious level.</w:t>
      </w:r>
      <w:r>
        <w:br/>
      </w:r>
      <w:r>
        <w:t>Use it up, Wear it out, Make it do, Or do without.</w:t>
      </w:r>
      <w:r>
        <w:br/>
      </w:r>
      <w:r>
        <w:t>Waste not fresh tears over old grief. (Euripides)</w:t>
      </w:r>
      <w:r>
        <w:br/>
      </w:r>
      <w:r>
        <w:t>We should always remember that cutting remarks have a way of leaving scars.</w:t>
      </w:r>
      <w:r>
        <w:br/>
      </w:r>
      <w:r>
        <w:t>What should not be heard by little ears,  should not be said by big mouths.</w:t>
      </w:r>
      <w:r>
        <w:br/>
      </w:r>
      <w:r>
        <w:t>Whatever is worth doing at all...is worth doing well !</w:t>
      </w:r>
      <w:r>
        <w:br/>
      </w:r>
      <w:r>
        <w:t>When all else fails, panic !!!</w:t>
      </w:r>
      <w:r>
        <w:br/>
      </w:r>
      <w:r>
        <w:t>When in doubt....DUCK...!!!</w:t>
      </w:r>
      <w:r>
        <w:br/>
      </w:r>
      <w:r>
        <w:t>When in doubt...figure it out !</w:t>
      </w:r>
      <w:r>
        <w:br/>
      </w:r>
      <w:r>
        <w:t>When in doubt...tell the truth.</w:t>
      </w:r>
      <w:r>
        <w:br/>
      </w:r>
      <w:r>
        <w:t>When in doubt...be vague.</w:t>
      </w:r>
      <w:r>
        <w:br/>
      </w:r>
      <w:r>
        <w:t>When someone we love becomes a memory, that memory becomes a treasure !</w:t>
      </w:r>
      <w:r>
        <w:br/>
      </w:r>
      <w:r>
        <w:t>When you argue with a fool...be sure he isn't similarly engaged.</w:t>
      </w:r>
      <w:r>
        <w:br/>
      </w:r>
      <w:r>
        <w:t>When you don't know what to do....walk fast and look worried !</w:t>
      </w:r>
      <w:r>
        <w:br/>
      </w:r>
      <w:r>
        <w:t>When you have nothing to say...say nothing !</w:t>
      </w:r>
      <w:r>
        <w:br/>
      </w:r>
      <w:r>
        <w:t>Whistle while you work.</w:t>
      </w:r>
      <w:r>
        <w:br/>
      </w:r>
      <w:r>
        <w:t>Wise men learn much from fools.</w:t>
      </w:r>
      <w:r>
        <w:br/>
      </w:r>
      <w:r>
        <w:t>Work like you don't need the money, dance like nobody's watching, and love like you've never been hurt.</w:t>
      </w:r>
      <w:r>
        <w:br/>
      </w:r>
      <w:r>
        <w:t>You can run, but you'll just die tired.</w:t>
      </w:r>
      <w:r>
        <w:br/>
      </w:r>
      <w:r>
        <w:t>You never have a second chance to make a first impression.</w:t>
      </w:r>
      <w:r>
        <w:br/>
      </w:r>
      <w:r>
        <w:t>Your reach should exceed your grasp.</w:t>
      </w:r>
    </w:p>
    <w:p>
      <w:pPr>
        <w:pStyle w:val="Heading2"/>
      </w:pPr>
      <w:r>
        <w:t>Dreams</w:t>
      </w:r>
    </w:p>
    <w:p>
      <w:r>
        <w:t>A dream is a path to the future. A quiet belief in the heart. A small secret wish nurtured deep in a spirit...Where all great accomplishments start. A dream is an endless horizon that only a dreamer can see.  A dream is a challenge...A promise of all you can be.</w:t>
      </w:r>
      <w:r>
        <w:br/>
      </w:r>
      <w:r>
        <w:t>A dream is a day in your hero's shoes.  But what you don't know is that  you as a person are someone's hero.  So dream of your hero but live as you will because someone needs you too.</w:t>
      </w:r>
      <w:r>
        <w:br/>
      </w:r>
      <w:r>
        <w:t>A dream is a wish your heart makes when you're fast asleep.</w:t>
      </w:r>
      <w:r>
        <w:br/>
      </w:r>
      <w:r>
        <w:t>A dream lasts until the dreamer awakes and then he is faced with reality.</w:t>
      </w:r>
      <w:r>
        <w:br/>
      </w:r>
      <w:r>
        <w:t>Cherish your visions and your dreams as they are the children of your soul, the blueprints of your ultimate accomplishments.</w:t>
      </w:r>
      <w:r>
        <w:br/>
      </w:r>
      <w:r>
        <w:t>Daydreaming:  Wishcraft</w:t>
      </w:r>
      <w:r>
        <w:br/>
      </w:r>
      <w:r>
        <w:t>Don't dream your life, live your dreams.</w:t>
      </w:r>
      <w:r>
        <w:br/>
      </w:r>
      <w:r>
        <w:t>Don't walk in somebody's shadow because when you walk on sunshine your dreams will come true.</w:t>
      </w:r>
      <w:r>
        <w:br/>
      </w:r>
      <w:r>
        <w:t>Dream as if you'll live forever. Live as if you'll die tomorrow.</w:t>
      </w:r>
      <w:r>
        <w:br/>
      </w:r>
      <w:r>
        <w:t>Dreams do come true; if you only wish hard enough.</w:t>
      </w:r>
      <w:r>
        <w:br/>
      </w:r>
      <w:r>
        <w:t>Dream is my reality.</w:t>
      </w:r>
      <w:r>
        <w:br/>
      </w:r>
      <w:r>
        <w:t>Dream on, Dream on, until your dreams come true.</w:t>
      </w:r>
      <w:r>
        <w:br/>
      </w:r>
      <w:r>
        <w:t>Dreaming permits each and every one of us to be quietly and safely.</w:t>
      </w:r>
      <w:r>
        <w:br/>
      </w:r>
      <w:r>
        <w:t>Dreams:  a key to the locked door.</w:t>
      </w:r>
      <w:r>
        <w:br/>
      </w:r>
      <w:r>
        <w:t>Dreams are the eraser dust I blow off my page. They fade into the emptiness, another gray day. Dreams are only memories of the plans I had back then. Dreams are eraser dust and now I use a pen. (Author:  Kelli Bultena)</w:t>
      </w:r>
      <w:r>
        <w:br/>
      </w:r>
      <w:r>
        <w:t>Everyday is another chance to make your dreams come true.</w:t>
      </w:r>
      <w:r>
        <w:br/>
      </w:r>
      <w:r>
        <w:t>Hopes are but the dreams of those who are awake.</w:t>
      </w:r>
      <w:r>
        <w:br/>
      </w:r>
      <w:r>
        <w:t>I don't dream about you because I can never fall asleep thinking about you !</w:t>
      </w:r>
      <w:r>
        <w:br/>
      </w:r>
      <w:r>
        <w:t>I may dream but I'm not the only one.</w:t>
      </w:r>
      <w:r>
        <w:br/>
      </w:r>
      <w:r>
        <w:t>It's a dream until you write it down. Then it becomes a dream.</w:t>
      </w:r>
      <w:r>
        <w:br/>
      </w:r>
      <w:r>
        <w:t>Keep in your heart a place where dreams can go. Never let yesterday's disappointments overshadow tomorrow's dreams !</w:t>
      </w:r>
      <w:r>
        <w:br/>
      </w:r>
      <w:r>
        <w:t>Nothing happens unless first a dream. (Carl Sanburg)</w:t>
      </w:r>
      <w:r>
        <w:br/>
      </w:r>
      <w:r>
        <w:t>Someone, somewhere dream of your smile. And while thinking of you....says life is worthwhile. So when you are lonely...remember it's true, Someone somewhere....is thinking of you.</w:t>
      </w:r>
      <w:r>
        <w:br/>
      </w:r>
      <w:r>
        <w:t>Tell your heart that the fear of suffering is worse than the suffering itself.... and that no heart has ever suffered when it goes in search of it's dreams.</w:t>
      </w:r>
      <w:r>
        <w:br/>
      </w:r>
      <w:r>
        <w:t>The future belongs to those who believe in the beauty of their dreams.</w:t>
      </w:r>
      <w:r>
        <w:br/>
      </w:r>
      <w:r>
        <w:t>To make your dreams come true, you have to stay awake.</w:t>
      </w:r>
      <w:r>
        <w:br/>
      </w:r>
      <w:r>
        <w:t>When you cease to dream you cease to live.</w:t>
      </w:r>
      <w:r>
        <w:br/>
      </w:r>
      <w:r>
        <w:t>You are never given a dream without also being given the power to make it true.</w:t>
      </w:r>
      <w:r>
        <w:br/>
      </w:r>
      <w:r>
        <w:t>You can never make your own dreams come true by oversleeping.</w:t>
      </w:r>
      <w:r>
        <w:br/>
      </w:r>
      <w:r>
        <w:t>Your dream is my reality !</w:t>
      </w:r>
    </w:p>
    <w:p>
      <w:pPr>
        <w:pStyle w:val="Heading2"/>
      </w:pPr>
      <w:r>
        <w:t>General</w:t>
      </w:r>
    </w:p>
    <w:p>
      <w:r>
        <w:t>If only I may grow firmer, simpler - quieter, warmer. Dag Hammarskjold</w:t>
      </w:r>
    </w:p>
    <w:p>
      <w:r>
        <w:t>The quieter you become, the more you can hear. - Baba Ram Dass</w:t>
      </w:r>
    </w:p>
    <w:p>
      <w:r>
        <w:t>Dreams come a size too big so that we can grow into them.</w:t>
      </w:r>
    </w:p>
    <w:p>
      <w:r>
        <w:t>Scatter Joy - Emily Dickinson</w:t>
      </w:r>
    </w:p>
    <w:p>
      <w:r>
        <w:t>The love of learning, the sequestered nooks, and the all the sweet serenity of books. - Longfellow</w:t>
      </w:r>
    </w:p>
    <w:p>
      <w:r>
        <w:t>Adopt the pace of nature, her secret is patience. - Emerson</w:t>
      </w:r>
    </w:p>
    <w:p>
      <w:r>
        <w:t>As we grow old the beauty steals inward. - Emerson</w:t>
      </w:r>
    </w:p>
    <w:p>
      <w:r>
        <w:t>Be courageous . . . it is the only place left uncrowded. - Anita Roddick</w:t>
      </w:r>
    </w:p>
    <w:p>
      <w:r>
        <w:t>Begin . . . the rest is easy.</w:t>
      </w:r>
    </w:p>
    <w:p>
      <w:r>
        <w:t>Book lovers never go to bed alone. Anon</w:t>
      </w:r>
    </w:p>
    <w:p>
      <w:r>
        <w:t>Character is what you are when no one is watching.</w:t>
      </w:r>
    </w:p>
    <w:p>
      <w:r>
        <w:t>Dwell in possibility. - Dickinson</w:t>
      </w:r>
    </w:p>
    <w:p>
      <w:r>
        <w:t>I generally avoid temptation unless I can't resist it. - May West</w:t>
      </w:r>
    </w:p>
    <w:p>
      <w:r>
        <w:t>The real voyage of discovery consists not in seeking new landscapes but in having new eyes. - Marcel Proust</w:t>
      </w:r>
    </w:p>
    <w:p>
      <w:r>
        <w:t>There is more to life than increasing it's speed. - Ghandi</w:t>
      </w:r>
    </w:p>
    <w:p>
      <w:r>
        <w:t>When nothing is sure, everything is possible. - Margaret Drabble</w:t>
      </w:r>
    </w:p>
    <w:p>
      <w:r>
        <w:t>If mama ain't happy, ain't nobody happy.</w:t>
      </w:r>
    </w:p>
    <w:p>
      <w:r>
        <w:t>A normal person is just someone you don't know very well.</w:t>
      </w:r>
    </w:p>
    <w:p>
      <w:r>
        <w:t>A retired husband is a wife's full time job.</w:t>
      </w:r>
    </w:p>
    <w:p>
      <w:r>
        <w:t>Behind every successful woman is herself.</w:t>
      </w:r>
    </w:p>
    <w:p>
      <w:r>
        <w:t>If you don't think women are explosive, drop one. - Gerald F. Lieberman</w:t>
      </w:r>
    </w:p>
    <w:p>
      <w:r>
        <w:t>Hitch yer wagon to a star. - Emerson</w:t>
      </w:r>
    </w:p>
    <w:p>
      <w:r>
        <w:t>Lasso the moon.</w:t>
      </w:r>
    </w:p>
    <w:p>
      <w:r>
        <w:t>Mamas don't let your babies grow up to be cowboys.</w:t>
      </w:r>
    </w:p>
    <w:p>
      <w:r>
        <w:t>It's hard to be nostalgic when you can't remember anything.</w:t>
      </w:r>
    </w:p>
    <w:p>
      <w:r>
        <w:t>Keep in mind . . . to a dog you are family, to a cat you are staff.</w:t>
      </w:r>
    </w:p>
    <w:p>
      <w:r>
        <w:t>Mirror, mirror on the wall, I am my mother after all.</w:t>
      </w:r>
    </w:p>
    <w:p>
      <w:r>
        <w:t>My goal in life is to be the kind of person my dog thinks I am.</w:t>
      </w:r>
    </w:p>
    <w:p>
      <w:r>
        <w:t>A woman's guess is much more accurate than a man's certainty. Rudyard Kipling</w:t>
      </w:r>
    </w:p>
    <w:p>
      <w:r>
        <w:t>From my world to your world (travel)</w:t>
      </w:r>
    </w:p>
    <w:p>
      <w:r>
        <w:t>Around the lake in seven days (travel)</w:t>
      </w:r>
    </w:p>
    <w:p>
      <w:r>
        <w:t>On the road again (travel)</w:t>
      </w:r>
    </w:p>
    <w:p>
      <w:r>
        <w:t>All dolled up (babydolls)</w:t>
      </w:r>
    </w:p>
    <w:p>
      <w:r>
        <w:t>A Star is born! (Star punches, stickers, star paper)</w:t>
      </w:r>
    </w:p>
    <w:p>
      <w:r>
        <w:t>A Super Dee Dooper Birthday (Barney Birthday Party)</w:t>
      </w:r>
    </w:p>
    <w:p>
      <w:r>
        <w:t>Ahoy Maties! (pirate/Captain Hook pictures)</w:t>
      </w:r>
    </w:p>
    <w:p>
      <w:r>
        <w:t>Bowl me Over (bowling layout)</w:t>
      </w:r>
    </w:p>
    <w:p>
      <w:r>
        <w:t>Cute as a Button! (Button and Bow stickers)</w:t>
      </w:r>
    </w:p>
    <w:p>
      <w:r>
        <w:t>Dishin' Up the Perfect Picture (Satellite Dish Installation)</w:t>
      </w:r>
    </w:p>
    <w:p>
      <w:r>
        <w:t>Don't bug me...I'm busy! (insect stickers all over the page)</w:t>
      </w:r>
    </w:p>
    <w:p>
      <w:r>
        <w:t>Do the Mashed Potato! (for pictures of kids eating potatoes)</w:t>
      </w:r>
    </w:p>
    <w:p>
      <w:r>
        <w:t>Escape to privacy (new home, honeymoon)</w:t>
      </w:r>
    </w:p>
    <w:p>
      <w:r>
        <w:t>Everything in your reach (giraffe diecut)</w:t>
      </w:r>
    </w:p>
    <w:p>
      <w:r>
        <w:t>Just Horsin' Around (trip to ranch or stables) (could use banana paper or horse stickers or diecuts)</w:t>
      </w:r>
    </w:p>
    <w:p>
      <w:r>
        <w:t>Just 'plane' fun (use airplane diecuts!)</w:t>
      </w:r>
    </w:p>
    <w:p>
      <w:r>
        <w:t>I can spot a friend when I see one. (Dalmatian stickers)</w:t>
      </w:r>
    </w:p>
    <w:p>
      <w:r>
        <w:t>I love the colors of the rainbow! (Misc. pics and multi color confetti or rainbow stickers)</w:t>
      </w:r>
    </w:p>
    <w:p>
      <w:r>
        <w:t>Looking this beautiful is hard work. (picture of a little girls w/make-up all over)</w:t>
      </w:r>
    </w:p>
    <w:p>
      <w:r>
        <w:t>Look Out Bob Villa (home improvements)</w:t>
      </w:r>
    </w:p>
    <w:p>
      <w:r>
        <w:t>My heart leaps for you! (frog and heart stickers)</w:t>
      </w:r>
    </w:p>
    <w:p>
      <w:r>
        <w:t>One in a melon (watermelon theme)</w:t>
      </w:r>
    </w:p>
    <w:p>
      <w:r>
        <w:t>Places we've hung our hats! (photos of places you've lived with hat stickers or die cuts)</w:t>
      </w:r>
    </w:p>
    <w:p>
      <w:r>
        <w:t>Puppy Love (puppies inspecting new baby)</w:t>
      </w:r>
    </w:p>
    <w:p>
      <w:r>
        <w:t>She's a keeper (fishing)</w:t>
      </w:r>
    </w:p>
    <w:p>
      <w:r>
        <w:t>Small steps made for big adventures! (Footprint punches or stickers or paper)</w:t>
      </w:r>
    </w:p>
    <w:p>
      <w:r>
        <w:t>Slide into a day of fun (park theme, water slide)</w:t>
      </w:r>
    </w:p>
    <w:p>
      <w:r>
        <w:t>Stars in our eyes...(star die cuts and slide die cuts like photos on film)</w:t>
      </w:r>
    </w:p>
    <w:p>
      <w:r>
        <w:t>Swinging her way into our hearts (pictures in swing)</w:t>
      </w:r>
    </w:p>
    <w:p>
      <w:r>
        <w:t>Take time to "paws" and enjoy the simple pleasures of life--(child and puppy page)</w:t>
      </w:r>
    </w:p>
    <w:p>
      <w:r>
        <w:t>The wheels on the bus go 'round and 'round! (School Bus stickers, die cuts, or school bus paper)</w:t>
      </w:r>
    </w:p>
    <w:p>
      <w:r>
        <w:t>The Skies the Limit! (model rocket building)</w:t>
      </w:r>
    </w:p>
    <w:p>
      <w:r>
        <w:t>The Great Binky Heist (baby stealing pacifier)</w:t>
      </w:r>
    </w:p>
    <w:p>
      <w:r>
        <w:t>Train a Child up in the way he should go and he will not depart from it. (use with train die cuts)</w:t>
      </w:r>
    </w:p>
    <w:p>
      <w:r>
        <w:t>When I grow up I wanna be just like...DADDY!! (child has tie on, a briefcase, and daddy's shoes on)</w:t>
      </w:r>
    </w:p>
    <w:p>
      <w:r>
        <w:t>Where the road leads us, we will go! (traveling)</w:t>
      </w:r>
    </w:p>
    <w:p>
      <w:r>
        <w:t>With a face like this life will be smooth sailing (sea theme)</w:t>
      </w:r>
    </w:p>
    <w:p>
      <w:r>
        <w:t>You're tops! (Bowtie and Tophat stickers)</w:t>
      </w:r>
    </w:p>
    <w:p>
      <w:r>
        <w:t>You are so Tweet! (Birdhouse art arranged on a torn paper branch and bird house stickers)</w:t>
      </w:r>
    </w:p>
    <w:p>
      <w:r>
        <w:t>Therapy is expensive. Rubber stamps are cheap. You choose.</w:t>
      </w:r>
    </w:p>
    <w:p>
      <w:r>
        <w:t>Some call it sushi - I call it bait!</w:t>
      </w:r>
    </w:p>
    <w:p>
      <w:r>
        <w:t>The second day of a diet is always easier than the first - by the second day, you're off it!</w:t>
      </w:r>
    </w:p>
    <w:p>
      <w:r>
        <w:t>Well, this day was a total waste of makeup!</w:t>
      </w:r>
    </w:p>
    <w:p>
      <w:r>
        <w:t>What does she DO with all those stamps?</w:t>
      </w:r>
    </w:p>
    <w:p>
      <w:r>
        <w:t>A conclusion is simply the place where you got tired of thinking/</w:t>
      </w:r>
    </w:p>
    <w:p>
      <w:r>
        <w:t>WARNING: Dates in calendar are closer than they appear.</w:t>
      </w:r>
    </w:p>
    <w:p>
      <w:r>
        <w:t>Oh NO! She's buying more stamps!</w:t>
      </w:r>
    </w:p>
    <w:p>
      <w:r>
        <w:t>There is no snooze button on a cat who wants breakfast.</w:t>
      </w:r>
    </w:p>
    <w:p>
      <w:r>
        <w:t>Make yourself at home - clean my kitchen!</w:t>
      </w:r>
    </w:p>
    <w:p>
      <w:r>
        <w:t>Cover me, I'm stamping!</w:t>
      </w:r>
    </w:p>
    <w:p>
      <w:r>
        <w:t>Is it just coincidence that "STRESSED" is "DESSERTS" spelled backwards?</w:t>
      </w:r>
    </w:p>
    <w:p>
      <w:r>
        <w:t>I've been shopping for over 20 years and I still don't have a thing to wear!</w:t>
      </w:r>
    </w:p>
    <w:p>
      <w:r>
        <w:t>A balanced diet is an M&amp;M in each hand.</w:t>
      </w:r>
    </w:p>
    <w:p>
      <w:r>
        <w:t>The sound of one stamper stamping: $Ca-CHING</w:t>
      </w:r>
    </w:p>
    <w:p>
      <w:r>
        <w:t>I used up all my sick days, so I'm calling in dead!</w:t>
      </w:r>
    </w:p>
    <w:p>
      <w:r>
        <w:t>The sooner you fall behind, the more time you have to catch up!</w:t>
      </w:r>
    </w:p>
    <w:p>
      <w:r>
        <w:t>BUDGET: A method for going broke methodically.</w:t>
      </w:r>
    </w:p>
    <w:p>
      <w:r>
        <w:t>There can't be a crisis - my schedule is already full!</w:t>
      </w:r>
    </w:p>
    <w:p>
      <w:pPr>
        <w:pStyle w:val="Heading2"/>
      </w:pPr>
      <w:r>
        <w:t>Happiness</w:t>
      </w:r>
    </w:p>
    <w:p>
      <w:r>
        <w:t>Be happy.  It is a way of being wise.</w:t>
      </w:r>
      <w:r>
        <w:br/>
      </w:r>
      <w:r>
        <w:t>Because of what you are, you are essential to my happiness.</w:t>
      </w:r>
      <w:r>
        <w:br/>
      </w:r>
      <w:r>
        <w:t>Busy hands have happy hearts...</w:t>
      </w:r>
      <w:r>
        <w:br/>
      </w:r>
      <w:r>
        <w:t>Bear Hugs and Back Rubs Welcome...!!</w:t>
      </w:r>
      <w:r>
        <w:br/>
      </w:r>
      <w:r>
        <w:t>Don't interpret this smile as happiness... it's insanity !</w:t>
      </w:r>
      <w:r>
        <w:br/>
      </w:r>
      <w:r>
        <w:t>Don't Worry....Be Happy !!</w:t>
      </w:r>
      <w:r>
        <w:br/>
      </w:r>
      <w:r>
        <w:t>Every moment you are angry, you lose a minute of happiness.</w:t>
      </w:r>
      <w:r>
        <w:br/>
      </w:r>
      <w:r>
        <w:t>For every minute you are angry, you lose sixty seconds of happiness !!</w:t>
      </w:r>
      <w:r>
        <w:br/>
      </w:r>
      <w:r>
        <w:t>Free Hugs !!!</w:t>
      </w:r>
      <w:r>
        <w:br/>
      </w:r>
      <w:r>
        <w:t>One size fits all !!!</w:t>
      </w:r>
      <w:r>
        <w:br/>
      </w:r>
      <w:r>
        <w:t>Happiness adds and multiples as we divide it with others.</w:t>
      </w:r>
      <w:r>
        <w:br/>
      </w:r>
      <w:r>
        <w:t>Happiness can be thought, taught, and caught...but NOT bought.</w:t>
      </w:r>
      <w:r>
        <w:br/>
      </w:r>
      <w:r>
        <w:t>Happiness is a path, not a destination.</w:t>
      </w:r>
      <w:r>
        <w:br/>
      </w:r>
      <w:r>
        <w:t>Happiness is an unexpected hug.</w:t>
      </w:r>
      <w:r>
        <w:br/>
      </w:r>
      <w:r>
        <w:t>Happiness is catching...we get it from one another.</w:t>
      </w:r>
      <w:r>
        <w:br/>
      </w:r>
      <w:r>
        <w:t>Happiness is having grandchildren to love.</w:t>
      </w:r>
      <w:r>
        <w:br/>
      </w:r>
      <w:r>
        <w:t>Happiness is Homemade... (apron which depicted jams, pies, breads)</w:t>
      </w:r>
      <w:r>
        <w:br/>
      </w:r>
      <w:r>
        <w:t>Happiness is like a kiss...in order to get any good out of it...you have to give it to someone else.</w:t>
      </w:r>
      <w:r>
        <w:br/>
      </w:r>
      <w:r>
        <w:t>Happiness is like honey...you pass it around but some of it will stick.</w:t>
      </w:r>
      <w:r>
        <w:br/>
      </w:r>
      <w:r>
        <w:t>Happiness is marrying your best friend.</w:t>
      </w:r>
      <w:r>
        <w:br/>
      </w:r>
      <w:r>
        <w:t>Happiness is not something we experience, but something we remember.</w:t>
      </w:r>
      <w:r>
        <w:br/>
      </w:r>
      <w:r>
        <w:t>Happiness isn't the easiest thing to find, but one place you're guaranteed to find it is in a friends' smile.</w:t>
      </w:r>
      <w:r>
        <w:br/>
      </w:r>
      <w:r>
        <w:t>Hug Department Always Open !!!</w:t>
      </w:r>
      <w:r>
        <w:br/>
      </w:r>
      <w:r>
        <w:t>If you have joy in your heart, it will be known by the look on your face.</w:t>
      </w:r>
      <w:r>
        <w:br/>
      </w:r>
      <w:r>
        <w:t>If you want happiness for an hour....take a nap.</w:t>
      </w:r>
      <w:r>
        <w:br/>
      </w:r>
      <w:r>
        <w:t>If you want happiness for a day....go fishing.</w:t>
      </w:r>
      <w:r>
        <w:br/>
      </w:r>
      <w:r>
        <w:t>If you want happiness for a month.....get married.</w:t>
      </w:r>
      <w:r>
        <w:br/>
      </w:r>
      <w:r>
        <w:t>If you want happiness for a year.....inherit a fortune.</w:t>
      </w:r>
      <w:r>
        <w:br/>
      </w:r>
      <w:r>
        <w:t>But if you want happiness for a lifetime....help someone else.</w:t>
      </w:r>
      <w:r>
        <w:br/>
      </w:r>
      <w:r>
        <w:t>It's not how much we have but how much we enjoy that makes us happy.</w:t>
      </w:r>
      <w:r>
        <w:br/>
      </w:r>
      <w:r>
        <w:t>May happiness come on secret winds and surround you forever in the ways of beauty.</w:t>
      </w:r>
      <w:r>
        <w:br/>
      </w:r>
      <w:r>
        <w:t>No one can ever be happy and satisfied, unless he can appreciate what he has right now.</w:t>
      </w:r>
      <w:r>
        <w:br/>
      </w:r>
      <w:r>
        <w:t>One joy scatters a hundred gifts.</w:t>
      </w:r>
      <w:r>
        <w:br/>
      </w:r>
      <w:r>
        <w:t>Shared joy is joy doubled....shared sorrow is sorrow halved.</w:t>
      </w:r>
      <w:r>
        <w:br/>
      </w:r>
      <w:r>
        <w:t>Smile....be happy !!</w:t>
      </w:r>
      <w:r>
        <w:br/>
      </w:r>
      <w:r>
        <w:t>Smile....it confuses people !!</w:t>
      </w:r>
      <w:r>
        <w:br/>
      </w:r>
      <w:r>
        <w:t>Some pursue happiness....Others create it !!</w:t>
      </w:r>
      <w:r>
        <w:br/>
      </w:r>
      <w:r>
        <w:t>The key to success is happiness.</w:t>
      </w:r>
      <w:r>
        <w:br/>
      </w:r>
      <w:r>
        <w:t>The time to be happy is now !!</w:t>
      </w:r>
      <w:r>
        <w:br/>
      </w:r>
      <w:r>
        <w:t>The wildflowers of happiness are often found in the woods of difficulty.</w:t>
      </w:r>
      <w:r>
        <w:br/>
      </w:r>
      <w:r>
        <w:t>True happiness lies not in having everything you want, but rather in enjoying everything you have !!</w:t>
      </w:r>
    </w:p>
    <w:p>
      <w:pPr>
        <w:pStyle w:val="Heading2"/>
      </w:pPr>
      <w:r>
        <w:t>Inspiration</w:t>
      </w:r>
    </w:p>
    <w:p>
      <w:r>
        <w:t>A child's smile is like a ray of sunshine on a cloudy day.</w:t>
      </w:r>
    </w:p>
    <w:p>
      <w:r>
        <w:t>A giggle a day keeps the glums away.</w:t>
      </w:r>
    </w:p>
    <w:p>
      <w:r>
        <w:t>A humful sort of day</w:t>
      </w:r>
    </w:p>
    <w:p>
      <w:r>
        <w:t>A Kiss a Day keeps the meanies away.</w:t>
      </w:r>
    </w:p>
    <w:p>
      <w:r>
        <w:t>And on the 6th day-God created woman</w:t>
      </w:r>
    </w:p>
    <w:p>
      <w:r>
        <w:t>Angels help us spread our wings and fly</w:t>
      </w:r>
    </w:p>
    <w:p>
      <w:r>
        <w:t>As pretty as watching Daisies Bloom</w:t>
      </w:r>
    </w:p>
    <w:p>
      <w:r>
        <w:t>Celebrate the Little Things</w:t>
      </w:r>
    </w:p>
    <w:p>
      <w:r>
        <w:t>Childhood is...that wonderful time of life when all you need to do to lose weight is to bathe.</w:t>
      </w:r>
    </w:p>
    <w:p>
      <w:r>
        <w:t>Cleaning house with children is like shoveling while it snows</w:t>
      </w:r>
    </w:p>
    <w:p>
      <w:r>
        <w:t>Don't put off until tomorrow what must be enjoyed today.</w:t>
      </w:r>
    </w:p>
    <w:p>
      <w:r>
        <w:t>Don't wait until you're pushing up Daisies..buy now!!</w:t>
      </w:r>
    </w:p>
    <w:p>
      <w:r>
        <w:t>Formula for a successful vacation: Take half as many clothes as you'll think you will need</w:t>
      </w:r>
    </w:p>
    <w:p>
      <w:r>
        <w:t>I don't do mornings!</w:t>
      </w:r>
    </w:p>
    <w:p>
      <w:r>
        <w:t>If you can imagine it, You can achieve it. If you can dream it, You can become it.</w:t>
      </w:r>
    </w:p>
    <w:p>
      <w:r>
        <w:t>In a Mountain Greenery, where God Paints the Scenery.</w:t>
      </w:r>
    </w:p>
    <w:p>
      <w:r>
        <w:t>Life began in the Garden.</w:t>
      </w:r>
    </w:p>
    <w:p>
      <w:r>
        <w:t>Life is full of shadows but the sunshine makes them all. -author unknown</w:t>
      </w:r>
    </w:p>
    <w:p>
      <w:r>
        <w:t>Life is like an ice cream cone, just when you think you've got it licked, it drips on you.</w:t>
      </w:r>
    </w:p>
    <w:p>
      <w:r>
        <w:t>Life's too short...Eat more Chocolate (note: this should be Southern Splash's motto!!!)</w:t>
      </w:r>
    </w:p>
    <w:p>
      <w:r>
        <w:t>Make Life a Celebration</w:t>
      </w:r>
    </w:p>
    <w:p>
      <w:r>
        <w:t>Making Memories</w:t>
      </w:r>
    </w:p>
    <w:p>
      <w:r>
        <w:t>Marriages are made in heaven. But then, so are thunder and lightning!</w:t>
      </w:r>
    </w:p>
    <w:p>
      <w:r>
        <w:t>Never drive faster than your guardian angel can fly!</w:t>
      </w:r>
    </w:p>
    <w:p>
      <w:r>
        <w:t>Never fear- Angels are near.</w:t>
      </w:r>
    </w:p>
    <w:p>
      <w:r>
        <w:t>One of life's greatest gifts is the opportunity to give.</w:t>
      </w:r>
    </w:p>
    <w:p>
      <w:r>
        <w:t>Smiles and cookies are the best kind of medicine</w:t>
      </w:r>
    </w:p>
    <w:p>
      <w:r>
        <w:t>TEAM--Together Each Accomplishes More</w:t>
      </w:r>
    </w:p>
    <w:p>
      <w:r>
        <w:t>The secret of life is not to do what you like, but to like what you do--American Proverb</w:t>
      </w:r>
    </w:p>
    <w:p>
      <w:r>
        <w:t>The Times of Our Lives</w:t>
      </w:r>
    </w:p>
    <w:p>
      <w:r>
        <w:t>The way to be happy is to made others happy.</w:t>
      </w:r>
    </w:p>
    <w:p>
      <w:r>
        <w:t>The world looks brighter from behind a smile.</w:t>
      </w:r>
    </w:p>
    <w:p>
      <w:r>
        <w:t>Those who plant seeds leave lasting memories.</w:t>
      </w:r>
    </w:p>
    <w:p>
      <w:r>
        <w:t>When life gives you lemons...make lemonade!</w:t>
      </w:r>
    </w:p>
    <w:p>
      <w:r>
        <w:t>2 teach + 2 touch lives= 4 ever</w:t>
      </w:r>
    </w:p>
    <w:p>
      <w:pPr>
        <w:pStyle w:val="Heading2"/>
      </w:pPr>
      <w:r>
        <w:t>Laughter</w:t>
      </w:r>
    </w:p>
    <w:p>
      <w:r>
        <w:t>A giggle a day keeps the glooms away !!</w:t>
      </w:r>
    </w:p>
    <w:p>
      <w:r>
        <w:t>A good sense of humor, a big dose of patience and a dash of humility and you will be rewarded many fold.</w:t>
      </w:r>
    </w:p>
    <w:p>
      <w:r>
        <w:t>a smile is a whisper of a laugh.</w:t>
      </w:r>
    </w:p>
    <w:p>
      <w:r>
        <w:t>Blessed are they who can laugh at themselves...for they will never cease to be amused.</w:t>
      </w:r>
    </w:p>
    <w:p>
      <w:r>
        <w:t>Every survival kit should include a sense of humor.</w:t>
      </w:r>
    </w:p>
    <w:p>
      <w:r>
        <w:t>Everyone laughs in the same language.</w:t>
      </w:r>
    </w:p>
    <w:p>
      <w:r>
        <w:t>He who laughs....lasts !!</w:t>
      </w:r>
    </w:p>
    <w:p>
      <w:r>
        <w:t>He who laughs last...doesn't catch on to the joke as fast.</w:t>
      </w:r>
    </w:p>
    <w:p>
      <w:r>
        <w:t>He who laughs last, laughs best !</w:t>
      </w:r>
    </w:p>
    <w:p>
      <w:r>
        <w:t>He who laughs last, thinks slowest !</w:t>
      </w:r>
    </w:p>
    <w:p>
      <w:r>
        <w:t>Humor is mankind's' greatest blessing.</w:t>
      </w:r>
    </w:p>
    <w:p>
      <w:r>
        <w:t>I knew I would look back at the tears and laugh but I never knew I would look back at the laughter and cry.</w:t>
      </w:r>
    </w:p>
    <w:p>
      <w:r>
        <w:t>Laugh alone and the world thinks you're an idiot.</w:t>
      </w:r>
    </w:p>
    <w:p>
      <w:r>
        <w:t>Laugh and the world laughs with you, snore and you sleep alone.</w:t>
      </w:r>
    </w:p>
    <w:p>
      <w:r>
        <w:t>Laughing helps....it's like jogging on the inside !!</w:t>
      </w:r>
    </w:p>
    <w:p>
      <w:r>
        <w:t>Laughter is a tranquilizer with no side effects.</w:t>
      </w:r>
    </w:p>
    <w:p>
      <w:r>
        <w:t>Laughter is good medicine.</w:t>
      </w:r>
    </w:p>
    <w:p>
      <w:r>
        <w:t>Laughter is the food of life--you need it to survive.</w:t>
      </w:r>
    </w:p>
    <w:p>
      <w:r>
        <w:t>Laughter is the gift of life--it enriches our souls.</w:t>
      </w:r>
    </w:p>
    <w:p>
      <w:r>
        <w:t>Laughter is the shortest distance between two people.</w:t>
      </w:r>
    </w:p>
    <w:p>
      <w:r>
        <w:t>Laughter is the sun that drives winter from your face.</w:t>
      </w:r>
    </w:p>
    <w:p>
      <w:r>
        <w:t>Laughter lightens the heart.  Laugh much !!</w:t>
      </w:r>
    </w:p>
    <w:p>
      <w:r>
        <w:t>Live well...laugh often...love much !!!</w:t>
      </w:r>
    </w:p>
    <w:p>
      <w:r>
        <w:t>Only you can prevent laughter !</w:t>
      </w:r>
    </w:p>
    <w:p>
      <w:r>
        <w:t>We do not stop laughing because we grow old;  we grow old because we stop laughing.</w:t>
      </w:r>
    </w:p>
    <w:p>
      <w:r>
        <w:t>What happens when the laughter stops?</w:t>
      </w:r>
    </w:p>
    <w:p>
      <w:r>
        <w:t>When it comes to laughing, there's no such thing as a sound barrier.</w:t>
      </w:r>
    </w:p>
    <w:p>
      <w:r>
        <w:t>You laugh at me because I'm different.  I laugh at you because you're all the same.</w:t>
      </w:r>
    </w:p>
    <w:p>
      <w:pPr>
        <w:pStyle w:val="Heading2"/>
      </w:pPr>
      <w:r>
        <w:t>Miscellaneous</w:t>
      </w:r>
    </w:p>
    <w:p>
      <w:r>
        <w:t>Where there's smoke there's fire, except when it's a cook out.</w:t>
      </w:r>
      <w:r>
        <w:br/>
      </w:r>
      <w:r>
        <w:t>People who think that they can run the earth should begin with a small garden.</w:t>
      </w:r>
      <w:r>
        <w:br/>
      </w:r>
      <w:r>
        <w:t>Remember one thing about democracy,  we can have anything we want</w:t>
      </w:r>
      <w:r>
        <w:br/>
      </w:r>
      <w:r>
        <w:t>and at the same time, we always end up with exactly what we deserve.</w:t>
      </w:r>
      <w:r>
        <w:br/>
      </w:r>
      <w:r>
        <w:t>Nature is an infinite sphere whose center is everywhere and whose circumference is nowhere.</w:t>
      </w:r>
      <w:r>
        <w:br/>
      </w:r>
      <w:r>
        <w:t>The trouble with fiction is that it makes too much sense, whereas reality never makes sense.</w:t>
      </w:r>
      <w:r>
        <w:br/>
      </w:r>
      <w:r>
        <w:t>A veterinarian is the only doctor who can diagnose without asking questions.</w:t>
      </w:r>
      <w:r>
        <w:br/>
      </w:r>
      <w:r>
        <w:t>Who sees the human face correctly:  the photographer, the mirror, or the painter?</w:t>
      </w:r>
      <w:r>
        <w:br/>
      </w:r>
      <w:r>
        <w:t>If it weren't for the last minute, a lot of things wouldn't get done.</w:t>
      </w:r>
      <w:r>
        <w:br/>
      </w:r>
      <w:r>
        <w:t>Things that matter most must never be at the mercy of things which matter least.</w:t>
      </w:r>
      <w:r>
        <w:br/>
      </w:r>
      <w:r>
        <w:t>What's right isn't always popular, what's popular isn't always right.</w:t>
      </w:r>
      <w:r>
        <w:br/>
      </w:r>
      <w:r>
        <w:t>In three words I can sum up everthing I've learned about life.  It goes on.</w:t>
      </w:r>
      <w:r>
        <w:br/>
      </w:r>
      <w:r>
        <w:t>No person was ever honored for what they received.  Honor has been the reward for what they gave.</w:t>
      </w:r>
      <w:r>
        <w:br/>
      </w:r>
      <w:r>
        <w:t>Middle age is when you don't care where you go just so long as you're home by ten.</w:t>
      </w:r>
      <w:r>
        <w:br/>
      </w:r>
      <w:r>
        <w:t>Parents are all alike: first they try to get children to walk and talk, and then they try to get them to sit down and shut up.</w:t>
      </w:r>
      <w:r>
        <w:br/>
      </w:r>
      <w:r>
        <w:t>Truth will rise above falsehood as oil above water.</w:t>
      </w:r>
      <w:r>
        <w:br/>
      </w:r>
      <w:r>
        <w:t>The immature person want to die nobly for a cause, while the mature person wants to live humbly for one.</w:t>
      </w:r>
      <w:r>
        <w:br/>
      </w:r>
      <w:r>
        <w:t>The founding fathers who introduced freedom of speech hadn't the remotest idea of what would be said today.</w:t>
      </w:r>
      <w:r>
        <w:br/>
      </w:r>
      <w:r>
        <w:t>You don't have to be an antique to appreciate them.</w:t>
      </w:r>
      <w:r>
        <w:br/>
      </w:r>
      <w:r>
        <w:t>Forty is the old age of youth; fifty the youth of old age.</w:t>
      </w:r>
      <w:r>
        <w:br/>
      </w:r>
      <w:r>
        <w:t>A small boy's definition of conscience: "Something that prompts you to tell your mother before your sister does."</w:t>
      </w:r>
      <w:r>
        <w:br/>
      </w:r>
      <w:r>
        <w:t>Nobody has ever thought out anything in the shower because it's too fast and too efficient.</w:t>
      </w:r>
      <w:r>
        <w:br/>
      </w:r>
      <w:r>
        <w:t>There are  millions of Americans who are clever and fearless, but the trouble is they are only four years old.</w:t>
      </w:r>
      <w:r>
        <w:br/>
      </w:r>
      <w:r>
        <w:t>Americans spend more money on chewing gum than on books; if you want to know the reason why, read some of the books.</w:t>
      </w:r>
      <w:r>
        <w:br/>
      </w:r>
      <w:r>
        <w:t>Proof is the bottom line for everyone.</w:t>
      </w:r>
      <w:r>
        <w:br/>
      </w:r>
      <w:r>
        <w:t>Freedom not to listen is sometimes even more precious a right than freedom of speech.</w:t>
      </w:r>
      <w:r>
        <w:br/>
      </w:r>
      <w:r>
        <w:t>Nothing improves the weather like calling off a picnic.</w:t>
      </w:r>
      <w:r>
        <w:br/>
      </w:r>
      <w:r>
        <w:t>Life is like a ten-speed bicycle.  Most of us have gears we never use.</w:t>
      </w:r>
      <w:r>
        <w:br/>
      </w:r>
      <w:r>
        <w:t>Summer is when you discover that the television show you missed last winter wasn't worth watching in the first place.</w:t>
      </w:r>
      <w:r>
        <w:br/>
      </w:r>
      <w:r>
        <w:t>Random events tend to occur in groups.</w:t>
      </w:r>
      <w:r>
        <w:br/>
      </w:r>
      <w:r>
        <w:t>A stumble may prevent a fall.</w:t>
      </w:r>
      <w:r>
        <w:br/>
      </w:r>
      <w:r>
        <w:t>If you're ever undecided about something, flip a coin; not so that chance will decide it for you,</w:t>
      </w:r>
      <w:r>
        <w:br/>
      </w:r>
      <w:r>
        <w:t>but because once that coin is in the air you'll suddenly know what you're hoping for.</w:t>
      </w:r>
      <w:r>
        <w:br/>
      </w:r>
      <w:r>
        <w:t>Some of the greatest gifts are unanswered prayers.</w:t>
      </w:r>
      <w:r>
        <w:br/>
      </w:r>
      <w:r>
        <w:t>You can always find what you're not looking for.</w:t>
      </w:r>
      <w:r>
        <w:br/>
      </w:r>
      <w:r>
        <w:t>A man is always master in his own house - at least the first year of his life.</w:t>
      </w:r>
      <w:r>
        <w:br/>
      </w:r>
      <w:r>
        <w:t>An empty stomach will not listen to anything.</w:t>
      </w:r>
      <w:r>
        <w:br/>
      </w:r>
      <w:r>
        <w:t>When ideas fail, words come in very handy.</w:t>
      </w:r>
      <w:r>
        <w:br/>
      </w:r>
      <w:r>
        <w:t>All human wisdom can be summed up in two words:  wait and hope.</w:t>
      </w:r>
      <w:r>
        <w:br/>
      </w:r>
      <w:r>
        <w:t>Heredity is something you believe in if you have a very bright child.</w:t>
      </w:r>
      <w:r>
        <w:br/>
      </w:r>
      <w:r>
        <w:t>The only person who listens to both sides of an argument is the person in the next apartment.</w:t>
      </w:r>
      <w:r>
        <w:br/>
      </w:r>
      <w:r>
        <w:t>Life is what happens to us while we are making other plans.</w:t>
      </w:r>
      <w:r>
        <w:br/>
      </w:r>
      <w:r>
        <w:t>There is only one thing as difficult as unscrambling an egg, that is unspreading a rumor.</w:t>
      </w:r>
      <w:r>
        <w:br/>
      </w:r>
      <w:r>
        <w:t>Words are the pen of the heart, but music is the pen of the soul.</w:t>
      </w:r>
      <w:r>
        <w:br/>
      </w:r>
      <w:r>
        <w:t>We're all only fragile threads, but what a tapestry we make.</w:t>
      </w:r>
      <w:r>
        <w:br/>
      </w:r>
      <w:r>
        <w:t>There would be fewer agruments if more of us tried to determine what's right instead of who's right.</w:t>
      </w:r>
      <w:r>
        <w:br/>
      </w:r>
      <w:r>
        <w:t>If you believe what you hear, you are probably eavesdropping.</w:t>
      </w:r>
      <w:r>
        <w:br/>
      </w:r>
      <w:r>
        <w:t>Drinka pinta milka day.</w:t>
      </w:r>
      <w:r>
        <w:br/>
      </w:r>
      <w:r>
        <w:t>In business, ther are four kinds of bees: queen bees, worker bees, drone, and consultant bees.</w:t>
      </w:r>
      <w:r>
        <w:br/>
      </w:r>
      <w:r>
        <w:t>Children are like wet cement.  Whatever falls on them makes an impression.</w:t>
      </w:r>
      <w:r>
        <w:br/>
      </w:r>
      <w:r>
        <w:t>The brook would lose it's song if the rocks were removed.</w:t>
      </w:r>
      <w:r>
        <w:br/>
      </w:r>
      <w:r>
        <w:t>Most people object to the speed of light - it comes too early in the morning.</w:t>
      </w:r>
      <w:r>
        <w:br/>
      </w:r>
      <w:r>
        <w:t>"Exercise" is such a dirty word in my household that whenever I even think of it, I wash my mouth out with chocolate.</w:t>
      </w:r>
      <w:r>
        <w:br/>
      </w:r>
      <w:r>
        <w:t>A small town is the place where a person with a black eye doesn't have to explain - everyone knows.</w:t>
      </w:r>
      <w:r>
        <w:br/>
      </w:r>
      <w:r>
        <w:t>Babies are nature's way of showing people what the world looks like at 2 a.m.</w:t>
      </w:r>
      <w:r>
        <w:br/>
      </w:r>
      <w:r>
        <w:t>The rooster isn't unpopular because he gets up early, it's because he has so much to say about it.</w:t>
      </w:r>
      <w:r>
        <w:br/>
      </w:r>
      <w:r>
        <w:t>Injustice anywhere is a threat to justice everywhere.</w:t>
      </w:r>
      <w:r>
        <w:br/>
      </w:r>
      <w:r>
        <w:t>Whoever says that money can't buy happiness doesn't know where to shop.</w:t>
      </w:r>
      <w:r>
        <w:br/>
      </w:r>
      <w:r>
        <w:t>Never put off until tomorrow what you can do the day after tomorrow.</w:t>
      </w:r>
      <w:r>
        <w:br/>
      </w:r>
      <w:r>
        <w:t>Thunder is just a noise; lightning does all the work.</w:t>
      </w:r>
      <w:r>
        <w:br/>
      </w:r>
      <w:r>
        <w:t>The only sure thing about luck is that it will change.</w:t>
      </w:r>
      <w:r>
        <w:br/>
      </w:r>
      <w:r>
        <w:t>If you can laugh at it, you can live with it.</w:t>
      </w:r>
      <w:r>
        <w:br/>
      </w:r>
      <w:r>
        <w:t>The biggest mistake you can make is to believe that you work for someone else.</w:t>
      </w:r>
      <w:r>
        <w:br/>
      </w:r>
      <w:r>
        <w:t>Many a teenager wonders what their parents were up to at their age that makes them so suspicious of them.</w:t>
      </w:r>
      <w:r>
        <w:br/>
      </w:r>
      <w:r>
        <w:t>A teacher teaches a student to teach himself.</w:t>
      </w:r>
      <w:r>
        <w:br/>
      </w:r>
      <w:r>
        <w:t>My Handprints</w:t>
      </w:r>
    </w:p>
    <w:p>
      <w:r>
        <w:t>My gift you see,</w:t>
      </w:r>
      <w:r>
        <w:br/>
      </w:r>
      <w:r>
        <w:t>Is part of me,</w:t>
      </w:r>
      <w:r>
        <w:br/>
      </w:r>
      <w:r>
        <w:t>That I want to share with you.</w:t>
      </w:r>
    </w:p>
    <w:p>
      <w:r>
        <w:t>So when I'm old,</w:t>
      </w:r>
      <w:r>
        <w:br/>
      </w:r>
      <w:r>
        <w:t>You won't need to be told,</w:t>
      </w:r>
      <w:r>
        <w:br/>
      </w:r>
      <w:r>
        <w:t>Of the days when I was two.</w:t>
      </w:r>
      <w:r>
        <w:br/>
      </w:r>
      <w:r>
        <w:t>Apple Pie</w:t>
      </w:r>
    </w:p>
    <w:p>
      <w:r>
        <w:t>Oh Lord, make me a child again,</w:t>
      </w:r>
      <w:r>
        <w:br/>
      </w:r>
      <w:r>
        <w:t>For one Sunday afternoon.</w:t>
      </w:r>
      <w:r>
        <w:br/>
      </w:r>
      <w:r>
        <w:t>Let me sit at my mother's table,</w:t>
      </w:r>
      <w:r>
        <w:br/>
      </w:r>
      <w:r>
        <w:t>On a summer's day in June.</w:t>
      </w:r>
    </w:p>
    <w:p>
      <w:r>
        <w:t>Let me smell once more the sizzling roast,</w:t>
      </w:r>
      <w:r>
        <w:br/>
      </w:r>
      <w:r>
        <w:t>Let me see it with my eye.</w:t>
      </w:r>
      <w:r>
        <w:br/>
      </w:r>
      <w:r>
        <w:t>Let me taste again the sheer delight</w:t>
      </w:r>
      <w:r>
        <w:br/>
      </w:r>
      <w:r>
        <w:t>Of Mom's homemade apple pie.</w:t>
      </w:r>
    </w:p>
    <w:p>
      <w:r>
        <w:t>Happy hearts and happy faces,</w:t>
      </w:r>
      <w:r>
        <w:br/>
      </w:r>
      <w:r>
        <w:t>Happy play in grassy places.</w:t>
      </w:r>
      <w:r>
        <w:br/>
      </w:r>
      <w:r>
        <w:t>A rose can say "I Love You",</w:t>
      </w:r>
      <w:r>
        <w:br/>
      </w:r>
      <w:r>
        <w:t>Orchids can enthrall,</w:t>
      </w:r>
      <w:r>
        <w:br/>
      </w:r>
      <w:r>
        <w:t>But a weed bouquet in a chubby fist</w:t>
      </w:r>
      <w:r>
        <w:br/>
      </w:r>
      <w:r>
        <w:t>Oh my, that says it all.</w:t>
      </w:r>
      <w:r>
        <w:br/>
      </w:r>
      <w:r>
        <w:t>If only we knew, as we later do</w:t>
      </w:r>
      <w:r>
        <w:br/>
      </w:r>
      <w:r>
        <w:t>That these years are the best.</w:t>
      </w:r>
      <w:r>
        <w:br/>
      </w:r>
      <w:r>
        <w:t>If only we knew, as we later do</w:t>
      </w:r>
      <w:r>
        <w:br/>
      </w:r>
      <w:r>
        <w:t>Our childhood years are blessed.</w:t>
      </w:r>
    </w:p>
    <w:p>
      <w:r>
        <w:t>How Do I Love You?</w:t>
      </w:r>
      <w:r>
        <w:br/>
      </w:r>
      <w:r>
        <w:t>How do I love you?</w:t>
      </w:r>
      <w:r>
        <w:br/>
      </w:r>
      <w:r>
        <w:t>Let me count the ways;</w:t>
      </w:r>
      <w:r>
        <w:br/>
      </w:r>
      <w:r>
        <w:t>I love you on your very best</w:t>
      </w:r>
      <w:r>
        <w:br/>
      </w:r>
      <w:r>
        <w:t>And very worst of days.</w:t>
      </w:r>
    </w:p>
    <w:p>
      <w:r>
        <w:t>I love to see you laughing</w:t>
      </w:r>
      <w:r>
        <w:br/>
      </w:r>
      <w:r>
        <w:t>And dancing in the rain,</w:t>
      </w:r>
      <w:r>
        <w:br/>
      </w:r>
      <w:r>
        <w:t>And even if you make a mess</w:t>
      </w:r>
      <w:r>
        <w:br/>
      </w:r>
      <w:r>
        <w:t>I love you just the same.</w:t>
      </w:r>
    </w:p>
    <w:p>
      <w:r>
        <w:t>I love to hear you sing,</w:t>
      </w:r>
      <w:r>
        <w:br/>
      </w:r>
      <w:r>
        <w:t>I love to see you smile,</w:t>
      </w:r>
      <w:r>
        <w:br/>
      </w:r>
      <w:r>
        <w:t>I love the way you take each day</w:t>
      </w:r>
      <w:r>
        <w:br/>
      </w:r>
      <w:r>
        <w:t>In your own unhurried style.</w:t>
      </w:r>
    </w:p>
    <w:p>
      <w:r>
        <w:t>I'm happy when you're happy</w:t>
      </w:r>
      <w:r>
        <w:br/>
      </w:r>
      <w:r>
        <w:t>I'm sorry when you're sad</w:t>
      </w:r>
      <w:r>
        <w:br/>
      </w:r>
      <w:r>
        <w:t>And even though it may not show</w:t>
      </w:r>
      <w:r>
        <w:br/>
      </w:r>
      <w:r>
        <w:t>I love you when you're bad.</w:t>
      </w:r>
    </w:p>
    <w:p>
      <w:r>
        <w:t>I love to watch you sleeping</w:t>
      </w:r>
      <w:r>
        <w:br/>
      </w:r>
      <w:r>
        <w:t>Tucked away in dreams</w:t>
      </w:r>
      <w:r>
        <w:br/>
      </w:r>
      <w:r>
        <w:t>I love to hear you whisper</w:t>
      </w:r>
      <w:r>
        <w:br/>
      </w:r>
      <w:r>
        <w:t>All your future hopes and dreams.</w:t>
      </w:r>
    </w:p>
    <w:p>
      <w:r>
        <w:t>I love to watch you play</w:t>
      </w:r>
      <w:r>
        <w:br/>
      </w:r>
      <w:r>
        <w:t>And all your silly ways</w:t>
      </w:r>
      <w:r>
        <w:br/>
      </w:r>
      <w:r>
        <w:t>I'm sure you'll never know</w:t>
      </w:r>
      <w:r>
        <w:br/>
      </w:r>
      <w:r>
        <w:t>How much I love you more each day.</w:t>
      </w:r>
    </w:p>
    <w:p>
      <w:r>
        <w:t>How do I love you?</w:t>
      </w:r>
      <w:r>
        <w:br/>
      </w:r>
      <w:r>
        <w:t>It's impossible to say;</w:t>
      </w:r>
      <w:r>
        <w:br/>
      </w:r>
      <w:r>
        <w:t>For if I had a million days</w:t>
      </w:r>
      <w:r>
        <w:br/>
      </w:r>
      <w:r>
        <w:t>And time enough for all the praise</w:t>
      </w:r>
      <w:r>
        <w:br/>
      </w:r>
      <w:r>
        <w:t>I couldn't tell you all the ways</w:t>
      </w:r>
      <w:r>
        <w:br/>
      </w:r>
      <w:r>
        <w:t>I love you.</w:t>
      </w:r>
      <w:r>
        <w:br/>
      </w:r>
      <w:r>
        <w:t>From small beginnings come great things.</w:t>
      </w:r>
      <w:r>
        <w:br/>
      </w:r>
      <w:r>
        <w:t>We never know the love of our parents for us until we become parents.</w:t>
      </w:r>
      <w:r>
        <w:br/>
      </w:r>
      <w:r>
        <w:t>Cleaning your house while the kids are still growing is like shoveling the walk before it stops snowing.</w:t>
      </w:r>
      <w:r>
        <w:br/>
      </w:r>
      <w:r>
        <w:t>Children are God's way of telling you tomorrow is beautiful.</w:t>
      </w:r>
      <w:r>
        <w:br/>
      </w:r>
      <w:r>
        <w:t>Happy hearts and happy faces,</w:t>
      </w:r>
      <w:r>
        <w:br/>
      </w:r>
      <w:r>
        <w:t>Happy play in grassy places,</w:t>
      </w:r>
      <w:r>
        <w:br/>
      </w:r>
      <w:r>
        <w:t>That was how, in ancient ages,</w:t>
      </w:r>
      <w:r>
        <w:br/>
      </w:r>
      <w:r>
        <w:t>Children grew to kings and sages.</w:t>
      </w:r>
      <w:r>
        <w:br/>
      </w:r>
      <w:r>
        <w:t>The laughter of a child is the light of a house.</w:t>
      </w:r>
      <w:r>
        <w:br/>
      </w:r>
      <w:r>
        <w:t>Children look at the world with their perfect little hearts.</w:t>
      </w:r>
      <w:r>
        <w:br/>
      </w:r>
      <w:r>
        <w:t>What feeling is so nice as a child's hand in yours? So small, so soft and warm, like a kitten huddling in the shelter of your clasp.</w:t>
      </w:r>
      <w:r>
        <w:br/>
      </w:r>
      <w:r>
        <w:t>Childhood will be gone before you know it. The fingerprints on the wall appear higher and higher. Then suddenly they disappear.</w:t>
      </w:r>
      <w:r>
        <w:br/>
      </w:r>
      <w:r>
        <w:t>My children are in two places --on my nerves and in my heart.</w:t>
      </w:r>
      <w:r>
        <w:br/>
      </w:r>
      <w:r>
        <w:t>Believe in children. There is faith in their eyes, love in their eyes, love in their touch, kindness in their gestures. Thrill with them at life's big and small moments...hold them close.</w:t>
      </w:r>
      <w:r>
        <w:br/>
      </w:r>
      <w:r>
        <w:t>Mothers, touch your children,</w:t>
      </w:r>
      <w:r>
        <w:br/>
      </w:r>
      <w:r>
        <w:t>Fathers, hug them tight,</w:t>
      </w:r>
      <w:r>
        <w:br/>
      </w:r>
      <w:r>
        <w:t>Let them know you love them</w:t>
      </w:r>
      <w:r>
        <w:br/>
      </w:r>
      <w:r>
        <w:t>Morning, noon, and night.</w:t>
      </w:r>
      <w:r>
        <w:br/>
      </w:r>
      <w:r>
        <w:t>When the voices of children</w:t>
      </w:r>
      <w:r>
        <w:br/>
      </w:r>
      <w:r>
        <w:t>Are heard on the green</w:t>
      </w:r>
      <w:r>
        <w:br/>
      </w:r>
      <w:r>
        <w:t>And laughing is heard on the hill,</w:t>
      </w:r>
      <w:r>
        <w:br/>
      </w:r>
      <w:r>
        <w:t>My heart is at rest within my breast</w:t>
      </w:r>
      <w:r>
        <w:br/>
      </w:r>
      <w:r>
        <w:t>And everything else is still.</w:t>
      </w:r>
      <w:r>
        <w:br/>
      </w:r>
      <w:r>
        <w:t>Walking</w:t>
      </w:r>
      <w:r>
        <w:br/>
      </w:r>
      <w:r>
        <w:t>Walking walking walking walking,</w:t>
      </w:r>
      <w:r>
        <w:br/>
      </w:r>
      <w:r>
        <w:t>Seems so easy now,</w:t>
      </w:r>
      <w:r>
        <w:br/>
      </w:r>
      <w:r>
        <w:t>But I remember when I was small,</w:t>
      </w:r>
      <w:r>
        <w:br/>
      </w:r>
      <w:r>
        <w:t>And I did not know how.</w:t>
      </w:r>
    </w:p>
    <w:p>
      <w:r>
        <w:t>I would take two steps and then fall down,</w:t>
      </w:r>
      <w:r>
        <w:br/>
      </w:r>
      <w:r>
        <w:t>And bump my bottom on the ground,</w:t>
      </w:r>
      <w:r>
        <w:br/>
      </w:r>
      <w:r>
        <w:t>My dad would say, "That's okay,"</w:t>
      </w:r>
      <w:r>
        <w:br/>
      </w:r>
      <w:r>
        <w:t>"Try some more another day."</w:t>
      </w:r>
    </w:p>
    <w:p>
      <w:r>
        <w:t>I would take two steps and then two more,</w:t>
      </w:r>
      <w:r>
        <w:br/>
      </w:r>
      <w:r>
        <w:t>And fall down on the kitchen floor,</w:t>
      </w:r>
      <w:r>
        <w:br/>
      </w:r>
      <w:r>
        <w:t>But up I'd stand, dust my hands,</w:t>
      </w:r>
      <w:r>
        <w:br/>
      </w:r>
      <w:r>
        <w:t>And tell myself I know I can.</w:t>
      </w:r>
      <w:r>
        <w:br/>
      </w:r>
      <w:r>
        <w:t>Fingerprints</w:t>
      </w:r>
      <w:r>
        <w:br/>
      </w:r>
      <w:r>
        <w:t>Sometimes you get discouraged</w:t>
      </w:r>
      <w:r>
        <w:br/>
      </w:r>
      <w:r>
        <w:t>Because I am so small</w:t>
      </w:r>
      <w:r>
        <w:br/>
      </w:r>
      <w:r>
        <w:t>And always leave my fingerprints</w:t>
      </w:r>
      <w:r>
        <w:br/>
      </w:r>
      <w:r>
        <w:t>On furniture and walls</w:t>
      </w:r>
      <w:r>
        <w:br/>
      </w:r>
      <w:r>
        <w:t>But every day I'm growing</w:t>
      </w:r>
      <w:r>
        <w:br/>
      </w:r>
      <w:r>
        <w:t>I'll be grown up some day</w:t>
      </w:r>
      <w:r>
        <w:br/>
      </w:r>
      <w:r>
        <w:t>And all those tiny handprints</w:t>
      </w:r>
      <w:r>
        <w:br/>
      </w:r>
      <w:r>
        <w:t>Will surely fade away</w:t>
      </w:r>
      <w:r>
        <w:br/>
      </w:r>
      <w:r>
        <w:t>So here's a final handprint</w:t>
      </w:r>
      <w:r>
        <w:br/>
      </w:r>
      <w:r>
        <w:t>Just so you can recall</w:t>
      </w:r>
      <w:r>
        <w:br/>
      </w:r>
      <w:r>
        <w:t>Exactly how my fingers looked</w:t>
      </w:r>
      <w:r>
        <w:br/>
      </w:r>
      <w:r>
        <w:t>When I was very small.</w:t>
      </w:r>
      <w:r>
        <w:br/>
      </w:r>
      <w:r>
        <w:t>Patience</w:t>
      </w:r>
      <w:r>
        <w:br/>
      </w:r>
      <w:r>
        <w:t>Give me patience when little hands,</w:t>
      </w:r>
      <w:r>
        <w:br/>
      </w:r>
      <w:r>
        <w:t>Tug at me with small demands,</w:t>
      </w:r>
      <w:r>
        <w:br/>
      </w:r>
      <w:r>
        <w:t>Give me gentle words and smiling eyes</w:t>
      </w:r>
      <w:r>
        <w:br/>
      </w:r>
      <w:r>
        <w:t>And keep my lips from sharp replies,</w:t>
      </w:r>
      <w:r>
        <w:br/>
      </w:r>
      <w:r>
        <w:t>So in years to come when my house is still</w:t>
      </w:r>
      <w:r>
        <w:br/>
      </w:r>
      <w:r>
        <w:t>Beautiful memories it's rooms may fill.</w:t>
      </w:r>
      <w:r>
        <w:br/>
      </w:r>
      <w:r>
        <w:t>After Forty It's A Matter Of Maintenance</w:t>
      </w:r>
    </w:p>
    <w:p>
      <w:r>
        <w:t>Any Man Can Be A Father, But It Takes Someone Special To Be A Daddy</w:t>
      </w:r>
    </w:p>
    <w:p>
      <w:r>
        <w:t>Anyone Can Drive A Car. But It Takes Someone Special To Drive A School Bus</w:t>
      </w:r>
    </w:p>
    <w:p>
      <w:r>
        <w:t>The Best Antiques Are Old Friends</w:t>
      </w:r>
    </w:p>
    <w:p>
      <w:r>
        <w:t>Cat Lovers Are PURRfect</w:t>
      </w:r>
    </w:p>
    <w:p>
      <w:r>
        <w:t>A Clean House Is A Sign Of A Misspent Life</w:t>
      </w:r>
    </w:p>
    <w:p>
      <w:r>
        <w:t>Countless Number Of People Have Eaten In This Kitchen and  Gone On To Lead Normal Lives</w:t>
      </w:r>
    </w:p>
    <w:p>
      <w:r>
        <w:t>A Daughter Is A Little Girl Who Grows Up To Be Your Friend</w:t>
      </w:r>
    </w:p>
    <w:p>
      <w:r>
        <w:t>Dinner Will Be Ready When You Hear The Smoke Alarm Go Off</w:t>
      </w:r>
    </w:p>
    <w:p>
      <w:r>
        <w:t>Don't Criticize Your Wife's judgment - Look Who She Married</w:t>
      </w:r>
    </w:p>
    <w:p>
      <w:r>
        <w:t>Don't Criticize The Coffee - You May Be Old And Weak Yourself Someday</w:t>
      </w:r>
    </w:p>
    <w:p>
      <w:r>
        <w:t>Don't Mess With The Cook’s Buns</w:t>
      </w:r>
    </w:p>
    <w:p>
      <w:r>
        <w:t>Don't Worry About A Little Gray Hare</w:t>
      </w:r>
    </w:p>
    <w:p>
      <w:r>
        <w:t>Forty Isn't Old If You're A Tree</w:t>
      </w:r>
    </w:p>
    <w:p>
      <w:r>
        <w:t>A Grandma Fills The World With Love</w:t>
      </w:r>
    </w:p>
    <w:p>
      <w:r>
        <w:t>A Grandpa Is A Special Friend</w:t>
      </w:r>
    </w:p>
    <w:p>
      <w:r>
        <w:t>Housework Is The Crabgrass In The Lawn Of Life</w:t>
      </w:r>
    </w:p>
    <w:p>
      <w:r>
        <w:t>Husband And Cat Missing…. Reward For Cat</w:t>
      </w:r>
    </w:p>
    <w:p>
      <w:r>
        <w:t>Husband And Dog Missing… Reward For Dog</w:t>
      </w:r>
    </w:p>
    <w:p>
      <w:r>
        <w:t>I Cook With Wine, Sometimes I Even Put It In The Food</w:t>
      </w:r>
    </w:p>
    <w:p>
      <w:r>
        <w:t>I Don't Do Mornings</w:t>
      </w:r>
    </w:p>
    <w:p>
      <w:r>
        <w:t>I Hate Four Letter Words... Like Cook, Bake, Dust, and Wash</w:t>
      </w:r>
    </w:p>
    <w:p>
      <w:r>
        <w:t>I Like My Bifocals, My Dentures Fit Me Fine, My Hearing Aid Is Perfect,  But Lord I Miss My Mind.</w:t>
      </w:r>
    </w:p>
    <w:p>
      <w:r>
        <w:t>If Daddy Ain't Happy, Who Cares</w:t>
      </w:r>
    </w:p>
    <w:p>
      <w:r>
        <w:t>If I Had Known Grandchildren Were So Much Fun, I Would Have Had Them First</w:t>
      </w:r>
    </w:p>
    <w:p>
      <w:r>
        <w:t>If Mama Ain't Happy, Ain't Nobody Happy</w:t>
      </w:r>
    </w:p>
    <w:p>
      <w:r>
        <w:t>If Men Are God's Gift To Women, Then God Must Love Gag Gifts</w:t>
      </w:r>
    </w:p>
    <w:p>
      <w:r>
        <w:t>If You Don't Like My Standard of Cooking... Lower Your Standards</w:t>
      </w:r>
    </w:p>
    <w:p>
      <w:r>
        <w:t>In The Cookies of Life, Good Friends Are The Chocolate Chips</w:t>
      </w:r>
    </w:p>
    <w:p>
      <w:r>
        <w:t>Men Are Only Good For One Thing, But  How Often Do You Have To Parallel Park?</w:t>
      </w:r>
    </w:p>
    <w:p>
      <w:r>
        <w:t>A Messy Kitchen Is A Happy Kitchen And This Kitchen Is Delirious</w:t>
      </w:r>
    </w:p>
    <w:p>
      <w:r>
        <w:t>Mom, Somebody Called From Somewhere And Said To Call Back</w:t>
      </w:r>
    </w:p>
    <w:p>
      <w:r>
        <w:t>A Mother Is A Special Friend</w:t>
      </w:r>
    </w:p>
    <w:p>
      <w:r>
        <w:t>No Husband Has Ever Been Shot While Doing The Dishes</w:t>
      </w:r>
    </w:p>
    <w:p>
      <w:r>
        <w:t>The Only Thing Better Than A Good Friend Is  A Good Friend With A Bag Of M&amp;Ms</w:t>
      </w:r>
    </w:p>
    <w:p>
      <w:r>
        <w:t>A Sister Is A Friend</w:t>
      </w:r>
    </w:p>
    <w:p>
      <w:r>
        <w:t>Teachers Are Special People</w:t>
      </w:r>
    </w:p>
    <w:p>
      <w:r>
        <w:t>This House Is Cleaned Every Three Months Whether It Needs It Or Not</w:t>
      </w:r>
    </w:p>
    <w:p>
      <w:r>
        <w:t>Three Reasons For Being A Teacher... June, July &amp; August</w:t>
      </w:r>
    </w:p>
    <w:p>
      <w:r>
        <w:t>To A Friend's House, The Road Is Short</w:t>
      </w:r>
    </w:p>
    <w:p>
      <w:r>
        <w:t>Today’s Menu: Two Choices - Take it or Leave it</w:t>
      </w:r>
    </w:p>
    <w:p>
      <w:r>
        <w:t>When Sweetness Fails And Tears Don't Work… Bitch!</w:t>
      </w:r>
    </w:p>
    <w:p>
      <w:r>
        <w:t>A Woman's Place Is In The Mall</w:t>
      </w:r>
    </w:p>
    <w:p>
      <w:r>
        <w:t>You Know You're Old When "Getting A Little Action" Means  Your Prune Juice Is Working</w:t>
      </w:r>
    </w:p>
    <w:p>
      <w:r>
        <w:t>Your Friendship Is The Nicest Gift Of All</w:t>
      </w:r>
    </w:p>
    <w:p>
      <w:r>
        <w:t>All Moms are Working Mothers</w:t>
      </w:r>
    </w:p>
    <w:p>
      <w:r>
        <w:t>Anyone Who Says Money Can't Buy Happiness Doesn’t Know Where to Shop</w:t>
      </w:r>
    </w:p>
    <w:p>
      <w:r>
        <w:t>An Aunt is a Special Friend</w:t>
      </w:r>
    </w:p>
    <w:p>
      <w:r>
        <w:t>Chance Made Us Neighbors, Hearts Made Us Friends</w:t>
      </w:r>
    </w:p>
    <w:p>
      <w:r>
        <w:t>Daughter-In-Law...You Are The Love Of My Son's Life and Also My Friend</w:t>
      </w:r>
    </w:p>
    <w:p>
      <w:r>
        <w:t>Dust is a Protective Covering</w:t>
      </w:r>
    </w:p>
    <w:p>
      <w:r>
        <w:t>Dogs Come When They're Called, Cats Take a Message and Get Back To You</w:t>
      </w:r>
    </w:p>
    <w:p>
      <w:r>
        <w:t>Friendship is One of Life's Greatest Treasures (with picture of cherries)</w:t>
      </w:r>
    </w:p>
    <w:p>
      <w:r>
        <w:t>God Bless My Microwave</w:t>
      </w:r>
    </w:p>
    <w:p>
      <w:r>
        <w:t>Guess What I Made for Dinner...Reservations</w:t>
      </w:r>
    </w:p>
    <w:p>
      <w:r>
        <w:t>Happiness is Being Married to Your Best Friend</w:t>
      </w:r>
    </w:p>
    <w:p>
      <w:r>
        <w:t>Help Keep the Kitchen Clean - Eat Out (with picture of cherries)</w:t>
      </w:r>
    </w:p>
    <w:p>
      <w:r>
        <w:t>Housework Done Properly Can Kill You</w:t>
      </w:r>
    </w:p>
    <w:p>
      <w:r>
        <w:t>I Can't Be Overdrawn, I Still Have Some Checks</w:t>
      </w:r>
    </w:p>
    <w:p>
      <w:r>
        <w:t>I Didn't Intend to Do a Thing Today and So Far I'm Right on Schedule</w:t>
      </w:r>
    </w:p>
    <w:p>
      <w:r>
        <w:t>If You Don't Believe the Dead Come Back to Life,  You Should Be Here at Quitting Time</w:t>
      </w:r>
    </w:p>
    <w:p>
      <w:r>
        <w:t>Just When a Mother Thinks Her Work is Done She Becomes a Grandmother</w:t>
      </w:r>
    </w:p>
    <w:p>
      <w:r>
        <w:t>Life is Like an Ice Cream Cone...Just When You Think You've Got It Licked,  It Drips on You</w:t>
      </w:r>
    </w:p>
    <w:p>
      <w:r>
        <w:t>My Next Husband Will Be Normal</w:t>
      </w:r>
    </w:p>
    <w:p>
      <w:r>
        <w:t>Neighbors are Friends Nearby</w:t>
      </w:r>
    </w:p>
    <w:p>
      <w:r>
        <w:t>Never Try To Teach a Pig To Sing, It Wastes Your Time and Annoys the Pig</w:t>
      </w:r>
    </w:p>
    <w:p>
      <w:r>
        <w:t>One Beautiful Person and One Old Grouch Live Here</w:t>
      </w:r>
    </w:p>
    <w:p>
      <w:r>
        <w:t>Our Hearts Are Next Door Neighbors Though Our Homes Are Miles Apart</w:t>
      </w:r>
    </w:p>
    <w:p>
      <w:r>
        <w:t>Show Me a House That's Excruciatingly Clean, and I'll Show You an Older, Female Relative About To Visit It</w:t>
      </w:r>
    </w:p>
    <w:p>
      <w:r>
        <w:t>Some Mornings I Wake Up Grouchy, Other Mornings I Let Him Sleep</w:t>
      </w:r>
    </w:p>
    <w:p>
      <w:r>
        <w:t>Someday We'll Look Back On All This and Laugh Our Buns Off</w:t>
      </w:r>
    </w:p>
    <w:p>
      <w:r>
        <w:t>Teacher's Motto: When All Else Fails, Pray For a Fire Drill</w:t>
      </w:r>
    </w:p>
    <w:p>
      <w:r>
        <w:t>Time Will Pass and We May Part, But True Friends Stay Close at Heart</w:t>
      </w:r>
    </w:p>
    <w:p>
      <w:r>
        <w:t>What Part of No Don't You Understand?</w:t>
      </w:r>
    </w:p>
    <w:p>
      <w:r>
        <w:t>Working For the Lord Doesn't Pay Much but the Retirement Plan is  Out of This World</w:t>
      </w:r>
    </w:p>
    <w:p>
      <w:r>
        <w:t>Mother-In-Law: How Lucky We Are, How Fortunate We've Been, That You Are His Mother, And Also My Friend</w:t>
      </w:r>
    </w:p>
    <w:p>
      <w:r>
        <w:t>My Family Eats From The 3 Basic Food Groups - Frozen, Canned, And Take Out</w:t>
      </w:r>
    </w:p>
    <w:p>
      <w:r>
        <w:t>You Are All We Hoped A Son-In-Law Would Be -  A Very Special Member Of Our Family</w:t>
      </w:r>
    </w:p>
    <w:p>
      <w:r>
        <w:t>Motherhood Is Not For Wimps</w:t>
      </w:r>
    </w:p>
    <w:p>
      <w:r>
        <w:t>If Everything Is Coming Your Way, You're Probably In The Wrong Lane</w:t>
      </w:r>
    </w:p>
    <w:p>
      <w:r>
        <w:t>At My Age Happy Hour Is Naptime</w:t>
      </w:r>
    </w:p>
    <w:p>
      <w:r>
        <w:t>Every Problem Has Its Price But If You Worry About It You Pay Double</w:t>
      </w:r>
    </w:p>
    <w:p>
      <w:r>
        <w:t>My Goal In Life Is To Weigh What My Driver's License Says I Do</w:t>
      </w:r>
    </w:p>
    <w:p>
      <w:r>
        <w:t>Dad - A Son's First Hero, A Daughter's First Love</w:t>
      </w:r>
    </w:p>
    <w:p>
      <w:r>
        <w:t>You Know You're In Trouble When You Look Like  The Picture On Your Driver's License</w:t>
      </w:r>
    </w:p>
    <w:p>
      <w:r>
        <w:t>I Never Repeat Gossip So Listen Carefully The First Time</w:t>
      </w:r>
    </w:p>
    <w:p>
      <w:r>
        <w:t>Money Isn't Everything But It Sure Keeps The Children In Touch</w:t>
      </w:r>
    </w:p>
    <w:p>
      <w:r>
        <w:t>The Secret To Staying Young Is To Find An Age You Really Like  And Stick With It</w:t>
      </w:r>
    </w:p>
    <w:p>
      <w:r>
        <w:t>Middle Age Is When You Choose Your Cereal For The Fiber, Not The Toy</w:t>
      </w:r>
    </w:p>
    <w:p>
      <w:r>
        <w:t>I've Been On A Diet For Two Weeks And So Far All I've Lost Is Fourteen Days</w:t>
      </w:r>
    </w:p>
    <w:p>
      <w:r>
        <w:t>The Opinions Expressed By The Husband Of This House</w:t>
      </w:r>
    </w:p>
    <w:p>
      <w:r>
        <w:t>Are Not Necessarily Those Of The Management</w:t>
      </w:r>
    </w:p>
    <w:p>
      <w:r>
        <w:t>Count Your Age By Friends Not Years - Happy Birthday</w:t>
      </w:r>
    </w:p>
    <w:p>
      <w:r>
        <w:t>Life Is Uncertain, Eat Dessert First</w:t>
      </w:r>
    </w:p>
    <w:p>
      <w:r>
        <w:t>If This Is The First Day Of The Rest Of My Life, I'm In A Lot Of Trouble</w:t>
      </w:r>
    </w:p>
    <w:p>
      <w:r>
        <w:t>If God Had Meant Us To Be Thin, He Wouldn't Have Created Chocolate</w:t>
      </w:r>
    </w:p>
    <w:p>
      <w:r>
        <w:t>Thank You For Being So Thoughtful</w:t>
      </w:r>
    </w:p>
    <w:p>
      <w:r>
        <w:t>A Brother Is A Special Friend</w:t>
      </w:r>
    </w:p>
    <w:p>
      <w:r>
        <w:t>You're A Son To Be Proud Of</w:t>
      </w:r>
    </w:p>
    <w:p>
      <w:r>
        <w:t>Good Times With Good Friends Make The Best Memories</w:t>
      </w:r>
    </w:p>
    <w:p>
      <w:r>
        <w:t>Call Your Mother!</w:t>
      </w:r>
    </w:p>
    <w:p>
      <w:r>
        <w:t>Sailing - The Fine Art of Getting Wet And Becoming ill While Slowly Going Nowhere At Great Expense</w:t>
      </w:r>
    </w:p>
    <w:p>
      <w:r>
        <w:t>Hunters Will Do Anything For A Buck</w:t>
      </w:r>
    </w:p>
    <w:p>
      <w:r>
        <w:t>Tennis Is My Racquet</w:t>
      </w:r>
    </w:p>
    <w:p>
      <w:r>
        <w:t>Bowlers Love To Strike Out</w:t>
      </w:r>
    </w:p>
    <w:p>
      <w:r>
        <w:t>(Golf) If It Goes Right It's A Slice, If It Goes Left It's A Hook, If It Goes Straight It's A Miracle</w:t>
      </w:r>
    </w:p>
    <w:p>
      <w:r>
        <w:t>(Golf) I Usually Play Golf In the 70's, When It Gets Colder Than That, I Quit</w:t>
      </w:r>
    </w:p>
    <w:p>
      <w:r>
        <w:t>(Fishing) Wanted - Good Woman Who Can: Cook, Sew, Clean Fish, Has Boat And Motor - Send Photo Of Boat And Motor!</w:t>
      </w:r>
    </w:p>
    <w:p>
      <w:r>
        <w:t>Fisherman's Creed: Early To Bed, Early To Rise, Fish All Day, Make Up Lies</w:t>
      </w:r>
    </w:p>
    <w:p>
      <w:r>
        <w:t>Music Teachers Give Sound Advice</w:t>
      </w:r>
    </w:p>
    <w:p>
      <w:r>
        <w:t>If Love Can't Cure It, Nurses Can</w:t>
      </w:r>
    </w:p>
    <w:p>
      <w:r>
        <w:t>And On The Eighth Day God Created Firefighters</w:t>
      </w:r>
    </w:p>
    <w:p>
      <w:r>
        <w:t>And On The Eighth Day God Created Police Officers</w:t>
      </w:r>
    </w:p>
    <w:p>
      <w:r>
        <w:t>And On The Eighth Day God Created EMS Personnel</w:t>
      </w:r>
    </w:p>
    <w:p>
      <w:r>
        <w:t>World's Greatest Secretary</w:t>
      </w:r>
    </w:p>
    <w:p>
      <w:r>
        <w:t>A Good Hair Stylist Is A Shear Delight</w:t>
      </w:r>
    </w:p>
    <w:p>
      <w:r>
        <w:t>(Garage Sales) My Husband Says If I Go To One More Garage Sale He'll Leave Me... I'll Miss Him</w:t>
      </w:r>
    </w:p>
    <w:p>
      <w:r>
        <w:t>After Fifty It's Patch, Patch, Patch</w:t>
      </w:r>
    </w:p>
    <w:p>
      <w:r>
        <w:t>Thanks For Not Smoking</w:t>
      </w:r>
    </w:p>
    <w:p>
      <w:r>
        <w:t>Left-Handers Are The Only People In Their Right Minds</w:t>
      </w:r>
    </w:p>
    <w:p>
      <w:r>
        <w:t>Nurses Can Really Take The Pressure!</w:t>
      </w:r>
    </w:p>
    <w:p>
      <w:r>
        <w:t>Godmothers Are A Special Blessing From God</w:t>
      </w:r>
    </w:p>
    <w:p>
      <w:r>
        <w:t>Happiness Is Yelling BINGO</w:t>
      </w:r>
    </w:p>
    <w:p>
      <w:r>
        <w:t>Volunteers Take The Time To Lend A Helping Hand</w:t>
      </w:r>
    </w:p>
    <w:p>
      <w:r>
        <w:t>I Get My Exercise From Spectator Sports!</w:t>
      </w:r>
    </w:p>
    <w:p>
      <w:r>
        <w:t>Retirement Is A Full-Time Job</w:t>
      </w:r>
    </w:p>
    <w:p>
      <w:r>
        <w:t>Laugh And The World Laughs With You, Snore And You Sleep Alone!</w:t>
      </w:r>
    </w:p>
    <w:p>
      <w:r>
        <w:t>I'm At The Age When The Gray-Haired Person I Help Across The Street Is My Spouse</w:t>
      </w:r>
    </w:p>
    <w:p>
      <w:r>
        <w:t>A man's home is his castle until the queen arrives</w:t>
      </w:r>
    </w:p>
    <w:p>
      <w:r>
        <w:t>A Granddaughter Fills Our Lives With Joy, Our Hearts With Love</w:t>
      </w:r>
    </w:p>
    <w:p>
      <w:r>
        <w:t>Take Time To Enjoy The Simple Things</w:t>
      </w:r>
    </w:p>
    <w:p>
      <w:r>
        <w:t>Over The Hill? I Don't Remember Any Hill</w:t>
      </w:r>
    </w:p>
    <w:p>
      <w:r>
        <w:t>If You Were Not My Sister-In-Law, You Would Still Be My Good Friend</w:t>
      </w:r>
    </w:p>
    <w:p>
      <w:r>
        <w:t>When I was a kid I could toast marshmallows over my birthday candles. Now I could roast a turkey</w:t>
      </w:r>
    </w:p>
    <w:p>
      <w:r>
        <w:t>Nobody notices what  I do... until I don't do it</w:t>
      </w:r>
    </w:p>
    <w:p>
      <w:r>
        <w:t>Men are like Beanie Babies... They're cheap, their heads are mushy, and the really cute ones are hard to find</w:t>
      </w:r>
    </w:p>
    <w:p>
      <w:r>
        <w:t>I'd Like To Live Life In The Fast Lane But I'm Married To A Speed Bump</w:t>
      </w:r>
    </w:p>
    <w:p>
      <w:r>
        <w:t>When Mom Says No ... Call 1-800-Grandma</w:t>
      </w:r>
    </w:p>
    <w:p>
      <w:r>
        <w:t>A Hug Is A Great Gift-One Size Fits All And It's Easy To Exchange</w:t>
      </w:r>
    </w:p>
    <w:p>
      <w:r>
        <w:t>Grandchildren spoiled here!</w:t>
      </w:r>
    </w:p>
    <w:p>
      <w:r>
        <w:t>It Sure Does Make The Day Long When You Get To work On Time!</w:t>
      </w:r>
    </w:p>
    <w:p>
      <w:r>
        <w:t>A Husband Is Someone Who Takes Out The Trash And Gives The Impression He Just Cleaned The whole House</w:t>
      </w:r>
    </w:p>
    <w:p>
      <w:r>
        <w:t>I Only Feel Stress At Two Times-Day and Night!</w:t>
      </w:r>
    </w:p>
    <w:p>
      <w:r>
        <w:t>My Idea Of Exercise Is A Good Brisk Sit!</w:t>
      </w:r>
    </w:p>
    <w:p>
      <w:r>
        <w:t>Direction in my life means deciding which road to take to the mall</w:t>
      </w:r>
    </w:p>
    <w:p>
      <w:r>
        <w:t>I’ll Stop Procrastinating ... Tomorrow!</w:t>
      </w:r>
    </w:p>
    <w:p>
      <w:r>
        <w:t>I Wanted It All ... I Was A Fool!</w:t>
      </w:r>
    </w:p>
    <w:p>
      <w:r>
        <w:t>I've been shopping all my life and still have nothing to wear</w:t>
      </w:r>
    </w:p>
    <w:p>
      <w:r>
        <w:t>I can only please one person per day. Today is not your day. Tomorrow is not looking good either</w:t>
      </w:r>
    </w:p>
    <w:p>
      <w:r>
        <w:t>Lying about my age is easier now since I sometimes forget what it is</w:t>
      </w:r>
    </w:p>
    <w:p>
      <w:r>
        <w:t>Give your troubles to God...  He'll be up all night anyway</w:t>
      </w:r>
    </w:p>
    <w:p>
      <w:r>
        <w:t>My idea of roughing it is when room service is late!</w:t>
      </w:r>
    </w:p>
    <w:p>
      <w:r>
        <w:t>If we are what we eat, then I'm easy, fast, and cheap.</w:t>
      </w:r>
    </w:p>
    <w:p>
      <w:r>
        <w:t>Carrot cake counts as a serving of vegetables.</w:t>
      </w:r>
    </w:p>
    <w:p>
      <w:r>
        <w:t>If you want breakfast in bed, sleep in the kitchen.</w:t>
      </w:r>
    </w:p>
    <w:p>
      <w:r>
        <w:t>You can eat off my floor ... there are crumbs everywhere!</w:t>
      </w:r>
    </w:p>
    <w:p>
      <w:r>
        <w:t>You know you're having a bad day when you feel like the morning after and you haven't been anywhere</w:t>
      </w:r>
    </w:p>
    <w:p>
      <w:r>
        <w:t>Shopping:  The fine art of acquiring things you don't need with money you don't have.</w:t>
      </w:r>
    </w:p>
    <w:p>
      <w:r>
        <w:t>A balanced diet is a cookie in each hand.</w:t>
      </w:r>
    </w:p>
    <w:p>
      <w:r>
        <w:t>I have one nerve left, and you're getting on it!</w:t>
      </w:r>
    </w:p>
    <w:p>
      <w:r>
        <w:t>Some people like to spend ... others like to save ...  unfortunately they tend to marry each other!</w:t>
      </w:r>
    </w:p>
    <w:p>
      <w:r>
        <w:t>I have enough money to last me the rest of my life ... unless I buy something!</w:t>
      </w:r>
    </w:p>
    <w:p>
      <w:r>
        <w:t>You need to diet when you're voted most likely to blot out the sun!</w:t>
      </w:r>
    </w:p>
    <w:p>
      <w:r>
        <w:t>You know you're over the hill when the only whistles you get are from the tea kettle.</w:t>
      </w:r>
    </w:p>
    <w:p>
      <w:r>
        <w:t>Whenever I feel like cleaning, I lie down until the feeling goes away.</w:t>
      </w:r>
    </w:p>
    <w:p>
      <w:r>
        <w:t>Chocolate - it's not just for breakfast anymore.</w:t>
      </w:r>
    </w:p>
    <w:p>
      <w:r>
        <w:t>Women don't work as long and hard as men ... they do it right the first time.</w:t>
      </w:r>
    </w:p>
    <w:p>
      <w:r>
        <w:t>If I had known I was going to live this long,  I would have taken better care of myself.</w:t>
      </w:r>
    </w:p>
    <w:p>
      <w:r>
        <w:t>Good men are like martians -  you hear a lot about them, but you've never really seen one.</w:t>
      </w:r>
    </w:p>
    <w:p>
      <w:r>
        <w:t>Men make all the important decisions ... Women decide what's important.</w:t>
      </w:r>
    </w:p>
    <w:p>
      <w:r>
        <w:t>Team effort: A lot of people doing what I say</w:t>
      </w:r>
    </w:p>
    <w:p>
      <w:r>
        <w:t>Give a man an inch and he thinks he's a ruler</w:t>
      </w:r>
    </w:p>
    <w:p>
      <w:r>
        <w:t>Please! Do not touch the top of the refrigerator ...  important dust-settling measurement in progress!</w:t>
      </w:r>
    </w:p>
    <w:p>
      <w:r>
        <w:t>School days are the happiest days of your life, provided of course,  your kids are old enough to go.</w:t>
      </w:r>
    </w:p>
    <w:p>
      <w:r>
        <w:t>The kids were allergic to the cat, so we gave away the kids.</w:t>
      </w:r>
    </w:p>
    <w:p>
      <w:r>
        <w:t>Give a man a fish and you can feed him for a day,  teach a man to fish and you can get rid of him every weekend.</w:t>
      </w:r>
    </w:p>
    <w:p>
      <w:r>
        <w:t>The perfect man ... he's quiet, he's sweet, and if he gives you any touble,  you can bite off his head (With picture of gingerbread man)</w:t>
      </w:r>
    </w:p>
    <w:p>
      <w:r>
        <w:t>My wife says I never listen to her ... at least I think that's what she said.</w:t>
      </w:r>
    </w:p>
    <w:p>
      <w:r>
        <w:t>I yell because I care!</w:t>
      </w:r>
    </w:p>
    <w:p>
      <w:r>
        <w:t>I'm not bossy - I just have great ideas!</w:t>
      </w:r>
    </w:p>
    <w:p>
      <w:r>
        <w:t>Leftovers: food stored in the refrigerator until it's old enough to be thrown away.</w:t>
      </w:r>
    </w:p>
    <w:p>
      <w:r>
        <w:t>Deadline for all complaints was yesterday.</w:t>
      </w:r>
    </w:p>
    <w:p>
      <w:r>
        <w:t>Organized people are just too lazy to look for things.</w:t>
      </w:r>
    </w:p>
    <w:p>
      <w:r>
        <w:t>You'll always be my best friend - you know too much.</w:t>
      </w:r>
    </w:p>
    <w:p>
      <w:r>
        <w:t>Historical marker - in this room on June 30, 1971  a marital argument was won by the man of the house.</w:t>
      </w:r>
    </w:p>
    <w:p>
      <w:r>
        <w:t>Since I've used all my sick days, I'm in dead.</w:t>
      </w:r>
    </w:p>
    <w:p>
      <w:r>
        <w:t>The queen doesn't cook.</w:t>
      </w:r>
    </w:p>
    <w:p>
      <w:r>
        <w:t>House rules - this is my house and I make the rules  Thou shalt not weigh more than thy refrigerator.</w:t>
      </w:r>
    </w:p>
    <w:p>
      <w:r>
        <w:t>I can always tell a well-informed person, his views are the same as mine.</w:t>
      </w:r>
    </w:p>
    <w:p>
      <w:r>
        <w:t>If God had wanted me to touch my toes, He would have put them on my knees.</w:t>
      </w:r>
    </w:p>
    <w:p>
      <w:r>
        <w:t>The man who can smile when things go wrong  has probably thought of someone he can blame it on.</w:t>
      </w:r>
    </w:p>
    <w:p>
      <w:r>
        <w:t>Some people are so narrow-minded their ears rub together.</w:t>
      </w:r>
    </w:p>
    <w:p>
      <w:r>
        <w:t>The last time I cooked this ... hardly anyone got sick.</w:t>
      </w:r>
    </w:p>
    <w:p>
      <w:r>
        <w:t>I do my work at the same time each day ... the last minute!</w:t>
      </w:r>
    </w:p>
    <w:p>
      <w:r>
        <w:t>I love you more today than yesterday ... yesterday you really got on my nerves!</w:t>
      </w:r>
    </w:p>
    <w:p>
      <w:r>
        <w:t>Gardeners know the best dirt!</w:t>
      </w:r>
    </w:p>
    <w:p>
      <w:r>
        <w:t>When life goes to pieces, try quilting.</w:t>
      </w:r>
    </w:p>
    <w:p>
      <w:r>
        <w:t>Good friends are like fine quilts -  they seem to age with you, yet they never lose their warmth.</w:t>
      </w:r>
    </w:p>
    <w:p>
      <w:r>
        <w:t>Enjoy the little things,  for one day you may look back and realize they were the big things.</w:t>
      </w:r>
    </w:p>
    <w:p>
      <w:r>
        <w:t>When someone you love becomes a memory, the memory becomes a treasure.</w:t>
      </w:r>
    </w:p>
    <w:p>
      <w:r>
        <w:t>I'm not jogging for health reasons -  my thighs rubbed together so much it caught my underwear on fire.</w:t>
      </w:r>
    </w:p>
    <w:p>
      <w:r>
        <w:t>There's nothing wrong with me a little ice cream won't fix.</w:t>
      </w:r>
    </w:p>
    <w:p>
      <w:r>
        <w:t>A woman who is looking for a husband never had one.</w:t>
      </w:r>
    </w:p>
    <w:p>
      <w:r>
        <w:t>If you're smoking in this house, you'd better be on fire.</w:t>
      </w:r>
    </w:p>
    <w:p>
      <w:r>
        <w:t>Home is where you keep your stuff while you're out getting more stuff.</w:t>
      </w:r>
    </w:p>
    <w:p>
      <w:r>
        <w:t>I want it all and I want it delivered.</w:t>
      </w:r>
    </w:p>
    <w:p>
      <w:r>
        <w:t>All I ask is that you treat me no differently than you would the queen.</w:t>
      </w:r>
    </w:p>
    <w:p>
      <w:r>
        <w:t>Blessed are they who can laugh at themselves  for they shall never cease to be amused.</w:t>
      </w:r>
    </w:p>
    <w:p>
      <w:r>
        <w:t>And thou shall have dominion over all the beasts - except, of course, for cats.</w:t>
      </w:r>
    </w:p>
    <w:p>
      <w:r>
        <w:t>Don't try to get on my good side - I don't have one.</w:t>
      </w:r>
    </w:p>
    <w:p>
      <w:r>
        <w:t>I believe in miracles ... keeping this place clean is one of them.</w:t>
      </w:r>
    </w:p>
    <w:p>
      <w:r>
        <w:t>If you are grouchy, irritable, or just plain mean,  there will be a $10 charge for putting up with you.</w:t>
      </w:r>
    </w:p>
    <w:p>
      <w:r>
        <w:t>Setting a good example for your children takes all the fun out of life.</w:t>
      </w:r>
    </w:p>
    <w:p>
      <w:r>
        <w:t>It's not an empty nest until they get their stuff out of the basement</w:t>
      </w:r>
    </w:p>
    <w:p>
      <w:r>
        <w:t>I'm a golf widow. My husband wouldn't stop playing golf so I had to kill him.</w:t>
      </w:r>
    </w:p>
    <w:p>
      <w:r>
        <w:t>In my next life, I'm going to have more memory installed.</w:t>
      </w:r>
    </w:p>
    <w:p>
      <w:r>
        <w:t>God put me on earth to accomplish a certain number of tasks.  As of today I am so far behind, I will never die.</w:t>
      </w:r>
    </w:p>
    <w:p>
      <w:r>
        <w:t>I've always wanted to be somebody. I guess I just wasn't specific enough.</w:t>
      </w:r>
    </w:p>
    <w:p>
      <w:r>
        <w:t>Be nice to your kids - they pick your nursing home.</w:t>
      </w:r>
    </w:p>
    <w:p>
      <w:r>
        <w:t>I love to hear those three little words - let's eat out.</w:t>
      </w:r>
    </w:p>
    <w:p>
      <w:r>
        <w:t>My next house will have no kitchen -just vending machines.</w:t>
      </w:r>
    </w:p>
    <w:p>
      <w:r>
        <w:t>If I could choose from all the mothers in the world, Mom, I'd choose you.</w:t>
      </w:r>
    </w:p>
    <w:p>
      <w:r>
        <w:t>Families are like quilts -  lives pieced together, stitched with memories, and bound by love.</w:t>
      </w:r>
    </w:p>
    <w:p>
      <w:r>
        <w:t>Friends listen with their hearts.</w:t>
      </w:r>
    </w:p>
    <w:p>
      <w:r>
        <w:t>An angel's work is never done.</w:t>
      </w:r>
    </w:p>
    <w:p>
      <w:pPr>
        <w:pStyle w:val="Heading2"/>
      </w:pPr>
      <w:r>
        <w:t>Quotes</w:t>
      </w:r>
    </w:p>
    <w:p>
      <w:r>
        <w:t>”Charm is a way of getting the answer yes without having any clear question.” -Albert Camus</w:t>
      </w:r>
    </w:p>
    <w:p>
      <w:r>
        <w:t>"The world today doesn't make sense, so why should I paint pictures that do?" -Picasso</w:t>
      </w:r>
    </w:p>
    <w:p>
      <w:r>
        <w:t>“Most look up and admire the stars. A champion climbs a mountain and grabs one.”  -Unknown</w:t>
      </w:r>
    </w:p>
    <w:p>
      <w:r>
        <w:t>"You never know when you are making a memory." -Rickie Lee Jones</w:t>
      </w:r>
    </w:p>
    <w:p>
      <w:r>
        <w:t>"A cloudy day is no match for a sunny disposition." - William Arthur Ward</w:t>
      </w:r>
    </w:p>
    <w:p>
      <w:r>
        <w:t>"If you obey all the rules, you miss all the fun." ~Katherine Hepburn</w:t>
      </w:r>
    </w:p>
    <w:p>
      <w:r>
        <w:t>"Wisdom begins in wonder.” ~ Socrates</w:t>
      </w:r>
    </w:p>
    <w:p>
      <w:r>
        <w:t>“A friend is someone who knows all about you and loves you just them same."-Elbert Hubbard</w:t>
      </w:r>
    </w:p>
    <w:p>
      <w:r>
        <w:t>"A friend may well be reckoned the masterpiece of nature." -Ralph Waldo Emerson"</w:t>
      </w:r>
    </w:p>
    <w:p>
      <w:r>
        <w:t>“A perfect example of minority rule is a baby in the house." --Milwaukee Journal</w:t>
      </w:r>
    </w:p>
    <w:p>
      <w:r>
        <w:t>"A Picture shows me at a glance what it takes dozens of pages of a book to expound" --Ivan Turgenev, 1862</w:t>
      </w:r>
    </w:p>
    <w:p>
      <w:r>
        <w:t>"A true friend is the best possession." -Benjamin Franklin</w:t>
      </w:r>
    </w:p>
    <w:p>
      <w:r>
        <w:t>"At Christmas, play and make good cheer, for Christmas comes but once a year." -Thomas Tusser</w:t>
      </w:r>
    </w:p>
    <w:p>
      <w:r>
        <w:t>"Baby's fishing for a dream, Fishing near and far, His line a silver moonbeam is, Hi bait a silver star."--Alice C.D. Riley</w:t>
      </w:r>
    </w:p>
    <w:p>
      <w:r>
        <w:t>"Babies are always more trouble than you thought- and more wonderful."--Charles Osgood</w:t>
      </w:r>
    </w:p>
    <w:p>
      <w:r>
        <w:t>"Children in a family are like flowers in a bouquet. There's always one determined to face in an opposite direction from the way the arranger desires." - Marcelene Cox</w:t>
      </w:r>
    </w:p>
    <w:p>
      <w:r>
        <w:t>"Don't accept your dog's admiration as conclusive evidence that you are wonderful."- Ann Landers</w:t>
      </w:r>
    </w:p>
    <w:p>
      <w:r>
        <w:t>“Don't forget to love yourself.” -Soren Kierkegaard</w:t>
      </w:r>
    </w:p>
    <w:p>
      <w:r>
        <w:t>"Don't marry anybody unless when you're around them your heart goes 'potato, potato, potato,' and your mind also thinks it's the right thing to do." -Janet Reno</w:t>
      </w:r>
    </w:p>
    <w:p>
      <w:r>
        <w:t>" Every baby born into the world is a finer one than the last."--Charles Dickens</w:t>
      </w:r>
    </w:p>
    <w:p>
      <w:r>
        <w:t>"Every time a bell rings an angel gets its wings." - Zoozoo in "It's a Wonderful Life."</w:t>
      </w:r>
    </w:p>
    <w:p>
      <w:r>
        <w:t>"For years I wanted to be older, and now I am." - Margaret Atwood</w:t>
      </w:r>
    </w:p>
    <w:p>
      <w:r>
        <w:t>"From birth to age 18, a girl needs good parents. From 18 to 25, she needs good looks. From 35 to 55, a woman needs personality. And from 55 on, the old lady needs cash." --Kathleen Norris</w:t>
      </w:r>
    </w:p>
    <w:p>
      <w:r>
        <w:t>Hands to work, hearts to God. --Shaker saying</w:t>
      </w:r>
    </w:p>
    <w:p>
      <w:r>
        <w:t>"Having a baby is like falling in love again, both with your husband and your child." --Tina Brown</w:t>
      </w:r>
    </w:p>
    <w:p>
      <w:r>
        <w:t>"If you can't get people to listen to you, tell them it's confidential." - Farmers Digest</w:t>
      </w:r>
    </w:p>
    <w:p>
      <w:r>
        <w:t>"I don't care to belong to any club that will accept me a member." - Groucho Marx</w:t>
      </w:r>
    </w:p>
    <w:p>
      <w:r>
        <w:t>“Lord, grant that I may always desire more than I can accomplish."- Michalangelo</w:t>
      </w:r>
    </w:p>
    <w:p>
      <w:r>
        <w:t>"Monday is an awful way to spend one-seventh of your life." -MG Gregory</w:t>
      </w:r>
    </w:p>
    <w:p>
      <w:r>
        <w:t>"Nobody can conceive or imgine all the wonders there are unseen and unseeable in the world." - Francis P. Church</w:t>
      </w:r>
    </w:p>
    <w:p>
      <w:r>
        <w:t>"...one is closer to God in a garden than in anyplace on earth..."</w:t>
      </w:r>
    </w:p>
    <w:p>
      <w:r>
        <w:t>"Sleep, baby, sleep! Thy father's watching the ship, Thy mother's shaking the dreamland tree, And down drops a little dream for thee...Sleep, baby, sleep."--Elizabeth Prentiss -Cradle Song</w:t>
      </w:r>
    </w:p>
    <w:p>
      <w:r>
        <w:t>"Small cheer and great welcome makes a merry feast"- William Shakespeare</w:t>
      </w:r>
    </w:p>
    <w:p>
      <w:r>
        <w:t>"Sow good services; Sweet remembrances will grow from them." --Madame de Stael</w:t>
      </w:r>
    </w:p>
    <w:p>
      <w:r>
        <w:t>"Supercalifragilisticexpialidocious" - Mary Poppins</w:t>
      </w:r>
    </w:p>
    <w:p>
      <w:r>
        <w:t>"The love of learning, the sequestered nooks, and all the sweet serenity of books."-- Longfellow</w:t>
      </w:r>
    </w:p>
    <w:p>
      <w:r>
        <w:t>"The moon like a flower in heaven's high bower, With silent delight, sits and smiles on the night."--William Blake</w:t>
      </w:r>
    </w:p>
    <w:p>
      <w:r>
        <w:t>"The one absolutely unselfish friend that man can have in this selfish world is his dog." --George Vest</w:t>
      </w:r>
    </w:p>
    <w:p>
      <w:r>
        <w:t>"The past is just the beginning of a beginning. "- H.G. Wells</w:t>
      </w:r>
    </w:p>
    <w:p>
      <w:r>
        <w:t>"The values of a man's life is in direct proportion to his commitment to excellence." - Tom Landry (coach- Dallas Cowboys)</w:t>
      </w:r>
    </w:p>
    <w:p>
      <w:r>
        <w:t>There's only one pretty baby in the world, and every mother has it.--Proverb</w:t>
      </w:r>
    </w:p>
    <w:p>
      <w:r>
        <w:t>"Things may come to those who wait, but only the things left by those who hustle." -Abraham Lincoln</w:t>
      </w:r>
    </w:p>
    <w:p>
      <w:r>
        <w:t>''Tis now the very witching time of night."-Shakespeare.</w:t>
      </w:r>
    </w:p>
    <w:p>
      <w:r>
        <w:t>"To sleep, Perchance to Dream." – Shakespeare</w:t>
      </w:r>
    </w:p>
    <w:p>
      <w:r>
        <w:t>Love thy neighbor as thyself, but choose your neighborhood. -- Louise Beal</w:t>
      </w:r>
    </w:p>
    <w:p>
      <w:r>
        <w:t>I used to be indecisive but now I'm not sure.</w:t>
      </w:r>
    </w:p>
    <w:p>
      <w:r>
        <w:t>We are going to have peace even if we have to fight for it. --Dwight D. Eisenhower</w:t>
      </w:r>
    </w:p>
    <w:p>
      <w:r>
        <w:t>"We never know the love of our parents for us until we become parents." -Henry Ward Beecher</w:t>
      </w:r>
    </w:p>
    <w:p>
      <w:r>
        <w:t>" Where children are, there is the Golden Age." --Novalis</w:t>
      </w:r>
    </w:p>
    <w:p>
      <w:r>
        <w:t>"You miss 100 percent of the shots you never take." - Wayne Gretzky</w:t>
      </w:r>
    </w:p>
    <w:p>
      <w:r>
        <w:t>"You only live once- but if you work it right, once is enough." - Joe E. Lewis</w:t>
      </w:r>
    </w:p>
    <w:p>
      <w:pPr>
        <w:pStyle w:val="Heading2"/>
      </w:pPr>
      <w:r>
        <w:t>Smiles</w:t>
      </w:r>
    </w:p>
    <w:p>
      <w:r>
        <w:t>A smile can brighten the darkest day.</w:t>
      </w:r>
    </w:p>
    <w:p>
      <w:r>
        <w:t>A smile is a curve that sets things straight.</w:t>
      </w:r>
    </w:p>
    <w:p>
      <w:r>
        <w:t>A smile is a frown turned upside down.</w:t>
      </w:r>
    </w:p>
    <w:p>
      <w:r>
        <w:t>A smile is a whisper of a laugh.</w:t>
      </w:r>
    </w:p>
    <w:p>
      <w:r>
        <w:t>A smile is a language understood by all persons.</w:t>
      </w:r>
    </w:p>
    <w:p>
      <w:r>
        <w:t>A smile is an inexpensive way to change your looks.</w:t>
      </w:r>
    </w:p>
    <w:p>
      <w:r>
        <w:t>A smile is something that you use when your happy. A smile is something that tells your happy. A smile is something that a guy sometimes makes on your face then a kiss on the lips so your smile will grow.</w:t>
      </w:r>
    </w:p>
    <w:p>
      <w:r>
        <w:t>A smile is something you can't give away....it always comes back to you.</w:t>
      </w:r>
    </w:p>
    <w:p>
      <w:r>
        <w:t>A smile is the light in the window of the soul...indicating that the heart is at home.</w:t>
      </w:r>
    </w:p>
    <w:p>
      <w:r>
        <w:t>A smile is the light in the window of your face that tells people you're at home.</w:t>
      </w:r>
    </w:p>
    <w:p>
      <w:r>
        <w:t>Always remember to be  happy because you never know who's falling in love with your smile.</w:t>
      </w:r>
    </w:p>
    <w:p>
      <w:r>
        <w:t>Angels know that if you smile it is infectious.</w:t>
      </w:r>
    </w:p>
    <w:p>
      <w:r>
        <w:t>Cooperation is doing with a smile what you have to do anyway.</w:t>
      </w:r>
    </w:p>
    <w:p>
      <w:r>
        <w:t>Don't frown...you never know who could be admiring your smile.</w:t>
      </w:r>
    </w:p>
    <w:p>
      <w:r>
        <w:t>Don't interpret this smile as happiness... it's insanity !</w:t>
      </w:r>
    </w:p>
    <w:p>
      <w:r>
        <w:t>Everyone smiles in the same language.</w:t>
      </w:r>
    </w:p>
    <w:p>
      <w:r>
        <w:t>Go with a smile....</w:t>
      </w:r>
    </w:p>
    <w:p>
      <w:r>
        <w:t>Keep smiling...because it makes them wonder what you're up to ~!!</w:t>
      </w:r>
    </w:p>
    <w:p>
      <w:r>
        <w:t>I smile because I have no idea what's going on !!</w:t>
      </w:r>
    </w:p>
    <w:p>
      <w:r>
        <w:t>If I had a star for every time you made me smile I would be holding the night sky in my hand!</w:t>
      </w:r>
    </w:p>
    <w:p>
      <w:r>
        <w:t>If life deals you a lemon...squeeze out a smile.</w:t>
      </w:r>
    </w:p>
    <w:p>
      <w:r>
        <w:t>If you see someone without a smile, give them one of yours.</w:t>
      </w:r>
    </w:p>
    <w:p>
      <w:r>
        <w:t>It takes 72 muscles to frown...only 14 to smile !!</w:t>
      </w:r>
    </w:p>
    <w:p>
      <w:r>
        <w:t>Put a smile on your face...make the world all better</w:t>
      </w:r>
    </w:p>
    <w:p>
      <w:r>
        <w:t>Smile and the world will smile with you !!</w:t>
      </w:r>
    </w:p>
    <w:p>
      <w:r>
        <w:t>Smile....be happy !!</w:t>
      </w:r>
    </w:p>
    <w:p>
      <w:r>
        <w:t>Smile...it increases your face value...!!</w:t>
      </w:r>
    </w:p>
    <w:p>
      <w:r>
        <w:t>Smile.....it makes people wonder what you're thinking!</w:t>
      </w:r>
    </w:p>
    <w:p>
      <w:r>
        <w:t>Smile...it makes other people wonder what you're up to !</w:t>
      </w:r>
    </w:p>
    <w:p>
      <w:r>
        <w:t>Smiling is infectious, You can catch it like the flu. When someone smiled at me today, And I started smiling too.</w:t>
      </w:r>
      <w:r>
        <w:br/>
      </w:r>
      <w:r>
        <w:t>I passed around the corner, When someone saw my grin. He started smiling, And I realized I passed it onto him.</w:t>
      </w:r>
      <w:r>
        <w:br/>
      </w:r>
      <w:r>
        <w:t>I thought about that smile, Then I realized its worth. A single smile, just like mine, Could travel 'round the earth!</w:t>
      </w:r>
      <w:r>
        <w:br/>
      </w:r>
      <w:r>
        <w:t>So if you feel a smile begin, Don't leave it undetected. Let's start and epidemic quick, And get the world infected! (Author Unknown)</w:t>
      </w:r>
    </w:p>
    <w:p>
      <w:r>
        <w:t>Smiles makes one's life much longer.</w:t>
      </w:r>
    </w:p>
    <w:p>
      <w:r>
        <w:t>Smile....Sunshine is good for your teeth !</w:t>
      </w:r>
    </w:p>
    <w:p>
      <w:r>
        <w:t>Smile...the second best thing you can do  with your mouth.</w:t>
      </w:r>
    </w:p>
    <w:p>
      <w:r>
        <w:t>SMILE…..Turn that frown upside down !</w:t>
      </w:r>
    </w:p>
    <w:p>
      <w:r>
        <w:t>Some people just grin and bear it, while others smile and change it.</w:t>
      </w:r>
    </w:p>
    <w:p>
      <w:r>
        <w:t>Someone, somewhere dream of your smile. And while thinking of you....says life is worthwhile. So when you are lonely...remember it's true, Someone somewhere....is thinking of you.</w:t>
      </w:r>
    </w:p>
    <w:p>
      <w:r>
        <w:t>The shortest distance between two people is a smile !!</w:t>
      </w:r>
    </w:p>
    <w:p>
      <w:r>
        <w:t>To receive a smile....give one away !</w:t>
      </w:r>
    </w:p>
    <w:p>
      <w:r>
        <w:t>When Irish eyes are smiling....They're usually "UP" to something !!"</w:t>
      </w:r>
    </w:p>
    <w:p>
      <w:pPr>
        <w:pStyle w:val="Heading2"/>
      </w:pPr>
      <w:r>
        <w:t>Bonus – Things I Learned From…</w:t>
      </w:r>
    </w:p>
    <w:p>
      <w:r>
        <w:t>Things I learned from my cat</w:t>
      </w:r>
    </w:p>
    <w:p>
      <w:r>
        <w:t>Curiosity never killed anything, except maybe a few hours.</w:t>
      </w:r>
      <w:r>
        <w:br/>
      </w:r>
      <w:r>
        <w:t>Variety is the spice of life:</w:t>
      </w:r>
    </w:p>
    <w:p>
      <w:r>
        <w:t>one day ignore people, the next annoy them.</w:t>
      </w:r>
      <w:r>
        <w:br/>
      </w:r>
      <w:r>
        <w:t>Climb your way to the top,</w:t>
      </w:r>
      <w:r>
        <w:br/>
      </w:r>
      <w:r>
        <w:t>thats why the drapes are there.</w:t>
      </w:r>
      <w:r>
        <w:br/>
      </w:r>
      <w:r>
        <w:t>If you're not receiving enough attention,</w:t>
      </w:r>
      <w:r>
        <w:br/>
      </w:r>
      <w:r>
        <w:t>try knocking over some very expensive antique.</w:t>
      </w:r>
      <w:r>
        <w:br/>
      </w:r>
      <w:r>
        <w:t>When eating out, think nothing of sending</w:t>
      </w:r>
      <w:r>
        <w:br/>
      </w:r>
      <w:r>
        <w:t>back your meal twenty or thirty times.</w:t>
      </w:r>
      <w:r>
        <w:br/>
      </w:r>
      <w:r>
        <w:t>When in doubt, cop an attitude.</w:t>
      </w:r>
      <w:r>
        <w:br/>
      </w:r>
      <w:r>
        <w:t>Make your mark on the world, or at least spray each corner.</w:t>
      </w:r>
      <w:r>
        <w:br/>
      </w:r>
      <w:r>
        <w:t>Never sleep alone when you can sleep on someone's face.</w:t>
      </w:r>
      <w:r>
        <w:br/>
      </w:r>
      <w:r>
        <w:t>Find your place in the sun,</w:t>
      </w:r>
      <w:r>
        <w:br/>
      </w:r>
      <w:r>
        <w:t>especially if it happens to be on that nice pile of warm, clean laundry</w:t>
      </w:r>
      <w:r>
        <w:br/>
      </w:r>
      <w:r>
        <w:t>Always give generously ~ a small bird or rodent</w:t>
      </w:r>
      <w:r>
        <w:br/>
      </w:r>
      <w:r>
        <w:t>left on the bed tells them, "I care"</w:t>
      </w:r>
      <w:r>
        <w:br/>
      </w:r>
      <w:r>
        <w:t>When you go out in the world, remember:</w:t>
      </w:r>
      <w:r>
        <w:br/>
      </w:r>
      <w:r>
        <w:t>that being placed on a pedestal is a right, not a privilege!</w:t>
      </w:r>
    </w:p>
    <w:p>
      <w:pPr>
        <w:pStyle w:val="Heading2"/>
      </w:pPr>
      <w:r>
        <w:t>Things I Learned From My Dog</w:t>
      </w:r>
    </w:p>
    <w:p>
      <w:r>
        <w:t>Never pass up the opportunity to go for a joy ride.</w:t>
      </w:r>
      <w:r>
        <w:br/>
      </w:r>
      <w:r>
        <w:t>Allow the experience of fresh air and the wind in your face to be pure ecstasy.</w:t>
      </w:r>
      <w:r>
        <w:br/>
      </w:r>
      <w:r>
        <w:t>When loved ones come home, always run to greet them.</w:t>
      </w:r>
      <w:r>
        <w:br/>
      </w:r>
      <w:r>
        <w:t>When it's in your best interest, always practice obedience.</w:t>
      </w:r>
      <w:r>
        <w:br/>
      </w:r>
      <w:r>
        <w:t>Enjoy it when someone wants to rub your tummy.</w:t>
      </w:r>
      <w:r>
        <w:br/>
      </w:r>
      <w:r>
        <w:t>Take naps and always stretch before rising.</w:t>
      </w:r>
      <w:r>
        <w:br/>
      </w:r>
      <w:r>
        <w:t>Run, romp, and play daily.</w:t>
      </w:r>
      <w:r>
        <w:br/>
      </w:r>
      <w:r>
        <w:t>Eat with gusto and enthusiasm.</w:t>
      </w:r>
      <w:r>
        <w:br/>
      </w:r>
      <w:r>
        <w:t>Be loyal.</w:t>
      </w:r>
      <w:r>
        <w:br/>
      </w:r>
      <w:r>
        <w:t>Never pretend to be something you're not.</w:t>
      </w:r>
      <w:r>
        <w:br/>
      </w:r>
      <w:r>
        <w:t>If what you want lies buried, dig until you find it.</w:t>
      </w:r>
      <w:r>
        <w:br/>
      </w:r>
      <w:r>
        <w:t>When someone is having a bad day, be silent, sit close by and nuzzle them gently.</w:t>
      </w:r>
      <w:r>
        <w:br/>
      </w:r>
      <w:r>
        <w:t>Delight in the simple joy of a long walk.</w:t>
      </w:r>
      <w:r>
        <w:br/>
      </w:r>
      <w:r>
        <w:t>Thrive on attention and let people touch you.</w:t>
      </w:r>
      <w:r>
        <w:br/>
      </w:r>
      <w:r>
        <w:t>Avoid biting when a simple growl will do.</w:t>
      </w:r>
      <w:r>
        <w:br/>
      </w:r>
      <w:r>
        <w:t>On hot days, drink lots of water and lie under a shady tree.</w:t>
      </w:r>
      <w:r>
        <w:br/>
      </w:r>
      <w:r>
        <w:t>When you are happy, dance around and wag your entire body.</w:t>
      </w:r>
      <w:r>
        <w:br/>
      </w:r>
      <w:r>
        <w:t>No matter how often you are criticized, don't buy into the guilt thing and pout. Run right back and make friends.</w:t>
      </w:r>
    </w:p>
    <w:p>
      <w:pPr>
        <w:pStyle w:val="Heading2"/>
      </w:pPr>
      <w:r>
        <w:t>Things I Learned From Noah</w:t>
      </w:r>
    </w:p>
    <w:p>
      <w:r>
        <w:t>Plan ahead.  It wasn't raining when Noah built the ark.</w:t>
      </w:r>
      <w:r>
        <w:br/>
      </w:r>
      <w:r>
        <w:t>Stay fit. When you're 600 years old, someone might ask you to do something REALLY big.</w:t>
      </w:r>
      <w:r>
        <w:br/>
      </w:r>
      <w:r>
        <w:t>Don't listen to critics ~ do what has to be done.</w:t>
      </w:r>
      <w:r>
        <w:br/>
      </w:r>
      <w:r>
        <w:t>Build on the high ground.</w:t>
      </w:r>
      <w:r>
        <w:br/>
      </w:r>
      <w:r>
        <w:t>For safety's sake, travel in pairs.</w:t>
      </w:r>
      <w:r>
        <w:br/>
      </w:r>
      <w:r>
        <w:t>Two heads are better than one.</w:t>
      </w:r>
      <w:r>
        <w:br/>
      </w:r>
      <w:r>
        <w:t>Speed isn't always an advantage.  The cheetahs were on board, but so were the snails.</w:t>
      </w:r>
      <w:r>
        <w:br/>
      </w:r>
      <w:r>
        <w:t>If you can't fight or flee ~ float!</w:t>
      </w:r>
      <w:r>
        <w:br/>
      </w:r>
      <w:r>
        <w:t>Take care of your animals as if they were the last ones on earth.</w:t>
      </w:r>
      <w:r>
        <w:br/>
      </w:r>
      <w:r>
        <w:t>Don't forget that we're all in the same boat.</w:t>
      </w:r>
      <w:r>
        <w:br/>
      </w:r>
      <w:r>
        <w:t>When the doo-doo gets really deep, don't sit there and complain ~ shovel!</w:t>
      </w:r>
      <w:r>
        <w:br/>
      </w:r>
      <w:r>
        <w:t>Stay below deck during the storm.</w:t>
      </w:r>
      <w:r>
        <w:br/>
      </w:r>
      <w:r>
        <w:t>Remember that the ark was built by amateurs and the Titanic was built by professionals.</w:t>
      </w:r>
      <w:r>
        <w:br/>
      </w:r>
      <w:r>
        <w:t>If you have to start over, have a friend by your side.</w:t>
      </w:r>
      <w:r>
        <w:br/>
      </w:r>
      <w:r>
        <w:t>Remember that the woodpeckers INSIDE are often a bigger threat than the storm outside.</w:t>
      </w:r>
      <w:r>
        <w:br/>
      </w:r>
      <w:r>
        <w:t>Don't miss the boat.</w:t>
      </w:r>
      <w:r>
        <w:br/>
      </w:r>
      <w:r>
        <w:t>No matter how bleak it looks, there's always a rainbow on the other side!</w:t>
      </w:r>
    </w:p>
    <w:p>
      <w:pPr>
        <w:pStyle w:val="Heading2"/>
      </w:pPr>
      <w:r>
        <w:t>Enjoy Life . . . This is Not a Rehearsal.</w:t>
      </w:r>
    </w:p>
    <w:p>
      <w:r>
        <w:t>THINGS MONEY</w:t>
      </w:r>
    </w:p>
    <w:p>
      <w:r>
        <w:t>Try to save money - it may be worth something again someday.</w:t>
      </w:r>
    </w:p>
    <w:p>
      <w:r>
        <w:t>Finance is the study of money and how it violates the rules of mathematics and common sense.</w:t>
      </w:r>
    </w:p>
    <w:p>
      <w:r>
        <w:t>One must be poor to know the luxury of giving.</w:t>
      </w:r>
    </w:p>
    <w:p>
      <w:r>
        <w:t>Money is what we spend for luxuries and owe for necessities.</w:t>
      </w:r>
    </w:p>
    <w:p>
      <w:r>
        <w:t>Wealth is something you acquire so you can share it, not keep it.</w:t>
      </w:r>
    </w:p>
    <w:p>
      <w:r>
        <w:t>If the best things in life are free, why is the family budget so hard to balance.</w:t>
      </w:r>
    </w:p>
    <w:p>
      <w:r>
        <w:t>The trouble with money is not that you cannot take it with you, but that you cannot even keep it while your're here.</w:t>
      </w:r>
    </w:p>
    <w:p>
      <w:r>
        <w:t>Budget:  a mathematical confirmation of your suspicions.</w:t>
      </w:r>
    </w:p>
    <w:p>
      <w:r>
        <w:t>The person who has everything probably needs one more thing: help with the payments.</w:t>
      </w:r>
    </w:p>
    <w:p>
      <w:r>
        <w:t>Home is where the mortgage is.</w:t>
      </w:r>
    </w:p>
    <w:p>
      <w:r>
        <w:t>A budget is a detailed record of how you managed to spend more than you earned.</w:t>
      </w:r>
    </w:p>
    <w:p>
      <w:r>
        <w:t>It is better to give than to lend, and it costs about the same.</w:t>
      </w:r>
    </w:p>
    <w:p>
      <w:r>
        <w:t>A bank is a place that will lend you money only if you can prove that you don't need it.</w:t>
      </w:r>
    </w:p>
    <w:p>
      <w:pPr>
        <w:pStyle w:val="Heading2"/>
      </w:pPr>
      <w:r>
        <w:t>Things I Learned: Success</w:t>
      </w:r>
    </w:p>
    <w:p>
      <w:r>
        <w:t>The door of success is always marked Push.</w:t>
      </w:r>
    </w:p>
    <w:p>
      <w:r>
        <w:t>There's always room at the top but there's always more room at the bottom.</w:t>
      </w:r>
    </w:p>
    <w:p>
      <w:r>
        <w:t>One never knows what they cannot do until they try to undo it.</w:t>
      </w:r>
    </w:p>
    <w:p>
      <w:r>
        <w:t>If you don't risk anything, you risk even more.</w:t>
      </w:r>
    </w:p>
    <w:p>
      <w:r>
        <w:t>Hope is a good thing - Maybe the best thing, and no good thing ever dies.</w:t>
      </w:r>
    </w:p>
    <w:p>
      <w:r>
        <w:t>Most people have a desire to look at the exception instead of the desire to become exceptional.</w:t>
      </w:r>
    </w:p>
    <w:p>
      <w:r>
        <w:t>It's always easier to have a courageous conviction after you know what the boss thinks.</w:t>
      </w:r>
    </w:p>
    <w:p>
      <w:r>
        <w:t>The best laid plans of mice and men are usually about equal.</w:t>
      </w:r>
    </w:p>
    <w:p>
      <w:r>
        <w:t>Where there's  a will there's a way.</w:t>
      </w:r>
    </w:p>
    <w:p>
      <w:r>
        <w:t>Successful people are very lucky.  Just ask any failure.</w:t>
      </w:r>
    </w:p>
    <w:p>
      <w:r>
        <w:t>Every great achievement was once considered impossible.</w:t>
      </w:r>
    </w:p>
    <w:p>
      <w:r>
        <w:t>Even if you fall on your face, you're still moving forward.</w:t>
      </w:r>
    </w:p>
    <w:p>
      <w:r>
        <w:t>It is not by whining that one carries out the job of a leader.</w:t>
      </w:r>
    </w:p>
    <w:p>
      <w:r>
        <w:t>Good luck will often follow the person who doesn't include it in their plan.</w:t>
      </w:r>
    </w:p>
    <w:p>
      <w:r>
        <w:t>Nothing splendid has ever been achieved except by those who dared</w:t>
      </w:r>
    </w:p>
    <w:p>
      <w:r>
        <w:t>believe that something inside of them was superior to circumstance.</w:t>
      </w:r>
    </w:p>
    <w:p>
      <w:r>
        <w:t>Success is a state of mind.  If you want success, start thinking of yourself as a success.</w:t>
      </w:r>
    </w:p>
    <w:p>
      <w:r>
        <w:t>Shoot for the moon because even if you miss you'll end up in the stars.</w:t>
      </w:r>
    </w:p>
    <w:p>
      <w:r>
        <w:t>There is a time in the life of every problem when it is big enough to see, yet small enough to solve.</w:t>
      </w:r>
    </w:p>
    <w:p>
      <w:r>
        <w:t>The way to have a better tomorrow is to start working on it today.</w:t>
      </w:r>
    </w:p>
    <w:p>
      <w:r>
        <w:t>It is not of importance where we stand, but in what direction we are moving.</w:t>
      </w:r>
    </w:p>
    <w:p>
      <w:r>
        <w:t>You may be on the right track, but you will get run over if all you do is just sit there.</w:t>
      </w:r>
    </w:p>
    <w:p>
      <w:r>
        <w:t>Perseverance is a great element of success,  If you only knock long enough</w:t>
      </w:r>
    </w:p>
    <w:p>
      <w:r>
        <w:t>and loud enough at the gate, you are sure to wake up somebody.</w:t>
      </w:r>
    </w:p>
    <w:p>
      <w:r>
        <w:t>Court diversity of thought and opinion.  Great solutions come from many different sources.</w:t>
      </w:r>
    </w:p>
    <w:p>
      <w:r>
        <w:t>Ability is nothing without opportunity.</w:t>
      </w:r>
    </w:p>
    <w:p>
      <w:r>
        <w:t>It is a rough road that leads to the heights of greatness.</w:t>
      </w:r>
    </w:p>
    <w:p>
      <w:r>
        <w:t>You can't occupy a place in the sun without being exposed to blisters.</w:t>
      </w:r>
    </w:p>
    <w:p>
      <w:r>
        <w:t>Success is how high you bounce when you hit bottom.</w:t>
      </w:r>
    </w:p>
    <w:p>
      <w:r>
        <w:t>What ever you are by nature, keep to it; never desert your</w:t>
      </w:r>
    </w:p>
    <w:p>
      <w:r>
        <w:t>line of talent. Be what nature intended you for, and you will succeed.</w:t>
      </w:r>
    </w:p>
    <w:p>
      <w:r>
        <w:t>Courage makes everything look different.</w:t>
      </w:r>
    </w:p>
    <w:p>
      <w:r>
        <w:t>To get anywhere, you must strike out for somewhere, or you'll get nowhere.</w:t>
      </w:r>
    </w:p>
    <w:p>
      <w:r>
        <w:t>True genius is the capacity to evade hard work.</w:t>
      </w:r>
    </w:p>
    <w:p>
      <w:r>
        <w:t>You can observe a lot by watching.</w:t>
      </w:r>
    </w:p>
    <w:p>
      <w:r>
        <w:t>There is a destiny that shapes our ends rough, hew them as we will.</w:t>
      </w:r>
    </w:p>
    <w:p>
      <w:r>
        <w:t>Vision is the art of seeing things invisible.</w:t>
      </w:r>
    </w:p>
    <w:p>
      <w:r>
        <w:t>It's hard to detect good luck - it looks so much like something you've earned.</w:t>
      </w:r>
    </w:p>
    <w:p>
      <w:r>
        <w:t>A problem is a chance for you to do your best.</w:t>
      </w:r>
    </w:p>
    <w:p>
      <w:r>
        <w:t>The most important lesson you can learn from winning is that you can.</w:t>
      </w:r>
    </w:p>
    <w:p>
      <w:r>
        <w:t>Don't hesitate to go out on a limb sometimes - after all, that's where the fruit is.</w:t>
      </w:r>
    </w:p>
    <w:p>
      <w:r>
        <w:t>If you fail, it's because you took a chance; if you succeed, it's because you grasped an opportunity.</w:t>
      </w:r>
    </w:p>
    <w:p>
      <w:r>
        <w:t>No bird soars too high if it soars with its own wings.</w:t>
      </w:r>
    </w:p>
    <w:p>
      <w:r>
        <w:t>For every problem there is an opportunity.</w:t>
      </w:r>
    </w:p>
    <w:p>
      <w:r>
        <w:t>It is easy to sit up and take notice.  What is difficult is getting up and taking action.</w:t>
      </w:r>
    </w:p>
    <w:p>
      <w:r>
        <w:t>Goals determine what you're going to be.</w:t>
      </w:r>
    </w:p>
    <w:p>
      <w:r>
        <w:t>Healing is a matter of time, but it is sometimes also a matter of opportunity.</w:t>
      </w:r>
    </w:p>
    <w:p>
      <w:r>
        <w:t>Eighty percent of success is showing up.</w:t>
      </w:r>
    </w:p>
    <w:p>
      <w:r>
        <w:t>It's a good idea to exchange ideas, and sometimes a better one to change them.</w:t>
      </w:r>
    </w:p>
    <w:p>
      <w:r>
        <w:t>We have forty million reasons for failure, but not a single excuse.</w:t>
      </w:r>
    </w:p>
    <w:p>
      <w:r>
        <w:t>If at first you don't success, destroy all evidence that you tried.</w:t>
      </w:r>
    </w:p>
    <w:p>
      <w:r>
        <w:t>The more original a discovery, the more obvious it seems afterwards.</w:t>
      </w:r>
    </w:p>
    <w:p>
      <w:r>
        <w:t>There are two kinds of failure:  Those who thought and never did, and those who did and never thought.</w:t>
      </w:r>
    </w:p>
    <w:p>
      <w:r>
        <w:t>Only those who will risk going too far can possibly find out how far one can go.</w:t>
      </w:r>
    </w:p>
    <w:p>
      <w:r>
        <w:t>Ideas won't keep: something must be done about them.</w:t>
      </w:r>
    </w:p>
    <w:p>
      <w:r>
        <w:t>Success is always achieved in private - failure in public.</w:t>
      </w:r>
    </w:p>
    <w:p>
      <w:r>
        <w:t>Everything comes to those who hustle while they wait.</w:t>
      </w:r>
    </w:p>
    <w:p>
      <w:r>
        <w:t>You'll never achieve your dreams if they don't become your goals.</w:t>
      </w:r>
    </w:p>
    <w:p>
      <w:r>
        <w:t>You miss 100% of the shots you don't take.</w:t>
      </w:r>
    </w:p>
    <w:p>
      <w:r>
        <w:t>He who knows when to stop runs into no danger.</w:t>
      </w:r>
    </w:p>
    <w:p>
      <w:r>
        <w:t>Challenge yourself all the days of your life</w:t>
      </w:r>
    </w:p>
    <w:p>
      <w:r>
        <w:t>Those who do the most for the world's advancement are the ones who demand the least.</w:t>
      </w:r>
    </w:p>
    <w:p>
      <w:r>
        <w:t>You must do the things you think you cannot do.</w:t>
      </w:r>
    </w:p>
    <w:p>
      <w:r>
        <w:t>Interesting people are people who are interested.</w:t>
      </w:r>
    </w:p>
    <w:p>
      <w:r>
        <w:t>The possession of knowledge is the key to many doors.</w:t>
      </w:r>
    </w:p>
    <w:p>
      <w:r>
        <w:t>Today is the tomorrow you worried about yesterday-was it worth it?</w:t>
      </w:r>
    </w:p>
    <w:p>
      <w:r>
        <w:t>There are 2 kinds of failure: those who thought and never did, and those who did and never thought.</w:t>
      </w:r>
    </w:p>
    <w:p>
      <w:r>
        <w:t>To win the race is to rise each time we fall.</w:t>
      </w:r>
    </w:p>
    <w:p>
      <w:r>
        <w:t>You never know what a fool you can be till life gives you the chance.</w:t>
      </w:r>
    </w:p>
    <w:p>
      <w:r>
        <w:t>The most beautiful things in the world cannot be seen or even touched.  They must be felt within the heart.</w:t>
      </w:r>
    </w:p>
    <w:p>
      <w:r>
        <w:t>The reward for a good deed is to have done it.</w:t>
      </w:r>
    </w:p>
    <w:p>
      <w:r>
        <w:t>The secret to concentration is the acceptance of endless distractions.</w:t>
      </w:r>
    </w:p>
    <w:p>
      <w:r>
        <w:t>When one door closes, another opens.</w:t>
      </w:r>
    </w:p>
    <w:p>
      <w:r>
        <w:t>Ambition is the only disease that laziness can cure.</w:t>
      </w:r>
    </w:p>
    <w:p>
      <w:r>
        <w:t>Completion often signals a new beginning.</w:t>
      </w:r>
    </w:p>
    <w:p>
      <w:r>
        <w:t>The wrong choice usually seems the more reasonable.</w:t>
      </w:r>
    </w:p>
    <w:p>
      <w:r>
        <w:t>Silence makes no mistakes.</w:t>
      </w:r>
    </w:p>
    <w:p>
      <w:r>
        <w:t>Completion often signals a new beginning.</w:t>
      </w:r>
    </w:p>
    <w:p>
      <w:r>
        <w:t>From what we get, we can make a living; what we give, however, makes a life.</w:t>
      </w:r>
    </w:p>
    <w:p>
      <w:r>
        <w:t>There are ever-recurring miracles in everyday events.</w:t>
      </w:r>
    </w:p>
    <w:p>
      <w:r>
        <w:t>Fear is met and destroyed with courage.</w:t>
      </w:r>
    </w:p>
    <w:p>
      <w:r>
        <w:t>Good examples have twice the value of good advice.</w:t>
      </w:r>
    </w:p>
    <w:p>
      <w:r>
        <w:t>Where all people think alike, no person thinks very much.</w:t>
      </w:r>
    </w:p>
    <w:p>
      <w:r>
        <w:t>It's not what you've done that counts, it's what you could be doing.</w:t>
      </w:r>
    </w:p>
    <w:p>
      <w:pPr>
        <w:pStyle w:val="Heading2"/>
      </w:pPr>
      <w:r>
        <w:t>Things I Learned: Self Improvement</w:t>
      </w:r>
    </w:p>
    <w:p>
      <w:r>
        <w:t>Beauty is only skin deep.</w:t>
      </w:r>
      <w:r>
        <w:br/>
      </w:r>
      <w:r>
        <w:t>Courage is the capacity to confront what can be imagined.</w:t>
      </w:r>
      <w:r>
        <w:br/>
      </w:r>
      <w:r>
        <w:t>We don't stop having fun when we're old; we're old when we stop having fun.</w:t>
      </w:r>
      <w:r>
        <w:br/>
      </w:r>
      <w:r>
        <w:t>The chains of habit are too weak to be felt until they are too strong to be broken.</w:t>
      </w:r>
      <w:r>
        <w:br/>
      </w:r>
      <w:r>
        <w:t>Fear is just excitement in need of an attitude adjustment.</w:t>
      </w:r>
      <w:r>
        <w:br/>
      </w:r>
      <w:r>
        <w:t>If you smile when no one else is around, you really mean it.</w:t>
      </w:r>
      <w:r>
        <w:br/>
      </w:r>
      <w:r>
        <w:t>Wit consists in knowing the resemblance of things that differ and the difference of things that are alike.</w:t>
      </w:r>
      <w:r>
        <w:br/>
      </w:r>
      <w:r>
        <w:t>Beyond talent lies all the usual words:  discipline, love, luck - but most of all, endurance.</w:t>
      </w:r>
      <w:r>
        <w:br/>
      </w:r>
      <w:r>
        <w:t>Let a joy keep you.  Reach out your hands and take it when it runs by.</w:t>
      </w:r>
      <w:r>
        <w:br/>
      </w:r>
      <w:r>
        <w:t>Truth is stranger than fiction, but that may well be because we have made fiction to suit ourselves.</w:t>
      </w:r>
      <w:r>
        <w:br/>
      </w:r>
      <w:r>
        <w:t>It's strange how much you have to know before you realize how little you know.  (Applies to computers especially)</w:t>
      </w:r>
      <w:r>
        <w:br/>
      </w:r>
      <w:r>
        <w:t>The heart has its own reason which reason does not know.</w:t>
      </w:r>
      <w:r>
        <w:br/>
      </w:r>
      <w:r>
        <w:t>Positive anything is better than negative nothing.</w:t>
      </w:r>
      <w:r>
        <w:br/>
      </w:r>
      <w:r>
        <w:t>Ideas are funny little things, they don't work unless you do them.</w:t>
      </w:r>
      <w:r>
        <w:br/>
      </w:r>
      <w:r>
        <w:t>One who has never made a mistake is one who has never done anything.</w:t>
      </w:r>
      <w:r>
        <w:br/>
      </w:r>
      <w:r>
        <w:t>True wisdom lies in gathering the precious things out of each day as it goes by.</w:t>
      </w:r>
      <w:r>
        <w:br/>
      </w:r>
      <w:r>
        <w:t>Life is like a piano, what you get out of it depends on how you play it.</w:t>
      </w:r>
      <w:r>
        <w:br/>
      </w:r>
      <w:r>
        <w:t>Self-pity is self-defeating.</w:t>
      </w:r>
      <w:r>
        <w:br/>
      </w:r>
      <w:r>
        <w:t>To be somebody you must believe in yourself.</w:t>
      </w:r>
      <w:r>
        <w:br/>
      </w:r>
      <w:r>
        <w:t>There are two ways of spreading light:  to be the candle or the mirror that reflects it.</w:t>
      </w:r>
      <w:r>
        <w:br/>
      </w:r>
      <w:r>
        <w:t>There is no greater evidence of superior intelligence than to be surprised at nothing.</w:t>
      </w:r>
      <w:r>
        <w:br/>
      </w:r>
      <w:r>
        <w:t>We can be knowledgeable with other peoples knowledge, but we cannot be wise with other people's wisdom.</w:t>
      </w:r>
      <w:r>
        <w:br/>
      </w:r>
      <w:r>
        <w:t>Read the best books first, or you may not have the chance to read them at all.</w:t>
      </w:r>
      <w:r>
        <w:br/>
      </w:r>
      <w:r>
        <w:t>If you want to test your memory, try to remember what you were worrying about one year ago today.</w:t>
      </w:r>
      <w:r>
        <w:br/>
      </w:r>
      <w:r>
        <w:t>Knowledge is gained by learning; trust by doubt; skill by practice; and love by love.</w:t>
      </w:r>
      <w:r>
        <w:br/>
      </w:r>
      <w:r>
        <w:t>Whatever the mind can conceive and believe, the mind can achieve.</w:t>
      </w:r>
      <w:r>
        <w:br/>
      </w:r>
      <w:r>
        <w:t>Work sometimes comes from inspiration, but more often inspiration comes from work.</w:t>
      </w:r>
      <w:r>
        <w:br/>
      </w:r>
      <w:r>
        <w:t>We would all need introductions if we could see ourselves as others see us.</w:t>
      </w:r>
      <w:r>
        <w:br/>
      </w:r>
      <w:r>
        <w:t>Life is like film -  it will develop only if you take your best shot.</w:t>
      </w:r>
      <w:r>
        <w:br/>
      </w:r>
      <w:r>
        <w:t>You will never be the person you can be if pressure, tension and discipline are taken out of you life.</w:t>
      </w:r>
      <w:r>
        <w:br/>
      </w:r>
      <w:r>
        <w:t>People seldom improve when they have no other model but themselves to copy after.</w:t>
      </w:r>
      <w:r>
        <w:br/>
      </w:r>
      <w:r>
        <w:t>Please grant me patience . . . and I want it right now.</w:t>
      </w:r>
      <w:r>
        <w:br/>
      </w:r>
      <w:r>
        <w:t>Always do right. This will gratify some people and amaze others.</w:t>
      </w:r>
      <w:r>
        <w:br/>
      </w:r>
      <w:r>
        <w:t>Happiness is not something you experience, it is something you remember.</w:t>
      </w:r>
      <w:r>
        <w:br/>
      </w:r>
      <w:r>
        <w:t>The secret to a rich life is to have more beginnings than endings.</w:t>
      </w:r>
      <w:r>
        <w:br/>
      </w:r>
      <w:r>
        <w:t>Books may well be the only true magic.</w:t>
      </w:r>
      <w:r>
        <w:br/>
      </w:r>
      <w:r>
        <w:t>A person's true wealth is the good they do in this world.</w:t>
      </w:r>
      <w:r>
        <w:br/>
      </w:r>
      <w:r>
        <w:t>Growing old is mandatory, growing up is optional.</w:t>
      </w:r>
      <w:r>
        <w:br/>
      </w:r>
      <w:r>
        <w:t>Responsibility walks hand in had with capacity and power.</w:t>
      </w:r>
      <w:r>
        <w:br/>
      </w:r>
      <w:r>
        <w:t>Every man carries with him the world in which he must live.</w:t>
      </w:r>
      <w:r>
        <w:br/>
      </w:r>
      <w:r>
        <w:t>There is no dependence that can be sure but a dependence upon one's self.</w:t>
      </w:r>
      <w:r>
        <w:br/>
      </w:r>
      <w:r>
        <w:t>Time stays long enough for anyone who will use it.</w:t>
      </w:r>
      <w:r>
        <w:br/>
      </w:r>
      <w:r>
        <w:t>An investment in knowledge always pays the best interest.</w:t>
      </w:r>
      <w:r>
        <w:br/>
      </w:r>
      <w:r>
        <w:t>The habit of persistence is the habit of victory.</w:t>
      </w:r>
      <w:r>
        <w:br/>
      </w:r>
      <w:r>
        <w:t>Spoon-feeding in the long run teaches us nothing but the shape of the spoon.</w:t>
      </w:r>
      <w:r>
        <w:br/>
      </w:r>
      <w:r>
        <w:t>When in doubt, duck.</w:t>
      </w:r>
      <w:r>
        <w:br/>
      </w:r>
      <w:r>
        <w:t>Failure is not falling down; it is remaining there when you have fallen.</w:t>
      </w:r>
      <w:r>
        <w:br/>
      </w:r>
      <w:r>
        <w:t>Nothing is stronger than habit.</w:t>
      </w:r>
      <w:r>
        <w:br/>
      </w:r>
      <w:r>
        <w:t>You can pretend to be serious; you can't pretend to be witty.</w:t>
      </w:r>
      <w:r>
        <w:br/>
      </w:r>
      <w:r>
        <w:t>The shortest answer sometimes is to do it.</w:t>
      </w:r>
      <w:r>
        <w:br/>
      </w:r>
      <w:r>
        <w:t>To acquire knowledge, one must study; but to acquire wisdom, one must observe.</w:t>
      </w:r>
      <w:r>
        <w:br/>
      </w:r>
      <w:r>
        <w:t>The most thoroughly wasted of all days is that in which one has not laughed.</w:t>
      </w:r>
      <w:r>
        <w:br/>
      </w:r>
      <w:r>
        <w:t>If it weren't for obstacles, I'd never know whether I really wanted something or merely think I do.</w:t>
      </w:r>
      <w:r>
        <w:br/>
      </w:r>
      <w:r>
        <w:t>If your don't learn from your mistakes, there's no sense making them.</w:t>
      </w:r>
      <w:r>
        <w:br/>
      </w:r>
      <w:r>
        <w:t>Truth isn't always beauty, but the hunger for it is.</w:t>
      </w:r>
      <w:r>
        <w:br/>
      </w:r>
      <w:r>
        <w:t>Often the best way to win is to forget to keep score.</w:t>
      </w:r>
      <w:r>
        <w:br/>
      </w:r>
      <w:r>
        <w:t>The person who hesitates is last.</w:t>
      </w:r>
      <w:r>
        <w:br/>
      </w:r>
      <w:r>
        <w:t>Problems are only opportunities in work clothes.</w:t>
      </w:r>
      <w:r>
        <w:br/>
      </w:r>
      <w:r>
        <w:t>Praise, like gold and diamonds, owes its value to its scarcity.</w:t>
      </w:r>
      <w:r>
        <w:br/>
      </w:r>
      <w:r>
        <w:t>When people cease to reflect, they become idealists.</w:t>
      </w:r>
      <w:r>
        <w:br/>
      </w:r>
      <w:r>
        <w:t>It takes considerable knowledge just to realize the extent of your own ignorance.</w:t>
      </w:r>
      <w:r>
        <w:br/>
      </w:r>
      <w:r>
        <w:t>Be brave enough to live life with joy.</w:t>
      </w:r>
      <w:r>
        <w:br/>
      </w:r>
      <w:r>
        <w:t>Taking a moment to take it easy is being a friend to yourself.</w:t>
      </w:r>
      <w:r>
        <w:br/>
      </w:r>
      <w:r>
        <w:t>You are only what you are when no one is looking.</w:t>
      </w:r>
      <w:r>
        <w:br/>
      </w:r>
      <w:r>
        <w:t>There is nothing in which people more betray their character than in what they laugh at.</w:t>
      </w:r>
      <w:r>
        <w:br/>
      </w:r>
      <w:r>
        <w:t>Think big thoughts but relish small pleasures.</w:t>
      </w:r>
      <w:r>
        <w:br/>
      </w:r>
      <w:r>
        <w:t>The luck of having talent isn't enough; you must also have a talent for luck.</w:t>
      </w:r>
      <w:r>
        <w:br/>
      </w:r>
      <w:r>
        <w:t>It is good to have an end to journey towards; but it is the journey that matters in the end.</w:t>
      </w:r>
      <w:r>
        <w:br/>
      </w:r>
      <w:r>
        <w:t>A clear conscience us usually the sign of a bad memory.</w:t>
      </w:r>
      <w:r>
        <w:br/>
      </w:r>
      <w:r>
        <w:t>You are as young as you feel, but seldom as important.</w:t>
      </w:r>
      <w:r>
        <w:br/>
      </w:r>
      <w:r>
        <w:t>Education is not the filling of a pail, but the lighting of a fire.</w:t>
      </w:r>
      <w:r>
        <w:br/>
      </w:r>
      <w:r>
        <w:t>It is better to do good than just talk about it.</w:t>
      </w:r>
      <w:r>
        <w:br/>
      </w:r>
      <w:r>
        <w:t>Outside show is a poor substitute for inner worth.</w:t>
      </w:r>
      <w:r>
        <w:br/>
      </w:r>
      <w:r>
        <w:t>The art of being wise is the art of knowing what to overlook.</w:t>
      </w:r>
      <w:r>
        <w:br/>
      </w:r>
      <w:r>
        <w:t>Learn from the mistakes of others.  You can never live long enough to make them all yourself.</w:t>
      </w:r>
      <w:r>
        <w:br/>
      </w:r>
      <w:r>
        <w:t>Fear can keep us up all night long, but faith makes one fine pillow.</w:t>
      </w:r>
      <w:r>
        <w:br/>
      </w:r>
      <w:r>
        <w:t>If you have but one wish, let it be for an idea.</w:t>
      </w:r>
      <w:r>
        <w:br/>
      </w:r>
      <w:r>
        <w:t>Living in the past has only one thing in its favor - it's cheaper.</w:t>
      </w:r>
      <w:r>
        <w:br/>
      </w:r>
      <w:r>
        <w:t>When you don't know what you want, you often end up where you don't want to be.</w:t>
      </w:r>
      <w:r>
        <w:br/>
      </w:r>
      <w:r>
        <w:t>No one is too old to learn, and that may be why so many people put it off.</w:t>
      </w:r>
      <w:r>
        <w:br/>
      </w:r>
      <w:r>
        <w:t>Start every day off with a smile.</w:t>
      </w:r>
      <w:r>
        <w:br/>
      </w:r>
      <w:r>
        <w:t>Learn to enjoy the little things - there are so many of them.</w:t>
      </w:r>
      <w:r>
        <w:br/>
      </w:r>
      <w:r>
        <w:t>You can think better if you close your eyes - and your mouth.</w:t>
      </w:r>
      <w:r>
        <w:br/>
      </w:r>
      <w:r>
        <w:t>The brain is like a muscle.  When it is in use we feel very good.</w:t>
      </w:r>
      <w:r>
        <w:br/>
      </w:r>
      <w:r>
        <w:t>Lack of willpower has caused more failure than lack of intelligence or ability.</w:t>
      </w:r>
      <w:r>
        <w:br/>
      </w:r>
      <w:r>
        <w:t>It is right to be content with what we have, never with what we are.</w:t>
      </w:r>
      <w:r>
        <w:br/>
      </w:r>
      <w:r>
        <w:t>Undertake in something that is difficult; it will do you good.</w:t>
      </w:r>
      <w:r>
        <w:br/>
      </w:r>
      <w:r>
        <w:t>Work your way up or rust your way out.</w:t>
      </w:r>
      <w:r>
        <w:br/>
      </w:r>
      <w:r>
        <w:t>Patronage is made up of many who are looking for jobs, but few who are looking for work.</w:t>
      </w:r>
      <w:r>
        <w:br/>
      </w:r>
      <w:r>
        <w:t>Of all the things you wear, your expression is the most important.</w:t>
      </w:r>
      <w:r>
        <w:br/>
      </w:r>
      <w:r>
        <w:t>There is no security quite as comfortable and undemanding as the kind you feel among old friends</w:t>
      </w:r>
      <w:r>
        <w:br/>
      </w:r>
      <w:r>
        <w:t>We make a living by what we earn, but we make a life by what we give.</w:t>
      </w:r>
      <w:r>
        <w:br/>
      </w:r>
      <w:r>
        <w:t>He who laughs . . . lasts.</w:t>
      </w:r>
      <w:r>
        <w:br/>
      </w:r>
      <w:r>
        <w:t>The best bridge between despair and hope is a good night's sleep.</w:t>
      </w:r>
      <w:r>
        <w:br/>
      </w:r>
      <w:r>
        <w:t>The minute you settle for less than you deserve, you get even less than you settled for.</w:t>
      </w:r>
      <w:r>
        <w:br/>
      </w:r>
      <w:r>
        <w:t>"Someday" is not a day of the week.</w:t>
      </w:r>
      <w:r>
        <w:br/>
      </w:r>
      <w:r>
        <w:t>It is not enough to have a good mind.  The main thing is to use it well.</w:t>
      </w:r>
      <w:r>
        <w:br/>
      </w:r>
      <w:r>
        <w:t>The best bridge between dispair and hope is a good night's sleep.</w:t>
      </w:r>
      <w:r>
        <w:br/>
      </w:r>
      <w:r>
        <w:t>Invest yourself in everything you do.  There's fun in being serious.</w:t>
      </w:r>
      <w:r>
        <w:br/>
      </w:r>
      <w:r>
        <w:t>Before you can win, you have to believe you are worthy.</w:t>
      </w:r>
      <w:r>
        <w:br/>
      </w:r>
      <w:r>
        <w:t>Some will say you are going the wrong way when it is merely a way of your own.</w:t>
      </w:r>
      <w:r>
        <w:br/>
      </w:r>
      <w:r>
        <w:t>The less of routine, the more of life.</w:t>
      </w:r>
      <w:r>
        <w:br/>
      </w:r>
      <w:r>
        <w:t>Sooner or later every person opens his mouth and puts his foot in, but only a baby is admired for it.</w:t>
      </w:r>
      <w:r>
        <w:br/>
      </w:r>
      <w:r>
        <w:t>The truth of the matter is that you always know the right thing to do. The hard part is doing it.</w:t>
      </w:r>
      <w:r>
        <w:br/>
      </w:r>
      <w:r>
        <w:t>Everywhere in life the true question is, not what we have gained, but what we do.</w:t>
      </w:r>
      <w:r>
        <w:br/>
      </w:r>
      <w:r>
        <w:t>Freedom is the one thing you cannot have unless you are willing to give it to others.</w:t>
      </w:r>
      <w:r>
        <w:br/>
      </w:r>
      <w:r>
        <w:t>Love is how we feel toward those who show us that which is lovable about ourselves.</w:t>
      </w:r>
      <w:r>
        <w:br/>
      </w:r>
      <w:r>
        <w:t>Patience is a good quality to have.</w:t>
      </w:r>
      <w:r>
        <w:br/>
      </w:r>
      <w:r>
        <w:t>All the world's a stage and most of us need more rehearsals.</w:t>
      </w:r>
      <w:r>
        <w:br/>
      </w:r>
      <w:r>
        <w:t>It's always helpful to learn from your mistakes because then your mistakes seem worthwhile.</w:t>
      </w:r>
      <w:r>
        <w:br/>
      </w:r>
      <w:r>
        <w:t>The great advantage of telling the truth is that you're so much more likely to sound convincing.</w:t>
      </w:r>
      <w:r>
        <w:br/>
      </w:r>
      <w:r>
        <w:t>Euthusiasm moves the world.</w:t>
      </w:r>
      <w:r>
        <w:br/>
      </w:r>
      <w:r>
        <w:t>Worrying doesn't empty tomorrow of it's troubles, it empties today of its strengths.</w:t>
      </w:r>
      <w:r>
        <w:br/>
      </w:r>
      <w:r>
        <w:t>Power is the ability to do good things for others.</w:t>
      </w:r>
      <w:r>
        <w:br/>
      </w:r>
      <w:r>
        <w:t>Any day is lovely when we are doing what we love.</w:t>
      </w:r>
      <w:r>
        <w:br/>
      </w:r>
      <w:r>
        <w:t>Try not to become a person of success but rather a person of value.</w:t>
      </w:r>
      <w:r>
        <w:br/>
      </w:r>
      <w:r>
        <w:t>Denial of what happens slows down the process of self-discovery.</w:t>
      </w:r>
      <w:r>
        <w:br/>
      </w:r>
      <w:r>
        <w:t>In plants, as in people, the strongest candidate for survival is often the "volunteer".</w:t>
      </w:r>
      <w:r>
        <w:br/>
      </w:r>
      <w:r>
        <w:t>Don't be afraid to take big steps. You can't cross a chasm in two small jumps.</w:t>
      </w:r>
      <w:r>
        <w:br/>
      </w:r>
      <w:r>
        <w:t>Work like you don't need the money, love like you've never been hurt &amp; dance like no one's watching.</w:t>
      </w:r>
      <w:r>
        <w:br/>
      </w:r>
      <w:r>
        <w:t>Have the courage to want the very best for yourself.</w:t>
      </w:r>
      <w:r>
        <w:br/>
      </w:r>
      <w:r>
        <w:t>Too many people overvalue what they are not and undervalue what they are.</w:t>
      </w:r>
      <w:r>
        <w:br/>
      </w:r>
      <w:r>
        <w:t>In a conversation, keep in mind that you're more interested in what you have to say than anyone else is.</w:t>
      </w:r>
      <w:r>
        <w:br/>
      </w:r>
      <w:r>
        <w:t>Whatever you give will find countless ways back to you.</w:t>
      </w:r>
      <w:r>
        <w:br/>
      </w:r>
      <w:r>
        <w:t>Our life is what our thoughts make it.</w:t>
      </w:r>
      <w:r>
        <w:br/>
      </w:r>
      <w:r>
        <w:t>If we could see ourselves as other see us, few mirrors would be sold.</w:t>
      </w:r>
    </w:p>
    <w:p>
      <w:r>
        <w:t>Laugh at lot.  A good sense of humor cures almost all of life's ills.</w:t>
      </w:r>
    </w:p>
    <w:p>
      <w:r>
        <w:t>Get away form the crowd when you can. Keep yourself to yourself, if only for a few hours daily.</w:t>
      </w:r>
    </w:p>
    <w:p>
      <w:r>
        <w:t>The best gifts are tied with heartstrings.</w:t>
      </w:r>
    </w:p>
    <w:p>
      <w:r>
        <w:t>Carrying a grudge is like a run in a stocking-it can only get worse. Forgiveness is the answer</w:t>
      </w:r>
    </w:p>
    <w:p>
      <w:r>
        <w:t>Footprints on the sands of time are not made by sitting down.</w:t>
      </w:r>
    </w:p>
    <w:p>
      <w:pPr>
        <w:pStyle w:val="Heading2"/>
      </w:pPr>
      <w:r>
        <w:t>Things I Learned: Dreams</w:t>
      </w:r>
    </w:p>
    <w:p>
      <w:r>
        <w:t>The universe is full of magical things just waiting for our wits to grow sharper.</w:t>
      </w:r>
    </w:p>
    <w:p>
      <w:r>
        <w:t>Everybody needs his memories.  They keep the wolf of insignificance from the door.</w:t>
      </w:r>
    </w:p>
    <w:p>
      <w:r>
        <w:t>A desert is a dry, barren region where there is nothing to be heard but silence.</w:t>
      </w:r>
    </w:p>
    <w:p>
      <w:r>
        <w:t>Some see things as they are and ask why, other dream things that never were and ask why not.</w:t>
      </w:r>
    </w:p>
    <w:p>
      <w:r>
        <w:t>There are two things you should never be angry at:  what your can help and what you can't.</w:t>
      </w:r>
    </w:p>
    <w:p>
      <w:r>
        <w:t>A memory is a treasure that survives.</w:t>
      </w:r>
    </w:p>
    <w:p>
      <w:r>
        <w:t>The very substance of the ambitious is merely the shadow of a dream.</w:t>
      </w:r>
    </w:p>
    <w:p>
      <w:r>
        <w:t>Never give up a dream just because of the time it will take to accomplish it.  The time will pass anyway.</w:t>
      </w:r>
    </w:p>
    <w:p>
      <w:r>
        <w:t>How many of our daydreams would darken into nightmares were there any danger of them coming true?</w:t>
      </w:r>
    </w:p>
    <w:p>
      <w:r>
        <w:t>Dreams that do come true are as unsettling as those that don't.</w:t>
      </w:r>
    </w:p>
    <w:p>
      <w:r>
        <w:t>Follow your dreams.</w:t>
      </w:r>
    </w:p>
    <w:p>
      <w:r>
        <w:t>You see things, and you say "Why?"; but I dream things that never were, and I say "Why not?"</w:t>
      </w:r>
    </w:p>
    <w:p>
      <w:r>
        <w:t>You can't depend on your eyes if your imagination is out of focus.</w:t>
      </w:r>
    </w:p>
    <w:p>
      <w:r>
        <w:t>Into each life some rain must fall, but an optimist always expects a rainbow.</w:t>
      </w:r>
    </w:p>
    <w:p>
      <w:r>
        <w:t>Possibilities are limited only by your imagination.</w:t>
      </w:r>
    </w:p>
    <w:p>
      <w:r>
        <w:t>The greatest essentials of happiness are something to do, something to love and something to hope for.</w:t>
      </w:r>
    </w:p>
    <w:p>
      <w:r>
        <w:t>No sight is more provocative of awe than is the night sky.</w:t>
      </w:r>
    </w:p>
    <w:p>
      <w:pPr>
        <w:pStyle w:val="Heading2"/>
      </w:pPr>
      <w:r>
        <w:t>Things I Learned: Future</w:t>
      </w:r>
    </w:p>
    <w:p>
      <w:r>
        <w:t>Even the longest journey begins with a single step.</w:t>
      </w:r>
      <w:r>
        <w:br/>
      </w:r>
      <w:r>
        <w:t>The future belongs to those who believe in the beauty of their dreams.</w:t>
      </w:r>
      <w:r>
        <w:br/>
      </w:r>
      <w:r>
        <w:t>In youth we learn, in age we understand.</w:t>
      </w:r>
      <w:r>
        <w:br/>
      </w:r>
      <w:r>
        <w:t>The worst thing about the future is that it gets here faster than it used to.</w:t>
      </w:r>
      <w:r>
        <w:br/>
      </w:r>
      <w:r>
        <w:t>Having a fall back plan only enables you to fall back.</w:t>
      </w:r>
      <w:r>
        <w:br/>
      </w:r>
      <w:r>
        <w:t>May the happiest days of your past be the saddest days of your future.</w:t>
      </w:r>
      <w:r>
        <w:br/>
      </w:r>
      <w:r>
        <w:t>There is nothing good in this world which time does not improve.</w:t>
      </w:r>
      <w:r>
        <w:br/>
      </w:r>
      <w:r>
        <w:t>Yesterday is but today's memory, tomorrow is today's dream.</w:t>
      </w:r>
      <w:r>
        <w:br/>
      </w:r>
      <w:r>
        <w:t>Enjoy the little things, for one day you may look back and realize they were the big things.</w:t>
      </w:r>
    </w:p>
    <w:p>
      <w:pPr>
        <w:pStyle w:val="Heading2"/>
      </w:pPr>
      <w:r>
        <w:t>Things I Learned: Relationships</w:t>
      </w:r>
    </w:p>
    <w:p>
      <w:r>
        <w:t>First Impressions say more than one realizes.</w:t>
      </w:r>
    </w:p>
    <w:p>
      <w:r>
        <w:t>Do not condemn the judgment of others because it differs from your own.  You may both be wrong.</w:t>
      </w:r>
    </w:p>
    <w:p>
      <w:r>
        <w:t>You spend an evening with some people, but invest it with others.</w:t>
      </w:r>
    </w:p>
    <w:p>
      <w:r>
        <w:t>Cynicism is an unpleasant way of saying the truth.</w:t>
      </w:r>
    </w:p>
    <w:p>
      <w:r>
        <w:t>The one nice thing about silence is it cannot be repeated.</w:t>
      </w:r>
    </w:p>
    <w:p>
      <w:r>
        <w:t>Happiness is like potato salad - when you share it, it's a picnic.</w:t>
      </w:r>
    </w:p>
    <w:p>
      <w:r>
        <w:t>It's nice to be important, but more important to be nice.</w:t>
      </w:r>
    </w:p>
    <w:p>
      <w:r>
        <w:t>There is no conversation more boring than the one where everybody agrees.</w:t>
      </w:r>
    </w:p>
    <w:p>
      <w:r>
        <w:t>If we take care of our character, our reputation will take care of itself.</w:t>
      </w:r>
    </w:p>
    <w:p>
      <w:r>
        <w:t>Modesty is the art of encouraging people to find out for themselves how wonderful you are.</w:t>
      </w:r>
    </w:p>
    <w:p>
      <w:r>
        <w:t>You can always tell a well informed person:  their views are the same as yours.</w:t>
      </w:r>
    </w:p>
    <w:p>
      <w:r>
        <w:t>When in doubt, mind your own business.</w:t>
      </w:r>
    </w:p>
    <w:p>
      <w:r>
        <w:t>Make yourself necessary to somebody.</w:t>
      </w:r>
    </w:p>
    <w:p>
      <w:r>
        <w:t>No one can help everyone, but everyone can help someone.</w:t>
      </w:r>
    </w:p>
    <w:p>
      <w:r>
        <w:t>He that cannot forgive others breaks the bridge over which he must pass himself; for every person has a need to be forgiven.</w:t>
      </w:r>
    </w:p>
    <w:p>
      <w:r>
        <w:t>The love that lasts the longest is the love that is never returned.</w:t>
      </w:r>
    </w:p>
    <w:p>
      <w:r>
        <w:t>When you point your finger accusingly at someone else, remember, you've got three fingers pointing at yourself.</w:t>
      </w:r>
    </w:p>
    <w:p>
      <w:r>
        <w:t>If you are pleased at finding faults, you are displeased at finding perfections.</w:t>
      </w:r>
    </w:p>
    <w:p>
      <w:r>
        <w:t>Silence is argument carried on by other means.</w:t>
      </w:r>
    </w:p>
    <w:p>
      <w:r>
        <w:t>One finds many companions for food and drink, but in a serious business, a person's companions are few.</w:t>
      </w:r>
    </w:p>
    <w:p>
      <w:r>
        <w:t>Two important things are to have a genuine interest in people and be kind to them.</w:t>
      </w:r>
    </w:p>
    <w:p>
      <w:r>
        <w:t>We make a living by what we get, but make a life by what we give.</w:t>
      </w:r>
    </w:p>
    <w:p>
      <w:r>
        <w:t>The test of generosity is not how much you give, but how much you have left.</w:t>
      </w:r>
    </w:p>
    <w:p>
      <w:r>
        <w:t>There's only one thing as difficult as unscrambling an egg, and that's outspreading a rumor.</w:t>
      </w:r>
    </w:p>
    <w:p>
      <w:r>
        <w:t>To have  great poetry there must be great audiences too.</w:t>
      </w:r>
    </w:p>
    <w:p>
      <w:r>
        <w:t>We always admire the intelligence of those who ask us for advice.</w:t>
      </w:r>
    </w:p>
    <w:p>
      <w:r>
        <w:t>Politeness is good nature regulated by good sense.</w:t>
      </w:r>
    </w:p>
    <w:p>
      <w:r>
        <w:t>An apology is a lump in the throat caused by having to eat your own words.</w:t>
      </w:r>
    </w:p>
    <w:p>
      <w:r>
        <w:t>When you feel like criticizing the younger generation, just remember who raised them.</w:t>
      </w:r>
    </w:p>
    <w:p>
      <w:r>
        <w:t>Thoughtfulness is to friendship as sunshine is to a garden.</w:t>
      </w:r>
    </w:p>
    <w:p>
      <w:r>
        <w:t>We are afraid to care too much, for fear the other person does not care at all.</w:t>
      </w:r>
    </w:p>
    <w:p>
      <w:r>
        <w:t>Half of the harm that is done in the world is due to people who want to feel important.</w:t>
      </w:r>
    </w:p>
    <w:p>
      <w:r>
        <w:t>A smile is a language that even a baby understands.</w:t>
      </w:r>
    </w:p>
    <w:p>
      <w:r>
        <w:t>There is nothing so kingly as kindness and nothing so royal as truth.</w:t>
      </w:r>
    </w:p>
    <w:p>
      <w:r>
        <w:t>Flattery is the art of saying the right thing for the wrong reason.</w:t>
      </w:r>
    </w:p>
    <w:p>
      <w:r>
        <w:t>It's the things in common that make relationships enjoyable, but it's the little differences that make them interesting.</w:t>
      </w:r>
    </w:p>
    <w:p>
      <w:r>
        <w:t>We shall never have friends if we expect them to have no faults.</w:t>
      </w:r>
    </w:p>
    <w:p>
      <w:r>
        <w:t>Presence is more than just being there.</w:t>
      </w:r>
    </w:p>
    <w:p>
      <w:r>
        <w:t>Love is the irresistible desire to be irresistibly desired.</w:t>
      </w:r>
    </w:p>
    <w:p>
      <w:r>
        <w:t>When we look for the good in each other, we discover the best in ourselves.</w:t>
      </w:r>
    </w:p>
    <w:p>
      <w:r>
        <w:t>When angry, shake your finger, not your fist.</w:t>
      </w:r>
    </w:p>
    <w:p>
      <w:r>
        <w:t>There is often as much independence in not being led, as in not being driven.</w:t>
      </w:r>
    </w:p>
    <w:p>
      <w:r>
        <w:t>Never try to make anyone like you: one of you is enough.</w:t>
      </w:r>
    </w:p>
    <w:p>
      <w:r>
        <w:t>A common enemy does not a true friend make.</w:t>
      </w:r>
    </w:p>
    <w:p>
      <w:r>
        <w:t>You appreciate some people most when they deprive you of the pleasure of their company.</w:t>
      </w:r>
    </w:p>
    <w:p>
      <w:r>
        <w:t>Great people are those who make others feel that they, too, can become great.</w:t>
      </w:r>
    </w:p>
    <w:p>
      <w:r>
        <w:t>Good friends are good for your health.</w:t>
      </w:r>
    </w:p>
    <w:p>
      <w:r>
        <w:t>The less intelligence you claim, the more intelligence people will give you credit for.</w:t>
      </w:r>
    </w:p>
    <w:p>
      <w:r>
        <w:t>The best way to cheer yourself up is to try to cheer someone else up.</w:t>
      </w:r>
    </w:p>
    <w:p>
      <w:r>
        <w:t>What you hear never sounds half as important as what you overhear.</w:t>
      </w:r>
    </w:p>
    <w:p>
      <w:r>
        <w:t>Celebrate the success of others.</w:t>
      </w:r>
    </w:p>
    <w:p>
      <w:r>
        <w:t>If you accept the expectations of others, especially the negative ones, then you never will change the outcome.</w:t>
      </w:r>
    </w:p>
    <w:p>
      <w:r>
        <w:t>People who make the soundest arguments usually make the least noise.</w:t>
      </w:r>
    </w:p>
    <w:p>
      <w:r>
        <w:t>Good manners are like traffic rules for society.</w:t>
      </w:r>
    </w:p>
    <w:p>
      <w:r>
        <w:t>What sunshine is to flowers, smiles are to humanity.</w:t>
      </w:r>
    </w:p>
    <w:p>
      <w:r>
        <w:t>It's pretty hard to be efficient without being obnoxious.</w:t>
      </w:r>
    </w:p>
    <w:p>
      <w:r>
        <w:t>Humor can be an incredible, lacerating and effective weapon.</w:t>
      </w:r>
    </w:p>
    <w:p>
      <w:r>
        <w:t>The first duty of love is to listen.</w:t>
      </w:r>
    </w:p>
    <w:p>
      <w:r>
        <w:t>Real friends are those who know when you've made a fool of yourself</w:t>
      </w:r>
    </w:p>
    <w:p>
      <w:r>
        <w:t>and don't feel that you've done a permanent job.</w:t>
      </w:r>
    </w:p>
    <w:p>
      <w:r>
        <w:t>Curiosity feeds on love; only a dog can love without asking questions.</w:t>
      </w:r>
    </w:p>
    <w:p>
      <w:r>
        <w:t>Gossip needs no carriage.</w:t>
      </w:r>
    </w:p>
    <w:p>
      <w:r>
        <w:t>Forget excuses - friends don't need them and your enemies won't believe them anyway.</w:t>
      </w:r>
    </w:p>
    <w:p>
      <w:r>
        <w:t>Deal with the faults of others as gently as with you own.</w:t>
      </w:r>
    </w:p>
    <w:p>
      <w:r>
        <w:t>When you've been wronged, a poor memory is your best response.</w:t>
      </w:r>
    </w:p>
    <w:p>
      <w:r>
        <w:t>My friends are my estate.</w:t>
      </w:r>
    </w:p>
    <w:p>
      <w:r>
        <w:t>He who has no fire in himself cannot warm others.</w:t>
      </w:r>
    </w:p>
    <w:p>
      <w:r>
        <w:t>The test of good manners is to be able to put up pleasantly with bad ones.</w:t>
      </w:r>
    </w:p>
    <w:p>
      <w:r>
        <w:t>People who know the least argue the most.</w:t>
      </w:r>
    </w:p>
    <w:p>
      <w:r>
        <w:t>You have reached middle age when all you exercise is caution.</w:t>
      </w:r>
    </w:p>
    <w:p>
      <w:r>
        <w:t>There is no better exercise for strengthening the heart than reaching down &amp; lifting people up.</w:t>
      </w:r>
    </w:p>
    <w:p>
      <w:r>
        <w:t>Solitude is more enjoyable if you get someone to share it with.</w:t>
      </w:r>
    </w:p>
    <w:p>
      <w:pPr>
        <w:pStyle w:val="Heading2"/>
      </w:pPr>
      <w:r>
        <w:t>Life</w:t>
      </w:r>
    </w:p>
    <w:p>
      <w:r>
        <w:t>Without music and love life is a journey through a desert.</w:t>
      </w:r>
    </w:p>
    <w:p>
      <w:r>
        <w:t>Life is very simple:  it merely consists in learning how to accept the impossible, how to do without the indispensable and how to endure the insupportable.</w:t>
      </w:r>
    </w:p>
    <w:p>
      <w:r>
        <w:t>The time to relax is when you don't have time for it.</w:t>
      </w:r>
    </w:p>
    <w:p>
      <w:r>
        <w:t>Some questions don't have answers, which is a terribly difficult lesson to learn.</w:t>
      </w:r>
    </w:p>
    <w:p>
      <w:r>
        <w:t>Life is a coin. You can spend it anyway you wish, but you can only spend it once.</w:t>
      </w:r>
    </w:p>
    <w:p>
      <w:r>
        <w:t>As long as you have a window, life is exciting.</w:t>
      </w:r>
    </w:p>
    <w:p>
      <w:r>
        <w:t>True life lies in laughter, love and work.</w:t>
      </w:r>
    </w:p>
    <w:p>
      <w:r>
        <w:t>The 50/50/90 rule: whenever you have a 50/50 chance at guessing at something, there's a 90% chance you will guess wrong</w:t>
      </w:r>
    </w:p>
    <w:p>
      <w:r>
        <w:t>That which shatters the silence we call noise, that which enhances the silence we call music.</w:t>
      </w:r>
    </w:p>
    <w:p>
      <w:r>
        <w:t>The only difference between April and March is that you expect it in March.</w:t>
      </w:r>
    </w:p>
    <w:p>
      <w:r>
        <w:t>History is a better guide than good intentions.</w:t>
      </w:r>
    </w:p>
    <w:p>
      <w:r>
        <w:t>Take a tip from nature: your ears weren't made to shut, but your mouth was.</w:t>
      </w:r>
    </w:p>
    <w:p>
      <w:r>
        <w:t>He who has never made a mistake is one who has never done anything.</w:t>
      </w:r>
    </w:p>
    <w:p>
      <w:pPr>
        <w:pStyle w:val="Heading2"/>
      </w:pPr>
      <w:r>
        <w:t>Proverb Sayings</w:t>
      </w:r>
    </w:p>
    <w:p>
      <w:r>
        <w:t>-A-</w:t>
      </w:r>
      <w:r>
        <w:br/>
      </w:r>
      <w:r>
        <w:t>Abundance, like want, ruins many.    Romanian Proverb</w:t>
      </w:r>
      <w:r>
        <w:br/>
      </w:r>
      <w:r>
        <w:t>Adversity makes a man wise, not rich.   Romanian Proverb</w:t>
      </w:r>
      <w:r>
        <w:br/>
      </w:r>
      <w:r>
        <w:t>Advice is least heeded when most needed.  English Proverb</w:t>
      </w:r>
      <w:r>
        <w:br/>
      </w:r>
      <w:r>
        <w:t>After dark all cats are leopards.   Native American Proverb (Zuni)</w:t>
      </w:r>
      <w:r>
        <w:br/>
      </w:r>
      <w:r>
        <w:t>After lunch; rest; after dinner walk a mile.   Arab Proverb</w:t>
      </w:r>
      <w:r>
        <w:br/>
      </w:r>
      <w:r>
        <w:t>After the game, the king and the pawn go into the same box.   Italian Proverb</w:t>
      </w:r>
      <w:r>
        <w:br/>
      </w:r>
      <w:r>
        <w:t>The afternoon knows what the morning never suspected.   Swedish Proverb</w:t>
      </w:r>
      <w:r>
        <w:br/>
      </w:r>
      <w:r>
        <w:t>After three days without reading, talk becomes flavorless.  Chinese proverb</w:t>
      </w:r>
      <w:r>
        <w:br/>
      </w:r>
      <w:r>
        <w:t>After victory, tighten your helmet chord.   Japanese Proverb</w:t>
      </w:r>
      <w:r>
        <w:br/>
      </w:r>
      <w:r>
        <w:t>All roads lead to Rome.   Roman Proverb</w:t>
      </w:r>
      <w:r>
        <w:br/>
      </w:r>
      <w:r>
        <w:t>All roads do not lead to Rome.    Slovenian Proverb</w:t>
      </w:r>
      <w:r>
        <w:br/>
      </w:r>
      <w:r>
        <w:t>All sins cast long shadows.    Irish Proverb</w:t>
      </w:r>
      <w:r>
        <w:br/>
      </w:r>
      <w:r>
        <w:t>All things good to know are difficult to learn.      Greek Proverb</w:t>
      </w:r>
      <w:r>
        <w:br/>
      </w:r>
      <w:r>
        <w:t>All sunshine makes the desert.      Arab Proverb</w:t>
      </w:r>
      <w:r>
        <w:br/>
      </w:r>
      <w:r>
        <w:t>An army of sheep led by a lion would defeat an army of lions led by a sheep.       Arab Proverb</w:t>
      </w:r>
      <w:r>
        <w:br/>
      </w:r>
      <w:r>
        <w:t>An ass is but an ass, though laden with gold.      Romanian Proverb</w:t>
      </w:r>
      <w:r>
        <w:br/>
      </w:r>
      <w:r>
        <w:t>An iron rod bends while it is hot.      Greek Proverb</w:t>
      </w:r>
      <w:r>
        <w:br/>
      </w:r>
      <w:r>
        <w:t>The anvil fears no blows.      Romanian Proverb</w:t>
      </w:r>
      <w:r>
        <w:br/>
      </w:r>
      <w:r>
        <w:t>Ask a lot, but take what is offered.      Russian Proverb</w:t>
      </w:r>
      <w:r>
        <w:br/>
      </w:r>
      <w:r>
        <w:t>Ask about your neighbors, then buy the house.      Jewish Proverb</w:t>
      </w:r>
      <w:r>
        <w:br/>
      </w:r>
      <w:r>
        <w:t>Ask the experienced rather than the learned.      Arabic proverb</w:t>
      </w:r>
      <w:r>
        <w:br/>
      </w:r>
      <w:r>
        <w:t>Avoid the evil, and it will avoid thee.      Gaelic Proverb</w:t>
      </w:r>
    </w:p>
    <w:p>
      <w:pPr>
        <w:pStyle w:val="Heading2"/>
      </w:pPr>
      <w:r>
        <w:t>Sayings A to Z</w:t>
      </w:r>
    </w:p>
    <w:p>
      <w:r>
        <w:t>Bad is never good until worse happens.       Danish Proverb</w:t>
      </w:r>
      <w:r>
        <w:br/>
      </w:r>
      <w:r>
        <w:t>Bed is the poor man's opera.      Italain Proverb</w:t>
      </w:r>
      <w:r>
        <w:br/>
      </w:r>
      <w:r>
        <w:t>The beginning is the half of every action.       Greek Proverb</w:t>
      </w:r>
      <w:r>
        <w:br/>
      </w:r>
      <w:r>
        <w:t>Be happy while you're living, For you're a long time dead.      Scottish Proverb</w:t>
      </w:r>
      <w:r>
        <w:br/>
      </w:r>
      <w:r>
        <w:t>Behind an able man there are always other able men.       Chinese Proverb</w:t>
      </w:r>
      <w:r>
        <w:br/>
      </w:r>
      <w:r>
        <w:t>Below the navel there is neither religion nor truth.      Italian Proverb</w:t>
      </w:r>
      <w:r>
        <w:br/>
      </w:r>
      <w:r>
        <w:t>Be not afraid of growing slowly, be afraid only of standing still.      Chinese Proverb</w:t>
      </w:r>
      <w:r>
        <w:br/>
      </w:r>
      <w:r>
        <w:t>Be on your guard against a silent dog and still water.       Latin Proverb</w:t>
      </w:r>
      <w:r>
        <w:br/>
      </w:r>
      <w:r>
        <w:t>Be Prepared      Boy Scout Motto</w:t>
      </w:r>
      <w:r>
        <w:br/>
      </w:r>
      <w:r>
        <w:t>Be slow in choosing a friend, but slower in changing him.      Scottish Proverb</w:t>
      </w:r>
      <w:r>
        <w:br/>
      </w:r>
      <w:r>
        <w:t>The best armor is to keep out of range.      Italian Proverb</w:t>
      </w:r>
      <w:r>
        <w:br/>
      </w:r>
      <w:r>
        <w:t>Be thine enemy an ant, see in him an elephant..      Turkish Proverb</w:t>
      </w:r>
      <w:r>
        <w:br/>
      </w:r>
      <w:r>
        <w:t>Better a mouse in the pot than no meat at all.      Romanian Proverb</w:t>
      </w:r>
      <w:r>
        <w:br/>
      </w:r>
      <w:r>
        <w:t>Better be ill spoken of by one before all than by all before one.      Scottish Proverb</w:t>
      </w:r>
      <w:r>
        <w:br/>
      </w:r>
      <w:r>
        <w:t>Better to light a candle than to curse the darkness      Chinese Proverb</w:t>
      </w:r>
      <w:r>
        <w:br/>
      </w:r>
      <w:r>
        <w:t>Better be quarreling than lonesome.       Irish Proverb</w:t>
      </w:r>
      <w:r>
        <w:br/>
      </w:r>
      <w:r>
        <w:t>Between saying and doing, many a pair of shoes is worn out.       Italian Proverb</w:t>
      </w:r>
      <w:r>
        <w:br/>
      </w:r>
      <w:r>
        <w:t>Beware of a man of one book.      English Proverb</w:t>
      </w:r>
      <w:r>
        <w:br/>
      </w:r>
      <w:r>
        <w:t>Beware of a man's shadow and a bee's sting.      Burmese Proverb</w:t>
      </w:r>
      <w:r>
        <w:br/>
      </w:r>
      <w:r>
        <w:t>Beware of the young doctor and the old barber.      Benjamin Franklin</w:t>
      </w:r>
      <w:r>
        <w:br/>
      </w:r>
      <w:r>
        <w:t>The big thieves hang the little ones.      Czech Proverb</w:t>
      </w:r>
      <w:r>
        <w:br/>
      </w:r>
      <w:r>
        <w:t>The blind man is laughing at the bald head.       Persian Proverb</w:t>
      </w:r>
      <w:r>
        <w:br/>
      </w:r>
      <w:r>
        <w:t>A book is like a garden carried in the pocket.      Chinese Proverb</w:t>
      </w:r>
      <w:r>
        <w:br/>
      </w:r>
      <w:r>
        <w:t>By asking for the impossible, obtain the best possible.      Italian Proverb</w:t>
      </w:r>
      <w:r>
        <w:br/>
      </w:r>
      <w:r>
        <w:t>By learning you will teach; by teaching you will learn.       Latin Proverb</w:t>
      </w:r>
    </w:p>
    <w:p>
      <w:r>
        <w:t>Call on God, but row away from the rocks.      Indian Proverb</w:t>
      </w:r>
      <w:r>
        <w:br/>
      </w:r>
      <w:r>
        <w:t>Children are a poor man's wealth.      Danish Proverb</w:t>
      </w:r>
      <w:r>
        <w:br/>
      </w:r>
      <w:r>
        <w:t>The church is near, but the way is icy, The tavern is far, but I will walk carefully.      Ukranian Proverb</w:t>
      </w:r>
      <w:r>
        <w:br/>
      </w:r>
      <w:r>
        <w:t>A closed mind is like a closed book; just a block of wood      Chinese Proverb</w:t>
      </w:r>
      <w:r>
        <w:br/>
      </w:r>
      <w:r>
        <w:t>Complain to one who can help you.      Yugoslav Proverb</w:t>
      </w:r>
      <w:r>
        <w:br/>
      </w:r>
      <w:r>
        <w:t>Confessed faults are half mended.      Scottish Proverb</w:t>
      </w:r>
      <w:r>
        <w:br/>
      </w:r>
      <w:r>
        <w:t>The country rooster dows not crow in the town.      African(Swahili) Proverb</w:t>
      </w:r>
      <w:r>
        <w:br/>
      </w:r>
      <w:r>
        <w:t>The crow that mimics a cormorant is drowned.       Japanese Proverb</w:t>
      </w:r>
      <w:r>
        <w:br/>
      </w:r>
      <w:r>
        <w:t>Cuando amor no es locura, no es amor. (When love is not madness, it is not love.)       Spanish Proverb</w:t>
      </w:r>
    </w:p>
    <w:p>
      <w:r>
        <w:t>Danger and delight grow on one stalk.       English Proverb</w:t>
      </w:r>
      <w:r>
        <w:br/>
      </w:r>
      <w:r>
        <w:t>Deceive the rich and powerful if you will, but don't insult them.       Japanese Proverb</w:t>
      </w:r>
      <w:r>
        <w:br/>
      </w:r>
      <w:r>
        <w:t>The deeper the sorrow the less tongue it hath.       The Talmud</w:t>
      </w:r>
      <w:r>
        <w:br/>
      </w:r>
      <w:r>
        <w:t>Deliberate often--decide once.       Latin Proverb</w:t>
      </w:r>
      <w:r>
        <w:br/>
      </w:r>
      <w:r>
        <w:t>A dimple in the chin; a devil within.       Irish Proverb</w:t>
      </w:r>
      <w:r>
        <w:br/>
      </w:r>
      <w:r>
        <w:t>The doctor is to be feared more than the disease.       Latin Proverb</w:t>
      </w:r>
      <w:r>
        <w:br/>
      </w:r>
      <w:r>
        <w:t>The dog's kennel is not the place to keep a sausage.      Danish Proverb</w:t>
      </w:r>
      <w:r>
        <w:br/>
      </w:r>
      <w:r>
        <w:t>The dog wags his tail, not for you, but for your bread.      Portuguese Proverb</w:t>
      </w:r>
      <w:r>
        <w:br/>
      </w:r>
      <w:r>
        <w:t>Do not answer a fool according to his folly, or you will be like him yourself.       Miscellaneous Proverb</w:t>
      </w:r>
      <w:r>
        <w:br/>
      </w:r>
      <w:r>
        <w:t>Do not bathe if there is no water.      Shan Proverb</w:t>
      </w:r>
      <w:r>
        <w:br/>
      </w:r>
      <w:r>
        <w:t>Do not be in a hurry to tie what you cannot untie.      English Proverb</w:t>
      </w:r>
      <w:r>
        <w:br/>
      </w:r>
      <w:r>
        <w:t>Do not employ handsome servants.      Chinese Proverb</w:t>
      </w:r>
      <w:r>
        <w:br/>
      </w:r>
      <w:r>
        <w:t>Do not lengthen the quarrel while there is an opportunity of escaping.       Latin Proverb</w:t>
      </w:r>
      <w:r>
        <w:br/>
      </w:r>
      <w:r>
        <w:t>Do not protect yourself by a fence, but rather by your friends.      Czech Proverb</w:t>
      </w:r>
      <w:r>
        <w:br/>
      </w:r>
      <w:r>
        <w:t>Do not push the river, it will flow by itself.      Polish Proverb</w:t>
      </w:r>
      <w:r>
        <w:br/>
      </w:r>
      <w:r>
        <w:t>Do not put your spoon into the pot which does not boil for you.      Romanian Proverb</w:t>
      </w:r>
      <w:r>
        <w:br/>
      </w:r>
      <w:r>
        <w:t>Do not speak of a rhinoceros if there is no tree nearby.       African(Zulu) Proverb</w:t>
      </w:r>
      <w:r>
        <w:br/>
      </w:r>
      <w:r>
        <w:t>Do not stand in a place of danger trusting in miracles.       Arab Proverb</w:t>
      </w:r>
      <w:r>
        <w:br/>
      </w:r>
      <w:r>
        <w:t>Do not throw the arrow which will return against you.      Kurdish Proverb</w:t>
      </w:r>
      <w:r>
        <w:br/>
      </w:r>
      <w:r>
        <w:t>Do not wrong or hate your neighbor for it is not he that you wrong but yourself.      Native American Proverb (Pima)</w:t>
      </w:r>
      <w:r>
        <w:br/>
      </w:r>
      <w:r>
        <w:t>Don't be too sweet lest you be eaten up; don't be too bitter lest you be spewed out.      Jewish Proverb</w:t>
      </w:r>
      <w:r>
        <w:br/>
      </w:r>
      <w:r>
        <w:t>Don't dig your grave with your own knife and fork.       English Proverb</w:t>
      </w:r>
      <w:r>
        <w:br/>
      </w:r>
      <w:r>
        <w:t>Don't empty the water jar until the rain falls.      Philippine Proverb</w:t>
      </w:r>
      <w:r>
        <w:br/>
      </w:r>
      <w:r>
        <w:t>Don't fall before you're pushed.      English Proverb</w:t>
      </w:r>
      <w:r>
        <w:br/>
      </w:r>
      <w:r>
        <w:t>Don't let your sorrow come higher than your knees.      Sweedish Proverb</w:t>
      </w:r>
      <w:r>
        <w:br/>
      </w:r>
      <w:r>
        <w:t>Don't live in a town where there are no doctors.      Jewish Proverb</w:t>
      </w:r>
      <w:r>
        <w:br/>
      </w:r>
      <w:r>
        <w:t>Don't make use of another's mouth unless it has been leant to you.      Belgian Proverb</w:t>
      </w:r>
      <w:r>
        <w:br/>
      </w:r>
      <w:r>
        <w:t>Don't offer me advice; give me money      Spanish Proverb</w:t>
      </w:r>
      <w:r>
        <w:br/>
      </w:r>
      <w:r>
        <w:t>Don't open a shop unless you know how to smile.      Jewish Proverb</w:t>
      </w:r>
      <w:r>
        <w:br/>
      </w:r>
      <w:r>
        <w:t>Don't run too far, you will have to return the same distance.      Biblical Proverb</w:t>
      </w:r>
      <w:r>
        <w:br/>
      </w:r>
      <w:r>
        <w:t>Don't shake the tree when the pears fall off themselves.      Slovakian Proverb</w:t>
      </w:r>
      <w:r>
        <w:br/>
      </w:r>
      <w:r>
        <w:t>Don't speak unless you can improve on the silence.      Spanish Proverb</w:t>
      </w:r>
      <w:r>
        <w:br/>
      </w:r>
      <w:r>
        <w:t>Don't stay long when the husband is not at home.       Japanese Proverb</w:t>
      </w:r>
      <w:r>
        <w:br/>
      </w:r>
      <w:r>
        <w:t>Don't think there are no crocodiles because the water is calm.      Malayan Proverb</w:t>
      </w:r>
      <w:r>
        <w:br/>
      </w:r>
      <w:r>
        <w:t>Don't throw away the old bucket until you know whether the new one holds water.       Sweedish Proverb</w:t>
      </w:r>
      <w:r>
        <w:br/>
      </w:r>
      <w:r>
        <w:t>Drink nothing without seeing it; Sign nothing without reading it.      Spanish Proverb</w:t>
      </w:r>
      <w:r>
        <w:br/>
      </w:r>
      <w:r>
        <w:t>Dwell not upon thy weariness, thy strength shall be according to the measure of thy desire.      Arab proverb</w:t>
      </w:r>
    </w:p>
    <w:p>
      <w:r>
        <w:t>Eat and drink with your relatives; do business with strangers.     Greek Proverb</w:t>
      </w:r>
      <w:r>
        <w:br/>
      </w:r>
      <w:r>
        <w:t>Eating and scratching want but a beginning.      Romanian Proverb</w:t>
      </w:r>
      <w:r>
        <w:br/>
      </w:r>
      <w:r>
        <w:t>Eating while seated makes one of large size; eating while standing makes one strong.       Hindu Proverb</w:t>
      </w:r>
      <w:r>
        <w:br/>
      </w:r>
      <w:r>
        <w:t>Employ thy time well if thou meanest to get leisure.      Benjamin Franklin</w:t>
      </w:r>
      <w:r>
        <w:br/>
      </w:r>
      <w:r>
        <w:t>The enemy of my enemy is my friend.       Arab Proverb</w:t>
      </w:r>
      <w:r>
        <w:br/>
      </w:r>
      <w:r>
        <w:t>Enjoy yourself. It's later than you think.      Chinese Proverb</w:t>
      </w:r>
      <w:r>
        <w:br/>
      </w:r>
      <w:r>
        <w:t>Even a clock that does not work is right twice a day.       Polish Proverb</w:t>
      </w:r>
      <w:r>
        <w:br/>
      </w:r>
      <w:r>
        <w:t>Even a fool is thought wise if he keeps silent, and discerning if he holds his tongue.       Miscellaneous Prover</w:t>
      </w:r>
      <w:r>
        <w:br/>
      </w:r>
      <w:r>
        <w:t>Every animal knows more than you do.      Native American Proverb (Nez Perce)</w:t>
      </w:r>
      <w:r>
        <w:br/>
      </w:r>
      <w:r>
        <w:t>Every beetle is a gazelle in the eyes of its mother.       Moorish Proverb</w:t>
      </w:r>
      <w:r>
        <w:br/>
      </w:r>
      <w:r>
        <w:t>Every invalid is a doctor.      Irish Proverb</w:t>
      </w:r>
      <w:r>
        <w:br/>
      </w:r>
      <w:r>
        <w:t>Everyone thinks his own burden heavy.      French Proverb</w:t>
      </w:r>
      <w:r>
        <w:br/>
      </w:r>
      <w:r>
        <w:t>Every path has its puddle.      English Proverb</w:t>
      </w:r>
      <w:r>
        <w:br/>
      </w:r>
      <w:r>
        <w:t>Every peasant is proud of the pond in his village because from it he measures the sea.      Russian Proverb</w:t>
      </w:r>
      <w:r>
        <w:br/>
      </w:r>
      <w:r>
        <w:t>Every road has two directions.       Russian Proverb</w:t>
      </w:r>
      <w:r>
        <w:br/>
      </w:r>
      <w:r>
        <w:t>Everything passes, everything wears out, everything breaks. (tout passe, tout lasse, tout casse)       French Proverb</w:t>
      </w:r>
      <w:r>
        <w:br/>
      </w:r>
      <w:r>
        <w:t>Examine what is said, not him who speaks.       Arab Proverb</w:t>
      </w:r>
      <w:r>
        <w:br/>
      </w:r>
      <w:r>
        <w:t>Experience is the comb that nature gives us when we are bald.      Belgian proverb</w:t>
      </w:r>
      <w:r>
        <w:br/>
      </w:r>
      <w:r>
        <w:t>The eyes are the window of the soul.       English Proverb</w:t>
      </w:r>
      <w:r>
        <w:br/>
      </w:r>
      <w:r>
        <w:t>The eyes believe themselves; the ears believe other people.       German Proverb</w:t>
      </w:r>
    </w:p>
    <w:p>
      <w:r>
        <w:t>Fall seven times, stand up eight.      Japanese Proverb</w:t>
      </w:r>
      <w:r>
        <w:br/>
      </w:r>
      <w:r>
        <w:t>Fast Ripe, Fast Rotten.      Japanese Proverb</w:t>
      </w:r>
      <w:r>
        <w:br/>
      </w:r>
      <w:r>
        <w:t>A father is a banker provided by nature.       French Proverb</w:t>
      </w:r>
      <w:r>
        <w:br/>
      </w:r>
      <w:r>
        <w:t>Fear less, hope more, eat less, chew more, whine less, breathe more, talk less, say more, hate less, love more, and all good things will be yours.      Swedish proverb</w:t>
      </w:r>
      <w:r>
        <w:br/>
      </w:r>
      <w:r>
        <w:t>Fear not a jest. If one throws salt at you, you will not be harmed unless you have sore places.      Latin Proverb</w:t>
      </w:r>
      <w:r>
        <w:br/>
      </w:r>
      <w:r>
        <w:t>First deserve, and then desire.       English Proverb</w:t>
      </w:r>
      <w:r>
        <w:br/>
      </w:r>
      <w:r>
        <w:t>The first drink with water, the second without water, the third like water.      Spanish Proverb</w:t>
      </w:r>
      <w:r>
        <w:br/>
      </w:r>
      <w:r>
        <w:t>First secure an independent income, then practice virtue.      Greek Proverb</w:t>
      </w:r>
      <w:r>
        <w:br/>
      </w:r>
      <w:r>
        <w:t>Fish or cut bait.      American Proverb</w:t>
      </w:r>
      <w:r>
        <w:br/>
      </w:r>
      <w:r>
        <w:t>Fish, to taste good, must swim three times: in water, in butter, and in wine.      Polish Proverb</w:t>
      </w:r>
      <w:r>
        <w:br/>
      </w:r>
      <w:r>
        <w:t>A fool finds pleasure in evil conduct, but a man of understanding delights in wisdom.      Miscellaneous Proverb</w:t>
      </w:r>
      <w:r>
        <w:br/>
      </w:r>
      <w:r>
        <w:t>A fool finds no pleasure in understanding but delights in airing his own opinions.       Miscellaneous Proverb</w:t>
      </w:r>
      <w:r>
        <w:br/>
      </w:r>
      <w:r>
        <w:t>A fool gives full vent to his anger, but a wise man keeps himself under control       Miscellaneous Proverb</w:t>
      </w:r>
      <w:r>
        <w:br/>
      </w:r>
      <w:r>
        <w:t>A fool shows his annoyance at once, but a prudent man overlooks an insult.       Miscellaneous Proverb</w:t>
      </w:r>
      <w:r>
        <w:br/>
      </w:r>
      <w:r>
        <w:t>Forget injuries, never forget kindnesses.      Chinese Proverb</w:t>
      </w:r>
      <w:r>
        <w:br/>
      </w:r>
      <w:r>
        <w:t>From a fallen tree, all make kindling.      Spanish Proverb</w:t>
      </w:r>
      <w:r>
        <w:br/>
      </w:r>
      <w:r>
        <w:t>From a thorn comes a rose, and from a rose comes a thorn.      Greek Proverb</w:t>
      </w:r>
      <w:r>
        <w:br/>
      </w:r>
      <w:r>
        <w:t>A full cup must be carried steadily.      English Proverb</w:t>
      </w:r>
    </w:p>
    <w:p>
      <w:r>
        <w:t>Get what you can and keep what you have; that's the way to get rich.      Scottish Proverb</w:t>
      </w:r>
      <w:r>
        <w:br/>
      </w:r>
      <w:r>
        <w:t>Give to a pig when it grunts and a child when it cries , and you will have a fine pig and a bad child.      Danish Proverb</w:t>
      </w:r>
      <w:r>
        <w:br/>
      </w:r>
      <w:r>
        <w:t>Go and wake up your cook.      Arab Proverb</w:t>
      </w:r>
      <w:r>
        <w:br/>
      </w:r>
      <w:r>
        <w:t>The go-between wears out a thousand sandals.       Japanese Proverb</w:t>
      </w:r>
      <w:r>
        <w:br/>
      </w:r>
      <w:r>
        <w:t>God could not be everywhere and therefore he made mothers.      Jewish Proverb</w:t>
      </w:r>
      <w:r>
        <w:br/>
      </w:r>
      <w:r>
        <w:t>God gives the nuts but he does not crack them.      German Proverb</w:t>
      </w:r>
      <w:r>
        <w:br/>
      </w:r>
      <w:r>
        <w:t>God sells knowledge for labour -- honour for risk.      Arabic Proverb</w:t>
      </w:r>
      <w:r>
        <w:br/>
      </w:r>
      <w:r>
        <w:t>God will be present, whether asked or not.      Latin Proverb</w:t>
      </w:r>
      <w:r>
        <w:br/>
      </w:r>
      <w:r>
        <w:t>God gave teeth; He will give bread.      Lithuanian Proverb</w:t>
      </w:r>
      <w:r>
        <w:br/>
      </w:r>
      <w:r>
        <w:t>God could not be everywhere and therefore he made mothers.      Jewish Proverb</w:t>
      </w:r>
      <w:r>
        <w:br/>
      </w:r>
      <w:r>
        <w:t>Good fences make good neighbors.      American Proverb</w:t>
      </w:r>
      <w:r>
        <w:br/>
      </w:r>
      <w:r>
        <w:t>Good men must die, but death cannot kill their names.      Spanish Proverb</w:t>
      </w:r>
      <w:r>
        <w:br/>
      </w:r>
      <w:r>
        <w:t>Goodness shouts. Evil whispers.      Balinese Proverb</w:t>
      </w:r>
      <w:r>
        <w:br/>
      </w:r>
      <w:r>
        <w:t>Goodness speaks in a whisper, evil shouts.      Tibetan proverb</w:t>
      </w:r>
      <w:r>
        <w:br/>
      </w:r>
      <w:r>
        <w:t>A good painter need not give a name to his picture, a bad one must.      Polish Proverb</w:t>
      </w:r>
      <w:r>
        <w:br/>
      </w:r>
      <w:r>
        <w:t>Gossip needs no carriage.       Russian Proverb</w:t>
      </w:r>
      <w:r>
        <w:br/>
      </w:r>
      <w:r>
        <w:t>Gratitude is the heart's memory.      French Proverb</w:t>
      </w:r>
      <w:r>
        <w:br/>
      </w:r>
      <w:r>
        <w:t>The greater love is a mother's; then comes a dog's; then a sweetheart's.      Polish Proverb</w:t>
      </w:r>
      <w:r>
        <w:br/>
      </w:r>
      <w:r>
        <w:t>Great men are not always wise.       Biblical Proverb</w:t>
      </w:r>
      <w:r>
        <w:br/>
      </w:r>
      <w:r>
        <w:t>A guest sees more in an hour than the host in a year.       Polish Proverb</w:t>
      </w:r>
    </w:p>
    <w:p>
      <w:r>
        <w:t>A half-truth is a whole lie.      Jewish Proverb</w:t>
      </w:r>
      <w:r>
        <w:br/>
      </w:r>
      <w:r>
        <w:t>The hammer shatters glass but forges steel.      Russian Proverb</w:t>
      </w:r>
      <w:r>
        <w:br/>
      </w:r>
      <w:r>
        <w:t>A handfull of patience is worth a bushel of brains.       Dutch Proverb</w:t>
      </w:r>
      <w:r>
        <w:br/>
      </w:r>
      <w:r>
        <w:t>Happiness is like a sunbeam, which the least shadow intercepts, while adversity is often as the rain of spring.      Chinese Proverb</w:t>
      </w:r>
      <w:r>
        <w:br/>
      </w:r>
      <w:r>
        <w:t>A heart in love with beauty never grows old.       Turkish Proverb</w:t>
      </w:r>
      <w:r>
        <w:br/>
      </w:r>
      <w:r>
        <w:t>The heart that loves is always young.       Greek Proverb</w:t>
      </w:r>
      <w:r>
        <w:br/>
      </w:r>
      <w:r>
        <w:t>He fishes well who uses a golden hook.       Latin Proverb</w:t>
      </w:r>
      <w:r>
        <w:br/>
      </w:r>
      <w:r>
        <w:t>He is rich who owes nothing.      French Proverb</w:t>
      </w:r>
      <w:r>
        <w:br/>
      </w:r>
      <w:r>
        <w:t>He that does not ask will never get a bargain.      French Proverb</w:t>
      </w:r>
      <w:r>
        <w:br/>
      </w:r>
      <w:r>
        <w:t>He that is of a merry heart hasth a continual feast.       Biblical Proverb</w:t>
      </w:r>
      <w:r>
        <w:br/>
      </w:r>
      <w:r>
        <w:t>He that maketh haste to be rich shall not be innocent.       Biblical Proverb</w:t>
      </w:r>
      <w:r>
        <w:br/>
      </w:r>
      <w:r>
        <w:t>He who is outside his door already has a hard part of his journey behind him.      Dutch Proverb</w:t>
      </w:r>
      <w:r>
        <w:br/>
      </w:r>
      <w:r>
        <w:t>He who must die, must die in the dark, even though he sells candles.      Colombian Proverb</w:t>
      </w:r>
      <w:r>
        <w:br/>
      </w:r>
      <w:r>
        <w:t>He who says what he likes will hear what he does not like.      English Proverb</w:t>
      </w:r>
      <w:r>
        <w:br/>
      </w:r>
      <w:r>
        <w:t>He who searches for pearls should not sleep.      Lybian Proverb</w:t>
      </w:r>
      <w:r>
        <w:br/>
      </w:r>
      <w:r>
        <w:t>He who wants a rose must respect the thorn.       Persian Proverb</w:t>
      </w:r>
      <w:r>
        <w:br/>
      </w:r>
      <w:r>
        <w:t>He who would rule must hear and be deaf, see and be blind.      German Proverb</w:t>
      </w:r>
      <w:r>
        <w:br/>
      </w:r>
      <w:r>
        <w:t>He who asks is a fool for five minutes, but he who does not ask remains a fool forever.       Chinese Proverb</w:t>
      </w:r>
      <w:r>
        <w:br/>
      </w:r>
      <w:r>
        <w:t>He who builds by the roadside has many surveyors.      Italian Proverb</w:t>
      </w:r>
      <w:r>
        <w:br/>
      </w:r>
      <w:r>
        <w:t>He who doesn't risk never gets to drink champagne.      Russian Proverb</w:t>
      </w:r>
      <w:r>
        <w:br/>
      </w:r>
      <w:r>
        <w:t>He who has health has hope; and he who has hope, has everything.      Arab Proverb</w:t>
      </w:r>
      <w:r>
        <w:br/>
      </w:r>
      <w:r>
        <w:t>He who hurries can not walk with dignity.      Chinese Proverb</w:t>
      </w:r>
      <w:r>
        <w:br/>
      </w:r>
      <w:r>
        <w:t>He who is not impatient is not in love.       Italian Proverb</w:t>
      </w:r>
      <w:r>
        <w:br/>
      </w:r>
      <w:r>
        <w:t>He who knows little quickly tells it.      Italian Proverb</w:t>
      </w:r>
      <w:r>
        <w:br/>
      </w:r>
      <w:r>
        <w:t>He who knows nothing doubts nothing.       Italian Proverb</w:t>
      </w:r>
      <w:r>
        <w:br/>
      </w:r>
      <w:r>
        <w:t>He who puts up with insult invites injury.      Jewish Proverb</w:t>
      </w:r>
      <w:r>
        <w:br/>
      </w:r>
      <w:r>
        <w:t>He who respects his parents never dies.      Greek Proverb</w:t>
      </w:r>
      <w:r>
        <w:br/>
      </w:r>
      <w:r>
        <w:t>He who sows peas on the highway does not get all the pods into his barn.      Danish Proverb</w:t>
      </w:r>
      <w:r>
        <w:br/>
      </w:r>
      <w:r>
        <w:t>He who undertakes too much seldom succeeds.      Dutch Proverb</w:t>
      </w:r>
      <w:r>
        <w:br/>
      </w:r>
      <w:r>
        <w:t>He who would leap far must first take a long run.      Danish Proverb</w:t>
      </w:r>
      <w:r>
        <w:br/>
      </w:r>
      <w:r>
        <w:t>Hide not your talents, they for use were made. What's a sundial in the shade?       Benjamin Franklin</w:t>
      </w:r>
      <w:r>
        <w:br/>
      </w:r>
      <w:r>
        <w:t>Hours are Time's shafts, and one comes winged with death.      Scottish Clock Motto</w:t>
      </w:r>
    </w:p>
    <w:p>
      <w:r>
        <w:t>If a man is destined to drown, he will drown even in a spoonful of water.      Yiddish Proverb</w:t>
      </w:r>
      <w:r>
        <w:br/>
      </w:r>
      <w:r>
        <w:t>If Jack's in love, he's no judge of Jill's beauty.      Benjamin Franklin</w:t>
      </w:r>
      <w:r>
        <w:br/>
      </w:r>
      <w:r>
        <w:t>If there is no wind, row.      Latin Proverb</w:t>
      </w:r>
      <w:r>
        <w:br/>
      </w:r>
      <w:r>
        <w:t>If three people say you are an ass, put on a bridle.      Spanish Proverb</w:t>
      </w:r>
      <w:r>
        <w:br/>
      </w:r>
      <w:r>
        <w:t>If work were good for you, the rich would leave none for the poor.      Haitian proverb</w:t>
      </w:r>
      <w:r>
        <w:br/>
      </w:r>
      <w:r>
        <w:t>If you are a host to your guest, be a host to his dog also.      Russian Proverb</w:t>
      </w:r>
      <w:r>
        <w:br/>
      </w:r>
      <w:r>
        <w:t>If you are patient in a moment of anger, you will escape a hindred days of sorrow.      Chinese Proverb</w:t>
      </w:r>
      <w:r>
        <w:br/>
      </w:r>
      <w:r>
        <w:t>If you bow at all, bow low.      Chinese Proverb</w:t>
      </w:r>
      <w:r>
        <w:br/>
      </w:r>
      <w:r>
        <w:t>Za dvumya zaitsami pogonish'sya, ne odnogo ne poimaesh'. (If you chase two rabbits, you will not catch either one.) Russian Proverb</w:t>
      </w:r>
      <w:r>
        <w:br/>
      </w:r>
      <w:r>
        <w:t>If you can't go over, you must go under.       Jewish Proverb</w:t>
      </w:r>
      <w:r>
        <w:br/>
      </w:r>
      <w:r>
        <w:t>If you can't lick 'em, join 'em.      American Proverb</w:t>
      </w:r>
      <w:r>
        <w:br/>
      </w:r>
      <w:r>
        <w:t>If you must play, decide on three things at the start: the rules of he game, the stakes, and the quitting time.      Chinese proverb</w:t>
      </w:r>
      <w:r>
        <w:br/>
      </w:r>
      <w:r>
        <w:t>If you reveal your secrets to the wind you should not blame the wind for revealing them to the trees.       Khalil Gibran</w:t>
      </w:r>
      <w:r>
        <w:br/>
      </w:r>
      <w:r>
        <w:t>If you see no reason for giving thanks, the fault lies in yourself.     Native American Proverb (Minquass)</w:t>
      </w:r>
      <w:r>
        <w:br/>
      </w:r>
      <w:r>
        <w:t>If you scatter thorns, don't go barefoot.       Italian Proverb</w:t>
      </w:r>
      <w:r>
        <w:br/>
      </w:r>
      <w:r>
        <w:t>If you see in your wine the reflection of a person not in your range of vision, don't drink it.     Chinese Proverb</w:t>
      </w:r>
      <w:r>
        <w:br/>
      </w:r>
      <w:r>
        <w:t>If you want to be respected, you must respect yourself.       Spanish Proverb</w:t>
      </w:r>
      <w:r>
        <w:br/>
      </w:r>
      <w:r>
        <w:t>If you want your dreams to come true, don't sleep.       Yiddish Proverb</w:t>
      </w:r>
      <w:r>
        <w:br/>
      </w:r>
      <w:r>
        <w:t>If you want your eggs hatched, sit on them yourself.      Haitian proverb</w:t>
      </w:r>
      <w:r>
        <w:br/>
      </w:r>
      <w:r>
        <w:t>If you wish good advice, consult an old man.      Romanian Proverb</w:t>
      </w:r>
      <w:r>
        <w:br/>
      </w:r>
      <w:r>
        <w:t>If you would be wealthy, think of saving as well as getting.       Benjamin Franklin</w:t>
      </w:r>
      <w:r>
        <w:br/>
      </w:r>
      <w:r>
        <w:t>If you would live healthy, be old early.      Spanish Proverb</w:t>
      </w:r>
      <w:r>
        <w:br/>
      </w:r>
      <w:r>
        <w:t>If you would be pope, you must think of nothing else.      Spanish Proverb</w:t>
      </w:r>
      <w:r>
        <w:br/>
      </w:r>
      <w:r>
        <w:t>If you suspect a man, don't employ him, and if ypu employ him, don't suspect him.       Chinese Proverb</w:t>
      </w:r>
      <w:r>
        <w:br/>
      </w:r>
      <w:r>
        <w:t>If your head is wax, don't walk in the sun.      Benjamin Franklin</w:t>
      </w:r>
      <w:r>
        <w:br/>
      </w:r>
      <w:r>
        <w:t>If youth but had the knowledge and old age the strength.       French Proverb</w:t>
      </w:r>
      <w:r>
        <w:br/>
      </w:r>
      <w:r>
        <w:t>Ignorance is bliss.      American Proverb</w:t>
      </w:r>
      <w:r>
        <w:br/>
      </w:r>
      <w:r>
        <w:t>In case of doubt it is best to lean to the side of mercy.      Legal Proverb</w:t>
      </w:r>
      <w:r>
        <w:br/>
      </w:r>
      <w:r>
        <w:t>In reviling, it is not necessary to prepare a preliminary draft.      Chinese Proverb</w:t>
      </w:r>
      <w:r>
        <w:br/>
      </w:r>
      <w:r>
        <w:t>In times of prosperity friends will be plenty, in times of adversity not one in twenty.       English Proverb</w:t>
      </w:r>
      <w:r>
        <w:br/>
      </w:r>
      <w:r>
        <w:t>In the kingdom of the blind the one-eyed are kings      Macedonian Proverb</w:t>
      </w:r>
      <w:r>
        <w:br/>
      </w:r>
      <w:r>
        <w:t>In the morning be first up, and in the evening last to go to bed, for they that sleep catch no fish.       English Proverb</w:t>
      </w:r>
      <w:r>
        <w:br/>
      </w:r>
      <w:r>
        <w:t>It is easier to pull down than to build up.       Latin Proverb</w:t>
      </w:r>
      <w:r>
        <w:br/>
      </w:r>
      <w:r>
        <w:t>It is not a fish until it is on the bank.      Irish Proverb</w:t>
      </w:r>
      <w:r>
        <w:br/>
      </w:r>
      <w:r>
        <w:t>It is not enough to aim.; you must hit.      Italian Proverb</w:t>
      </w:r>
      <w:r>
        <w:br/>
      </w:r>
      <w:r>
        <w:t>It is the great north wind that made the Vikings.      Scandanavian Proverb</w:t>
      </w:r>
      <w:r>
        <w:br/>
      </w:r>
      <w:r>
        <w:t>It is the part of a good shepherd to shear his flock, not to skin it.      Latin Proverb</w:t>
      </w:r>
    </w:p>
    <w:p>
      <w:r>
        <w:t>A journey of a thousand miles begins with a single step.      Chinese Proverb</w:t>
      </w:r>
      <w:r>
        <w:br/>
      </w:r>
      <w:r>
        <w:t>Judge not the horse by his saddle.      Chinese Proverb</w:t>
      </w:r>
    </w:p>
    <w:p>
      <w:r>
        <w:t>Keep your broken arm inside your sleeve.</w:t>
      </w:r>
      <w:r>
        <w:br/>
      </w:r>
      <w:r>
        <w:t>Chinese Proverb</w:t>
      </w:r>
    </w:p>
    <w:p>
      <w:r>
        <w:t>L'amour faite passer les temps. Les temps faite passer l'amour. (Love makes time pass. Time makes love pass.)      French Sundial Motto</w:t>
      </w:r>
      <w:r>
        <w:br/>
      </w:r>
      <w:r>
        <w:t>A lean agreement is better than a fat lawsuit.      German Proverb</w:t>
      </w:r>
      <w:r>
        <w:br/>
      </w:r>
      <w:r>
        <w:t>Learning is a treasure that will follow its owner everywhere.      Chinese Proverb.</w:t>
      </w:r>
      <w:r>
        <w:br/>
      </w:r>
      <w:r>
        <w:t>Let every fox take care of his own tail.      Italian Proverb</w:t>
      </w:r>
      <w:r>
        <w:br/>
      </w:r>
      <w:r>
        <w:t>Let him make use of instinct who cannot make use of reason.      English Proverb</w:t>
      </w:r>
      <w:r>
        <w:br/>
      </w:r>
      <w:r>
        <w:t>Let no man deceive you with vain words.       Biblical Proverb</w:t>
      </w:r>
      <w:r>
        <w:br/>
      </w:r>
      <w:r>
        <w:t>Life is not separate from death. It only looks that way.      Native American Proverb (Blackfoot)</w:t>
      </w:r>
      <w:r>
        <w:br/>
      </w:r>
      <w:r>
        <w:t>Listen or your tongue will keep you deaf.      Native American Proverb</w:t>
      </w:r>
      <w:r>
        <w:br/>
      </w:r>
      <w:r>
        <w:t>Listen to all, plucking a feather from every passing goose, but, follow no one absolutely.      Chinese Proverb</w:t>
      </w:r>
      <w:r>
        <w:br/>
      </w:r>
      <w:r>
        <w:t>A little pot boils easily.      Dutch Proverb</w:t>
      </w:r>
      <w:r>
        <w:br/>
      </w:r>
      <w:r>
        <w:t>Live together like brothers and do business like strangers.      Arab Proverb</w:t>
      </w:r>
      <w:r>
        <w:br/>
      </w:r>
      <w:r>
        <w:t>Live with wolves, and you learn to howl.      Spanish Proverb</w:t>
      </w:r>
      <w:r>
        <w:br/>
      </w:r>
      <w:r>
        <w:t>Live your own life, for you will die your own death.      Latin Proverb</w:t>
      </w:r>
      <w:r>
        <w:br/>
      </w:r>
      <w:r>
        <w:t>Lomhlaba Unzima, Lohmhlaba. [This world is a harsh place, this world.]       Zulu Proverb</w:t>
      </w:r>
      <w:r>
        <w:br/>
      </w:r>
      <w:r>
        <w:t>Long absent, soon forgotten.      Romanian Proverb</w:t>
      </w:r>
      <w:r>
        <w:br/>
      </w:r>
      <w:r>
        <w:t>Look for the good, not the evil, in the conduct of members of the family.      Jewish Proverb</w:t>
      </w:r>
      <w:r>
        <w:br/>
      </w:r>
      <w:r>
        <w:t>Love and eggs are best when they are fresh.       Russian Proverb</w:t>
      </w:r>
      <w:r>
        <w:br/>
      </w:r>
      <w:r>
        <w:t>Love is like dew that falls on both nettles and lilies.      Swedish Proverb</w:t>
      </w:r>
      <w:r>
        <w:br/>
      </w:r>
      <w:r>
        <w:t>Love rules without rules.      Italian Proverb</w:t>
      </w:r>
      <w:r>
        <w:br/>
      </w:r>
      <w:r>
        <w:t>Love tells us many things that are not so.       Ukranian Proverb</w:t>
      </w:r>
      <w:r>
        <w:br/>
      </w:r>
      <w:r>
        <w:t>Love your neighbor, but don't tear down your fence.       German Proverb</w:t>
      </w:r>
      <w:r>
        <w:br/>
      </w:r>
      <w:r>
        <w:t>The loveliest of faces are to be seen by moonlight, when one sees half with the eye and half with the fancy.       Persian Proverb</w:t>
      </w:r>
    </w:p>
    <w:p>
      <w:r>
        <w:t>Make happy those who are near, and those who are far will come.     Chinese Proverb</w:t>
      </w:r>
      <w:r>
        <w:br/>
      </w:r>
      <w:r>
        <w:t>Make sure to be in with your equals if you're going to fall out with your superiors.      Jewish Proverb</w:t>
      </w:r>
      <w:r>
        <w:br/>
      </w:r>
      <w:r>
        <w:t>Man has responsiblity, not power.      Native American Proverb (Tuscarora)</w:t>
      </w:r>
      <w:r>
        <w:br/>
      </w:r>
      <w:r>
        <w:t>A man is not where he lives, but where he loves.      Latin Proverb</w:t>
      </w:r>
      <w:r>
        <w:br/>
      </w:r>
      <w:r>
        <w:t>A man's first care should be to avoid the reproaches of his own heart, his next to escape the censures of the world.      English Proverb</w:t>
      </w:r>
      <w:r>
        <w:br/>
      </w:r>
      <w:r>
        <w:t>The man who does not learn is dark, like one walking in the night.      Chinese Proverb</w:t>
      </w:r>
      <w:r>
        <w:br/>
      </w:r>
      <w:r>
        <w:t>Many men know how to flatter, few men know how to praise.Greek Proverb</w:t>
      </w:r>
      <w:r>
        <w:br/>
      </w:r>
      <w:r>
        <w:t>Measure a thousand times and cut once.      Turkish Proverb</w:t>
      </w:r>
    </w:p>
    <w:p>
      <w:r>
        <w:t>Never advise anyone to go to war or to marry.      Spanish Proverb</w:t>
      </w:r>
      <w:r>
        <w:br/>
      </w:r>
      <w:r>
        <w:t>Never do anything standing that you can do sitting, or anything sitting that you can do lying down.      Chinese Proverb</w:t>
      </w:r>
      <w:r>
        <w:br/>
      </w:r>
      <w:r>
        <w:t>Never draw your dirk when a blow will do it.      Scottish Proverb</w:t>
      </w:r>
      <w:r>
        <w:br/>
      </w:r>
      <w:r>
        <w:t>Never fall out with your bread and butter.      English Proverb</w:t>
      </w:r>
      <w:r>
        <w:br/>
      </w:r>
      <w:r>
        <w:t>Never give advice in a crowd.      Arab Proverb</w:t>
      </w:r>
      <w:r>
        <w:br/>
      </w:r>
      <w:r>
        <w:t>Never give advice unless asked.      German Proverb</w:t>
      </w:r>
      <w:r>
        <w:br/>
      </w:r>
      <w:r>
        <w:t>Never rely on the glory of the morning or the smiles of your mother-in-law.      Japanese Proverb</w:t>
      </w:r>
      <w:r>
        <w:br/>
      </w:r>
      <w:r>
        <w:t>Never squat with your spurs on.      Texan Proverb</w:t>
      </w:r>
      <w:r>
        <w:br/>
      </w:r>
      <w:r>
        <w:t>Never trust the man who tells you all his troubles but keeps from you all his joys.       Jewish Proverb</w:t>
      </w:r>
      <w:r>
        <w:br/>
      </w:r>
      <w:r>
        <w:t>Never write a letter while you are angry.      Chinese Proverb</w:t>
      </w:r>
      <w:r>
        <w:br/>
      </w:r>
      <w:r>
        <w:t>Never trouble trouble till trouble troubles you.       American Proverb</w:t>
      </w:r>
      <w:r>
        <w:br/>
      </w:r>
      <w:r>
        <w:t>No call alligator long mouth till you pass him.      Jamaican Proverb</w:t>
      </w:r>
      <w:r>
        <w:br/>
      </w:r>
      <w:r>
        <w:t>No need to teach an eagle to fly.      Greek Proverb</w:t>
      </w:r>
    </w:p>
    <w:p>
      <w:r>
        <w:t>No one can see their reflection in running water. It is only in still water that we can see.      Taoist Proverb</w:t>
      </w:r>
      <w:r>
        <w:br/>
      </w:r>
      <w:r>
        <w:t>No one is rich enough to do without a neighbor.      Danish Proverb</w:t>
      </w:r>
    </w:p>
    <w:p>
      <w:r>
        <w:t>Observe your enemies, for they first find your faults.      Greek Proverb</w:t>
      </w:r>
      <w:r>
        <w:br/>
      </w:r>
      <w:r>
        <w:t>One does evil enough when one does nothing good.      German Proverb</w:t>
      </w:r>
      <w:r>
        <w:br/>
      </w:r>
      <w:r>
        <w:t>One drink is just right; two is too many; three are too few.      Spanish Proverb</w:t>
      </w:r>
      <w:r>
        <w:br/>
      </w:r>
      <w:r>
        <w:t>One meets his destiny often in the road he takes to avoid it.      French Proverb</w:t>
      </w:r>
      <w:r>
        <w:br/>
      </w:r>
      <w:r>
        <w:t>One should be just as careful in choosing one's pleasures as in avoiding calamities.      Chinese Proverb</w:t>
      </w:r>
      <w:r>
        <w:br/>
      </w:r>
      <w:r>
        <w:t>Only mad dogs and Englishmen go out in the noonday sun.      Indian Proverb</w:t>
      </w:r>
    </w:p>
    <w:p>
      <w:r>
        <w:t>Pray, pray very much; but beware of telling God what you want.      French Proverb</w:t>
      </w:r>
    </w:p>
    <w:p>
      <w:r>
        <w:t>Ready money works great cures.      French Proverb</w:t>
      </w:r>
      <w:r>
        <w:br/>
      </w:r>
      <w:r>
        <w:t>The reverse side also has a reverse side.      Japanese Proverb</w:t>
      </w:r>
      <w:r>
        <w:br/>
      </w:r>
      <w:r>
        <w:t>A rich man has no need of character.       Hebrew Proverb</w:t>
      </w:r>
    </w:p>
    <w:p>
      <w:r>
        <w:t>Scratch my back and I'll scratch yours.       American Proverb</w:t>
      </w:r>
      <w:r>
        <w:br/>
      </w:r>
      <w:r>
        <w:t>Set a thief to catch a thief.      French Proverb</w:t>
      </w:r>
      <w:r>
        <w:br/>
      </w:r>
      <w:r>
        <w:t>Shared joy is a double joy; shared sorrow is half a sorrow.      Sweedish Proverb</w:t>
      </w:r>
      <w:r>
        <w:br/>
      </w:r>
      <w:r>
        <w:t>Since the house is on fire let us warm ourselves.      Italian Proverb</w:t>
      </w:r>
      <w:r>
        <w:br/>
      </w:r>
      <w:r>
        <w:t>Since we cannot get what we like, let us like what we can get.      Spanish Proverb</w:t>
      </w:r>
      <w:r>
        <w:br/>
      </w:r>
      <w:r>
        <w:t>A single conversation with a wise man is better than ten years of study.       Chinese Proverb</w:t>
      </w:r>
      <w:r>
        <w:br/>
      </w:r>
      <w:r>
        <w:t>The sinning is the best part of repentance.      Arabic Proverb</w:t>
      </w:r>
      <w:r>
        <w:br/>
      </w:r>
      <w:r>
        <w:t>Smooth seas do not make skillful sailors.      African Proverb</w:t>
      </w:r>
      <w:r>
        <w:br/>
      </w:r>
      <w:r>
        <w:t>A snake deserves no pity.      Yiddish Proverb</w:t>
      </w:r>
      <w:r>
        <w:br/>
      </w:r>
      <w:r>
        <w:t>Speak of the devil and he appears.       Italian Proverb</w:t>
      </w:r>
      <w:r>
        <w:br/>
      </w:r>
      <w:r>
        <w:t>Spread the table and contention will cease.      English Proverb</w:t>
      </w:r>
    </w:p>
    <w:p>
      <w:r>
        <w:t>Tell me and I'll forget. Show me, and I may not remember. Involve me, and I'll understand.      Native American Proverb</w:t>
      </w:r>
      <w:r>
        <w:br/>
      </w:r>
      <w:r>
        <w:t>A true friend, is one that will take a bullet for you in the war.      Italian Proverb</w:t>
      </w:r>
    </w:p>
    <w:p>
      <w:r>
        <w:t>Tell me who's your friend and I'll tell you who you are.      Russian proverb</w:t>
      </w:r>
      <w:r>
        <w:br/>
      </w:r>
      <w:r>
        <w:t>There is a pinch of the madman in every great man.      French Proverb</w:t>
      </w:r>
      <w:r>
        <w:br/>
      </w:r>
      <w:r>
        <w:t>There is no flying without wings.       French Proverb</w:t>
      </w:r>
      <w:r>
        <w:br/>
      </w:r>
      <w:r>
        <w:t>There is no pillow so soft as a clear conscience.      French Proverb</w:t>
      </w:r>
      <w:r>
        <w:br/>
      </w:r>
      <w:r>
        <w:t>There is nothing hidden between Heaven and Earth      Venezuelan Proverb</w:t>
      </w:r>
      <w:r>
        <w:br/>
      </w:r>
      <w:r>
        <w:t>There wouldn't be such a thing as counterfeit gold if there were no real gold somewhere.      Sufi Proverb</w:t>
      </w:r>
      <w:r>
        <w:br/>
      </w:r>
      <w:r>
        <w:t>Those who have free seats at a play hiss first.       Chinese Proverb</w:t>
      </w:r>
      <w:r>
        <w:br/>
      </w:r>
      <w:r>
        <w:t>Those who sleep with dogs will rise with fleas.      Italian Proverb</w:t>
      </w:r>
      <w:r>
        <w:br/>
      </w:r>
      <w:r>
        <w:t>Though a tree grow ever so high, the falling leaves return to the ground.      Malayan Proverb</w:t>
      </w:r>
      <w:r>
        <w:br/>
      </w:r>
      <w:r>
        <w:t>Three things it is best to avoid: a strange dog, a flood, and a man who thinks he is wise.      Welsh Proverb</w:t>
      </w:r>
      <w:r>
        <w:br/>
      </w:r>
      <w:r>
        <w:t>To attract good fortune, spend a new coin on an old friend, share an old pleasure with a new friend, and lift up the heart of a true friend by writing his name on the wings of a dragon.      Chinese Proverb</w:t>
      </w:r>
      <w:r>
        <w:br/>
      </w:r>
      <w:r>
        <w:t>To change and change for the better are two different things.      German Proverb</w:t>
      </w:r>
      <w:r>
        <w:br/>
      </w:r>
      <w:r>
        <w:t>To deceive a diplomat speak the truth, he has no experience with it.       Greek Proverb</w:t>
      </w:r>
      <w:r>
        <w:br/>
      </w:r>
      <w:r>
        <w:t>To know and to act are one and the same.       Samurai Proverb</w:t>
      </w:r>
      <w:r>
        <w:br/>
      </w:r>
      <w:r>
        <w:t>To know the road ahead, ask those coming back.      Chinese Proverb</w:t>
      </w:r>
      <w:r>
        <w:br/>
      </w:r>
      <w:r>
        <w:t>A tree never hits an automobile except in self defense.       American Proverb</w:t>
      </w:r>
      <w:r>
        <w:br/>
      </w:r>
      <w:r>
        <w:t>Trumpet in a herd of elephants; crow in the company of cocks; bleat in a flock of goats.      Malayan Proverb</w:t>
      </w:r>
      <w:r>
        <w:br/>
      </w:r>
      <w:r>
        <w:t>Turn your face to the sun and the shadows fall behind you.       Maori proverb</w:t>
      </w:r>
    </w:p>
    <w:p>
      <w:r>
        <w:t>Under a ragged coat lies wisdom.      Romanian Proverb</w:t>
      </w:r>
      <w:r>
        <w:br/>
      </w:r>
      <w:r>
        <w:t>Under a tattered cloak you will generally find a good drinker.       Spanish Proverb</w:t>
      </w:r>
      <w:r>
        <w:br/>
      </w:r>
      <w:r>
        <w:t>Use power to curb power.      Chinese Proverb</w:t>
      </w:r>
      <w:r>
        <w:br/>
      </w:r>
      <w:r>
        <w:t>Use soft words and hard arguments.       English Proverb</w:t>
      </w:r>
      <w:r>
        <w:br/>
      </w:r>
      <w:r>
        <w:t>Use your enemy's hand to catch a snake.      Persian Proverb</w:t>
      </w:r>
    </w:p>
    <w:p>
      <w:r>
        <w:t>Vision without action is a daydream. Action with without vision is a nightmare.      Japanese Proverb</w:t>
      </w:r>
      <w:r>
        <w:br/>
      </w:r>
      <w:r>
        <w:t>Vulnerant omnia, ultima necat. (All the [hours] wound you, the last one kills)      Latin Proverb</w:t>
      </w:r>
    </w:p>
    <w:p>
      <w:r>
        <w:t>Wait until it is night before saying that it has been a fine day.      French Proverb</w:t>
      </w:r>
      <w:r>
        <w:br/>
      </w:r>
      <w:r>
        <w:t>Walk till the blood appears on the cheek, but not the sweat on the brow.       Spanish Proverb</w:t>
      </w:r>
      <w:r>
        <w:br/>
      </w:r>
      <w:r>
        <w:t>We know the worth of a thing when we have lost it.      French Proverb</w:t>
      </w:r>
      <w:r>
        <w:br/>
      </w:r>
      <w:r>
        <w:t>What may be done at any time will be done at no time.      Scottish Proverb</w:t>
      </w:r>
      <w:r>
        <w:br/>
      </w:r>
      <w:r>
        <w:t>We never know the worth of water till the well is dry.      French Proverb</w:t>
      </w:r>
      <w:r>
        <w:br/>
      </w:r>
      <w:r>
        <w:t>What the heart thinks, the tongue speaks.      Romanian Proverb</w:t>
      </w:r>
      <w:r>
        <w:br/>
      </w:r>
      <w:r>
        <w:t>What the people believe is true.      Native American Proverb (Anishinabe)</w:t>
      </w:r>
    </w:p>
    <w:p>
      <w:r>
        <w:t>What was hard to endure is sweet to recall.       French Proverb</w:t>
      </w:r>
      <w:r>
        <w:br/>
      </w:r>
      <w:r>
        <w:t>What you don't see with your eyes, don't invent with your mouth.      Jewish Proverb</w:t>
      </w:r>
      <w:r>
        <w:br/>
      </w:r>
      <w:r>
        <w:t>What you give you get, ten times over.      Yoruba Proverb</w:t>
      </w:r>
      <w:r>
        <w:br/>
      </w:r>
      <w:r>
        <w:t>When a blind man carries a lame man, both go forward.       Swedish proverb</w:t>
      </w:r>
      <w:r>
        <w:br/>
      </w:r>
      <w:r>
        <w:t>When an elephant is in trouble even a frog will kick him.       Hindu Proverb</w:t>
      </w:r>
      <w:r>
        <w:br/>
      </w:r>
      <w:r>
        <w:t>When anger rises, think of the consequences.      Confucius</w:t>
      </w:r>
      <w:r>
        <w:br/>
      </w:r>
      <w:r>
        <w:t>When a thing is done, advice comes too late.      Romanian Proverb</w:t>
      </w:r>
      <w:r>
        <w:br/>
      </w:r>
      <w:r>
        <w:t>When eating bamboo sprouts, remember the man who planted them.      Chinese Proverb</w:t>
      </w:r>
      <w:r>
        <w:br/>
      </w:r>
      <w:r>
        <w:t>When friends ask, there is no tomorrow.       Miscellaneous Proverb</w:t>
      </w:r>
      <w:r>
        <w:br/>
      </w:r>
      <w:r>
        <w:t>When in doubt, Gallop!       Proverb of the French Foreign Legion</w:t>
      </w:r>
      <w:r>
        <w:br/>
      </w:r>
      <w:r>
        <w:t>When one shuts one eye, one does not hear everything.      Swiss Proverb</w:t>
      </w:r>
      <w:r>
        <w:br/>
      </w:r>
      <w:r>
        <w:t>When spiders unite they can tie down a lion.      Ethiopian Proverb</w:t>
      </w:r>
      <w:r>
        <w:br/>
      </w:r>
      <w:r>
        <w:t>When the fox preaches, look to the geese.      German Proverb</w:t>
      </w:r>
      <w:r>
        <w:br/>
      </w:r>
      <w:r>
        <w:t>When there is no enemy within, the enemies outside cannot hurt you.      African Proverb</w:t>
      </w:r>
      <w:r>
        <w:br/>
      </w:r>
      <w:r>
        <w:t>When two quarrel, both are to blame.      Dutch Proverb</w:t>
      </w:r>
      <w:r>
        <w:br/>
      </w:r>
      <w:r>
        <w:t>When we cannot get what we love, we must love what is within our reach.      French Proverb</w:t>
      </w:r>
      <w:r>
        <w:br/>
      </w:r>
      <w:r>
        <w:t>When you go to buy, use your eyes, not your ears.      Czech Proverb</w:t>
      </w:r>
      <w:r>
        <w:br/>
      </w:r>
      <w:r>
        <w:t>When you have no choice, mobilize the spirit of courage.      Jewish Proverb</w:t>
      </w:r>
      <w:r>
        <w:br/>
      </w:r>
      <w:r>
        <w:t>When you have only two pennies left in the world, buy a loaf of bread with one, and a lily with the other.      Chinese Proverb</w:t>
      </w:r>
      <w:r>
        <w:br/>
      </w:r>
      <w:r>
        <w:t>When you throw dirt, you lose ground.      Texan Proverb</w:t>
      </w:r>
      <w:r>
        <w:br/>
      </w:r>
      <w:r>
        <w:t>When you want to test the depths of a stream, don't use both feet.      Chinese Proverb</w:t>
      </w:r>
      <w:r>
        <w:br/>
      </w:r>
      <w:r>
        <w:t>Where God has his church the Devil will have his chapel.       Spanish Proverb</w:t>
      </w:r>
      <w:r>
        <w:br/>
      </w:r>
      <w:r>
        <w:t>Where there is a sea there are pirates.       Greek Proverb</w:t>
      </w:r>
      <w:r>
        <w:br/>
      </w:r>
      <w:r>
        <w:t>Where there is love, there is pain.      Spanish Proverb</w:t>
      </w:r>
      <w:r>
        <w:br/>
      </w:r>
      <w:r>
        <w:t>Where there are no swamps there are no frogs.      German Proverb</w:t>
      </w:r>
      <w:r>
        <w:br/>
      </w:r>
      <w:r>
        <w:t>Wheresoever you go, go with all your heart.       Confucius</w:t>
      </w:r>
      <w:r>
        <w:br/>
      </w:r>
      <w:r>
        <w:t>Who depends on another man's table often dines late.       Italian Proverb</w:t>
      </w:r>
      <w:r>
        <w:br/>
      </w:r>
      <w:r>
        <w:t>Whoever gossips to you will gossip about you.      Spanish Proverb</w:t>
      </w:r>
      <w:r>
        <w:br/>
      </w:r>
      <w:r>
        <w:t>The whisper of a pretty girl can be heard further than the roar of a lion.       Arab Proverb</w:t>
      </w:r>
      <w:r>
        <w:br/>
      </w:r>
      <w:r>
        <w:t>Who travels for love finds a thousand miles not longer than one.       Japanese Proverb</w:t>
      </w:r>
      <w:r>
        <w:br/>
      </w:r>
      <w:r>
        <w:t>The wise man has long ears and a short tongue.      German Proverb</w:t>
      </w:r>
      <w:r>
        <w:br/>
      </w:r>
      <w:r>
        <w:t>The woman cries before the wedding and the man after.       Polish Proverb</w:t>
      </w:r>
      <w:r>
        <w:br/>
      </w:r>
      <w:r>
        <w:t>Words must be weighed, not counted.       Polish Proverb</w:t>
      </w:r>
    </w:p>
    <w:p>
      <w:r>
        <w:t>You may laugh at a friend's roof; don't laugh at his sleeping accommodation.       Kenyan Proverb</w:t>
      </w:r>
      <w:r>
        <w:br/>
      </w:r>
      <w:r>
        <w:t>Young pigs grunt as as old pigs grunted before them.      Danish Proverb</w:t>
      </w:r>
      <w:r>
        <w:br/>
      </w:r>
      <w:r>
        <w:t>Your friend has a friend; don't tell him.       Jewish Proverb</w:t>
      </w:r>
      <w:r>
        <w:br/>
      </w:r>
      <w:r>
        <w:t>You can't wake a person who is pretending to be asleep.      Navajo Proverb</w:t>
      </w:r>
      <w:r>
        <w:br/>
      </w:r>
      <w:r>
        <w:t>You've got to do your own growing, no matter how tall your grandfather was.      Irish Proverb</w:t>
      </w:r>
    </w:p>
    <w:p>
      <w:pPr>
        <w:pStyle w:val="Heading1"/>
      </w:pPr>
      <w:r>
        <w:t>Birthdays and getting older</w:t>
      </w:r>
    </w:p>
    <w:p>
      <w:pPr>
        <w:pStyle w:val="Heading2"/>
      </w:pPr>
      <w:r>
        <w:t>Aging ~ Senior Adults</w:t>
      </w:r>
    </w:p>
    <w:p>
      <w:r>
        <w:t>(for those of us who have had a ' LOT " of birthdays !!)</w:t>
      </w:r>
      <w:r>
        <w:br/>
      </w:r>
      <w:r>
        <w:t>Age before beauty</w:t>
      </w:r>
      <w:r>
        <w:br/>
      </w:r>
      <w:r>
        <w:t>Age does not determine who's right, it only determines who's left!</w:t>
      </w:r>
      <w:r>
        <w:br/>
      </w:r>
      <w:r>
        <w:t>Age is a matter of mind and if you don't mind it don't matter !!</w:t>
      </w:r>
      <w:r>
        <w:br/>
      </w:r>
      <w:r>
        <w:t>Age is a number, old is in your head.</w:t>
      </w:r>
      <w:r>
        <w:br/>
      </w:r>
      <w:r>
        <w:t>Age is a number, and mine is unlisted.</w:t>
      </w:r>
      <w:r>
        <w:br/>
      </w:r>
      <w:r>
        <w:t>Age is a very high price to pay for maturity.</w:t>
      </w:r>
      <w:r>
        <w:br/>
      </w:r>
      <w:r>
        <w:t>Age is like fine wine.... it gets better with time !!</w:t>
      </w:r>
      <w:r>
        <w:br/>
      </w:r>
      <w:r>
        <w:t>Age isn't important unless you're cheese.</w:t>
      </w:r>
      <w:r>
        <w:br/>
      </w:r>
      <w:r>
        <w:t>As you grow older, you stand for more and fall for less.</w:t>
      </w:r>
      <w:r>
        <w:br/>
      </w:r>
      <w:r>
        <w:t>At my age...I've got achy, breaky everything !!</w:t>
      </w:r>
      <w:r>
        <w:br/>
      </w:r>
      <w:r>
        <w:t>At my age...I've seen it all...I've heard it all...I've done it all....I just can't remember it all...</w:t>
      </w:r>
      <w:r>
        <w:br/>
      </w:r>
      <w:r>
        <w:t>Beautiful young people are acts of nature, but beautiful old people are works of art.</w:t>
      </w:r>
      <w:r>
        <w:br/>
      </w:r>
      <w:r>
        <w:t>Better to have bad breath than no breath at all !!</w:t>
      </w:r>
      <w:r>
        <w:br/>
      </w:r>
      <w:r>
        <w:t>Born in the USA.....a long time ago !!</w:t>
      </w:r>
      <w:r>
        <w:br/>
      </w:r>
      <w:r>
        <w:t>By the time you reach middle age, you've already met so many people that every new acquaintance reminds you of someone else.</w:t>
      </w:r>
      <w:r>
        <w:br/>
      </w:r>
      <w:r>
        <w:t>Classic, Genuine, Antique Person...They just don't make 'em like this anymore!!</w:t>
      </w:r>
      <w:r>
        <w:br/>
      </w:r>
      <w:r>
        <w:t>Count your life by smiles, not tears.  Count your age by friends, not years.</w:t>
      </w:r>
      <w:r>
        <w:br/>
      </w:r>
      <w:r>
        <w:t>Do not regret growing old....it is a privilege denied many...!</w:t>
      </w:r>
      <w:r>
        <w:br/>
      </w:r>
      <w:r>
        <w:t>Don't let an old person crawl into your body !</w:t>
      </w:r>
      <w:r>
        <w:br/>
      </w:r>
      <w:r>
        <w:t>Enjoy getting older, the alternative is death ~!~</w:t>
      </w:r>
      <w:r>
        <w:br/>
      </w:r>
      <w:r>
        <w:t>Ever stop to think...And forget to start again?</w:t>
      </w:r>
      <w:r>
        <w:br/>
      </w:r>
      <w:r>
        <w:t>Few people know how to be old.</w:t>
      </w:r>
      <w:r>
        <w:br/>
      </w:r>
      <w:r>
        <w:t>50 is the age of discovery....you discover you're old!!!</w:t>
      </w:r>
      <w:r>
        <w:br/>
      </w:r>
      <w:r>
        <w:t>50 year old--one owner, Needs parts, make offer</w:t>
      </w:r>
      <w:r>
        <w:br/>
      </w:r>
      <w:r>
        <w:t>50 !!!!</w:t>
      </w:r>
      <w:r>
        <w:br/>
      </w:r>
      <w:r>
        <w:t>That's dead in dog years !!</w:t>
      </w:r>
      <w:r>
        <w:br/>
      </w:r>
      <w:r>
        <w:t>First, I was a good BOY, Then, I became a nice KID, I was then a great GUY, Later, I grew up to be a fine MAN, Now, I'm just an old FART !!</w:t>
      </w:r>
      <w:r>
        <w:br/>
      </w:r>
      <w:r>
        <w:t>Forty is the old age of youth; Fifty is the youth of old age.  (Victor Hugo)</w:t>
      </w:r>
      <w:r>
        <w:br/>
      </w:r>
      <w:r>
        <w:t>Forty isn't old...IF you're a tree !!</w:t>
      </w:r>
      <w:r>
        <w:br/>
      </w:r>
      <w:r>
        <w:t>Fifty is Nifty  !!!</w:t>
      </w:r>
      <w:r>
        <w:br/>
      </w:r>
      <w:r>
        <w:t>Geezer......formerly known as "Stud Muffin"...</w:t>
      </w:r>
      <w:r>
        <w:br/>
      </w:r>
      <w:r>
        <w:t>Growing old is mandatory... Growing up is optional !</w:t>
      </w:r>
      <w:r>
        <w:br/>
      </w:r>
      <w:r>
        <w:t>How am I feeling?   I'm still on the right side of the grass.</w:t>
      </w:r>
      <w:r>
        <w:br/>
      </w:r>
      <w:r>
        <w:t>I am not young enough to know everything !!!</w:t>
      </w:r>
      <w:r>
        <w:br/>
      </w:r>
      <w:r>
        <w:t>I am old enough to sleep by myself and young enough not to want to have to.</w:t>
      </w:r>
      <w:r>
        <w:br/>
      </w:r>
      <w:r>
        <w:t>I have a photographic memory. Unfortunately, it no longer offers same day service.</w:t>
      </w:r>
      <w:r>
        <w:br/>
      </w:r>
      <w:r>
        <w:t>I just let my mind wander, and it didn't come back...</w:t>
      </w:r>
      <w:r>
        <w:br/>
      </w:r>
      <w:r>
        <w:t>I'd rather be over the hill than under it.</w:t>
      </w:r>
      <w:r>
        <w:br/>
      </w:r>
      <w:r>
        <w:t>If life begins at 40....What ended at 39 ???</w:t>
      </w:r>
      <w:r>
        <w:br/>
      </w:r>
      <w:r>
        <w:t>I'm entering the "metallic years"... silver in my hair, gold in my teeth and lead in my bottom !!</w:t>
      </w:r>
      <w:r>
        <w:br/>
      </w:r>
      <w:r>
        <w:t>I'm just a 16 year old girl, locked in an old ladies body !</w:t>
      </w:r>
      <w:r>
        <w:br/>
      </w:r>
      <w:r>
        <w:t>I'm not 40....I'm 18 with 22 years of experience !</w:t>
      </w:r>
      <w:r>
        <w:br/>
      </w:r>
      <w:r>
        <w:t>I'm not aging, I just need repotted.</w:t>
      </w:r>
      <w:r>
        <w:br/>
      </w:r>
      <w:r>
        <w:t>I'm not aging....I'm marinating !!</w:t>
      </w:r>
      <w:r>
        <w:br/>
      </w:r>
      <w:r>
        <w:t>I'm not as old as I used to be.</w:t>
      </w:r>
      <w:r>
        <w:br/>
      </w:r>
      <w:r>
        <w:t>I'm not getting older, I'm getting bitter.</w:t>
      </w:r>
      <w:r>
        <w:br/>
      </w:r>
      <w:r>
        <w:t>I'm not old....I'm a recycled teenager !!</w:t>
      </w:r>
      <w:r>
        <w:br/>
      </w:r>
      <w:r>
        <w:t>I'm not old...I've just been young a very long time !!</w:t>
      </w:r>
      <w:r>
        <w:br/>
      </w:r>
      <w:r>
        <w:t>I'm 39  1/2...(and that's my final answer !)</w:t>
      </w:r>
      <w:r>
        <w:br/>
      </w:r>
      <w:r>
        <w:t>Inside every older person is a young person wondering what the hell happened !</w:t>
      </w:r>
      <w:r>
        <w:br/>
      </w:r>
      <w:r>
        <w:t>It used to be wine, women and song... now it's beer, the old lady and TV !!</w:t>
      </w:r>
      <w:r>
        <w:br/>
      </w:r>
      <w:r>
        <w:t>It's easier to get older than it is to get wiser...</w:t>
      </w:r>
      <w:r>
        <w:br/>
      </w:r>
      <w:r>
        <w:t>It's frustrating when you know all the answers, but nobody bothers to ask you the questions.</w:t>
      </w:r>
      <w:r>
        <w:br/>
      </w:r>
      <w:r>
        <w:t>I've got a good memory....but it's short !!</w:t>
      </w:r>
      <w:r>
        <w:br/>
      </w:r>
      <w:r>
        <w:t>Middle age is when broadness of the mind and narrowness of the waist change places.</w:t>
      </w:r>
      <w:r>
        <w:br/>
      </w:r>
      <w:r>
        <w:t>Middle age is when the kids leave one by one...only to return...two by two!!</w:t>
      </w:r>
      <w:r>
        <w:br/>
      </w:r>
      <w:r>
        <w:t>Middle age is when you choose your cereal for the fiber.....not the toy !!!</w:t>
      </w:r>
      <w:r>
        <w:br/>
      </w:r>
      <w:r>
        <w:t>Middle age is when your narrow waist and broad mind begin changing places.</w:t>
      </w:r>
      <w:r>
        <w:br/>
      </w:r>
      <w:r>
        <w:t>My mind wanders a lot but fortunately it's too weak to go very far.</w:t>
      </w:r>
      <w:r>
        <w:br/>
      </w:r>
      <w:r>
        <w:t>Of all the things I've lost...I miss my mind the most !</w:t>
      </w:r>
      <w:r>
        <w:br/>
      </w:r>
      <w:r>
        <w:t>Old Age and Treachery Beat Youth and Vigor.</w:t>
      </w:r>
      <w:r>
        <w:br/>
      </w:r>
      <w:r>
        <w:t>Old age comes at a bad time.</w:t>
      </w:r>
      <w:r>
        <w:br/>
      </w:r>
      <w:r>
        <w:t>Old age is NOT for sissy's !!  (Art Linkletter)</w:t>
      </w:r>
      <w:r>
        <w:br/>
      </w:r>
      <w:r>
        <w:t>Once you're over the hill....you pick up speed !</w:t>
      </w:r>
      <w:r>
        <w:br/>
      </w:r>
      <w:r>
        <w:t>Over 40 and still cookin'...!!</w:t>
      </w:r>
      <w:r>
        <w:br/>
      </w:r>
      <w:r>
        <w:t>Over the Hill...pickin' up up speed !!</w:t>
      </w:r>
      <w:r>
        <w:br/>
      </w:r>
      <w:r>
        <w:t>Please understand that no matter how old I get... I will always be a kid at heart...</w:t>
      </w:r>
      <w:r>
        <w:br/>
      </w:r>
      <w:r>
        <w:t>Seen it all, done it all, can't remember most of it !!</w:t>
      </w:r>
      <w:r>
        <w:br/>
      </w:r>
      <w:r>
        <w:t>Serenity Prayer = God grant me the serenity to forget the people I never liked anyway... the good fortune to run into the ones that I do... and the eyesight to tell the difference.</w:t>
      </w:r>
      <w:r>
        <w:br/>
      </w:r>
      <w:r>
        <w:t>Sex after 60 is like shooting pool with a rope.</w:t>
      </w:r>
      <w:r>
        <w:br/>
      </w:r>
      <w:r>
        <w:t>Some people, not matter how old they get, never lose their beauty...they merely move it from their faces to their hearts.</w:t>
      </w:r>
      <w:r>
        <w:br/>
      </w:r>
      <w:r>
        <w:t>The best part about waking up is finding your teeth are still in the cup!</w:t>
      </w:r>
      <w:r>
        <w:br/>
      </w:r>
      <w:r>
        <w:t>The hardest part of growing older is remembering when you were young.</w:t>
      </w:r>
      <w:r>
        <w:br/>
      </w:r>
      <w:r>
        <w:t>The heart is the real fountain of youth.</w:t>
      </w:r>
      <w:r>
        <w:br/>
      </w:r>
      <w:r>
        <w:t>The heart that gives love....is always young !!</w:t>
      </w:r>
      <w:r>
        <w:br/>
      </w:r>
      <w:r>
        <w:t>The older I get, the better I used to be.</w:t>
      </w:r>
      <w:r>
        <w:br/>
      </w:r>
      <w:r>
        <w:t>The older I get, the better I was.</w:t>
      </w:r>
      <w:r>
        <w:br/>
      </w:r>
      <w:r>
        <w:t>The surprising thing about young fools is how many survive to become old fools !</w:t>
      </w:r>
      <w:r>
        <w:br/>
      </w:r>
      <w:r>
        <w:t>To be 70 years young is sometimes for more cheerful and hopeful than to be forty years old. (Oliver Wendell Holmes)</w:t>
      </w:r>
      <w:r>
        <w:br/>
      </w:r>
      <w:r>
        <w:t>We are always the same age inside.  (Gertrude Stein)</w:t>
      </w:r>
      <w:r>
        <w:br/>
      </w:r>
      <w:r>
        <w:t>We do not stop laughing because we grow old; we grow old because we stop laughing.</w:t>
      </w:r>
      <w:r>
        <w:br/>
      </w:r>
      <w:r>
        <w:t>We don't have crow's feet.... We have laugh lines !!</w:t>
      </w:r>
      <w:r>
        <w:br/>
      </w:r>
      <w:r>
        <w:t>We turn not older with years, but newer every day. (Emily Dickinson)</w:t>
      </w:r>
      <w:r>
        <w:br/>
      </w:r>
      <w:r>
        <w:t>We're all getting older at the same rate of speed. We just got started at different times.</w:t>
      </w:r>
      <w:r>
        <w:br/>
      </w:r>
      <w:r>
        <w:t>Welcome Friends Anytime...Relatives...By Appointment</w:t>
      </w:r>
      <w:r>
        <w:br/>
      </w:r>
      <w:r>
        <w:t>When did my wild oats....turn into shredded wheat??</w:t>
      </w:r>
      <w:r>
        <w:br/>
      </w:r>
      <w:r>
        <w:t>When you stop to think, don't stay parked !!</w:t>
      </w:r>
      <w:r>
        <w:br/>
      </w:r>
      <w:r>
        <w:t>Why should I grow up??....this is more fun !!</w:t>
      </w:r>
      <w:r>
        <w:br/>
      </w:r>
      <w:r>
        <w:t>Wrinkled was not one of the things I wanted to be when I grew up !!</w:t>
      </w:r>
      <w:r>
        <w:br/>
      </w:r>
      <w:r>
        <w:t>Wrinkles are antique smiles...!</w:t>
      </w:r>
      <w:r>
        <w:br/>
      </w:r>
      <w:r>
        <w:t>You can only be young once but you can be immature forever !!</w:t>
      </w:r>
      <w:r>
        <w:br/>
      </w:r>
      <w:r>
        <w:t>You know you are getting old when everything hurts and what doesn't hurt doesn't work...!</w:t>
      </w:r>
      <w:r>
        <w:br/>
      </w:r>
      <w:r>
        <w:t>You know you are getting old when..."Happy Hour" turns out to be a nap !!</w:t>
      </w:r>
      <w:r>
        <w:br/>
      </w:r>
      <w:r>
        <w:t>You know you're getting old when it takes you all night, to do what you used to do all night !!</w:t>
      </w:r>
      <w:r>
        <w:br/>
      </w:r>
      <w:r>
        <w:t>You know you're getting old when you sink your teeth into an apple and they stay there..!!</w:t>
      </w:r>
      <w:r>
        <w:br/>
      </w:r>
      <w:r>
        <w:t>You know you're getting old....when your back goes out more often than you do !!!</w:t>
      </w:r>
      <w:r>
        <w:br/>
      </w:r>
      <w:r>
        <w:t>You know you're old when you can't get your rocking chair started..!</w:t>
      </w:r>
      <w:r>
        <w:br/>
      </w:r>
      <w:r>
        <w:t>You know you are getting old when it feels like the morning after and you haven't been anywhere.</w:t>
      </w:r>
      <w:r>
        <w:br/>
      </w:r>
      <w:r>
        <w:t>You know you are getting old when you look forward to a DULL evening.</w:t>
      </w:r>
      <w:r>
        <w:br/>
      </w:r>
      <w:r>
        <w:t>You know you are getting old when the best part of the day is over when the alarm goes off.</w:t>
      </w:r>
      <w:r>
        <w:br/>
      </w:r>
      <w:r>
        <w:t>You know you are getting old when the little old gray-haired lady you helped across the street is your wife.</w:t>
      </w:r>
      <w:r>
        <w:br/>
      </w:r>
      <w:r>
        <w:t>You know you are getting old when you get winded playing chess.</w:t>
      </w:r>
      <w:r>
        <w:br/>
      </w:r>
      <w:r>
        <w:t>You know you are getting old when you go into the next room to get something, and can't remember what you came for.</w:t>
      </w:r>
      <w:r>
        <w:br/>
      </w:r>
      <w:r>
        <w:t>You know you are getting old when you have too much room in the house and not enough in the medicine cabinet.</w:t>
      </w:r>
      <w:r>
        <w:br/>
      </w:r>
      <w:r>
        <w:t>You know you are getting old when you know all the right answers but no one asks the right questions.</w:t>
      </w:r>
      <w:r>
        <w:br/>
      </w:r>
      <w:r>
        <w:t>You know you are getting old when you look into the mirror and are shocked to see that "old person" looking back at you.</w:t>
      </w:r>
      <w:r>
        <w:br/>
      </w:r>
      <w:r>
        <w:t>You know you are getting old when the gleam in your eyes is from the sun hitting your bifocals.</w:t>
      </w:r>
      <w:r>
        <w:br/>
      </w:r>
      <w:r>
        <w:t>You know you are getting old when you move your bed closer to the bathroom because you spend half your night there anyway.</w:t>
      </w:r>
      <w:r>
        <w:br/>
      </w:r>
      <w:r>
        <w:t>You know you are getting old when you relate to everything on this page.</w:t>
      </w:r>
      <w:r>
        <w:br/>
      </w:r>
      <w:r>
        <w:t>You know you are getting old when you remember when Queen Elizabeth was a Princess.</w:t>
      </w:r>
      <w:r>
        <w:br/>
      </w:r>
      <w:r>
        <w:t>You know you are getting old when you tend to repeat yourself...tend to repeat yourself.</w:t>
      </w:r>
      <w:r>
        <w:br/>
      </w:r>
      <w:r>
        <w:t>You know you are getting old when your children begin to look middle-aged.</w:t>
      </w:r>
      <w:r>
        <w:br/>
      </w:r>
      <w:r>
        <w:t>You know you are getting old when your friends don't ask how you fell but where you hurt.</w:t>
      </w:r>
      <w:r>
        <w:br/>
      </w:r>
      <w:r>
        <w:t>You know you are getting old when your pacemaker opens the garage door when you see a pretty girl.</w:t>
      </w:r>
      <w:r>
        <w:br/>
      </w:r>
      <w:r>
        <w:t>You know you are getting old when your knees buckle and your belt won't.</w:t>
      </w:r>
      <w:r>
        <w:br/>
      </w:r>
      <w:r>
        <w:t>You know you are getting old when your little black book contains only names ending in M.D.</w:t>
      </w:r>
      <w:r>
        <w:br/>
      </w:r>
      <w:r>
        <w:t>You know you are old when your doctor is the same age as your grandson.</w:t>
      </w:r>
      <w:r>
        <w:br/>
      </w:r>
      <w:r>
        <w:t>You know your old when your youngest starts collecting Social Security !!</w:t>
      </w:r>
      <w:r>
        <w:br/>
      </w:r>
      <w:r>
        <w:t>You know you're gettin' old when you're not as good as you once was but....your as good once...as you once was.</w:t>
      </w:r>
      <w:r>
        <w:br/>
      </w:r>
      <w:r>
        <w:t>You know you are growing old when you find yourself laughing at this  list !!</w:t>
      </w:r>
      <w:r>
        <w:br/>
      </w:r>
      <w:r>
        <w:t>You know you are old when your doctor look like Doogy Houser.</w:t>
      </w:r>
      <w:r>
        <w:br/>
      </w:r>
      <w:r>
        <w:t>You may not be able to turn back the clock, but you can wind it up again !</w:t>
      </w:r>
      <w:r>
        <w:br/>
      </w:r>
      <w:r>
        <w:t>Young at heart, slightly older in other places !!</w:t>
      </w:r>
      <w:r>
        <w:br/>
      </w:r>
      <w:r>
        <w:t>You're getting old when you get the same sensation from a rocking chair that you once got from a roller coaster.</w:t>
      </w:r>
      <w:r>
        <w:br/>
      </w:r>
      <w:r>
        <w:t>You're never too old to enjoy your childhood.</w:t>
      </w:r>
      <w:r>
        <w:br/>
      </w:r>
      <w:r>
        <w:t>You're not old...you're chronologically gifted...!!</w:t>
      </w:r>
      <w:r>
        <w:br/>
      </w:r>
      <w:r>
        <w:t>You're only young once but you can be immature forever !!</w:t>
      </w:r>
      <w:r>
        <w:br/>
      </w:r>
      <w:r>
        <w:t>Youth is a gift of nature. Middle Age is a work of art !!</w:t>
      </w:r>
      <w:r>
        <w:br/>
      </w:r>
      <w:r>
        <w:t>Youth is wasted on the YOUNG !!</w:t>
      </w:r>
      <w:r>
        <w:br/>
      </w:r>
      <w:r>
        <w:t>39.9999999999 and still holding !!</w:t>
      </w:r>
    </w:p>
    <w:p>
      <w:pPr>
        <w:pStyle w:val="Heading2"/>
      </w:pPr>
      <w:r>
        <w:t>Birthdays</w:t>
      </w:r>
    </w:p>
    <w:p>
      <w:r>
        <w:t>A special day...celebrate!</w:t>
      </w:r>
    </w:p>
    <w:p>
      <w:r>
        <w:t>All this excitement.</w:t>
      </w:r>
    </w:p>
    <w:p>
      <w:r>
        <w:t>Birthday Boy</w:t>
      </w:r>
    </w:p>
    <w:p>
      <w:r>
        <w:t>It's wonderful being one!</w:t>
      </w:r>
    </w:p>
    <w:p>
      <w:r>
        <w:t>Fun being one</w:t>
      </w:r>
    </w:p>
    <w:p>
      <w:r>
        <w:t>Birthday party #1 – I am having so much fun</w:t>
      </w:r>
    </w:p>
    <w:p>
      <w:r>
        <w:t>One-derful</w:t>
      </w:r>
    </w:p>
    <w:p>
      <w:r>
        <w:t>Two-rific</w:t>
      </w:r>
    </w:p>
    <w:p>
      <w:r>
        <w:t>Look at me...I'm three!</w:t>
      </w:r>
    </w:p>
    <w:p>
      <w:r>
        <w:t>It's thrilling to be three</w:t>
      </w:r>
    </w:p>
    <w:p>
      <w:r>
        <w:t>Look at me… I am 3</w:t>
      </w:r>
    </w:p>
    <w:p>
      <w:r>
        <w:t>Fantastic four</w:t>
      </w:r>
    </w:p>
    <w:p>
      <w:r>
        <w:t>Alive as a hive when I turn 5</w:t>
      </w:r>
    </w:p>
    <w:p>
      <w:r>
        <w:t>Seven is heaven, but eight is great</w:t>
      </w:r>
    </w:p>
    <w:p>
      <w:r>
        <w:t>Eight is Great!</w:t>
      </w:r>
    </w:p>
    <w:p>
      <w:r>
        <w:t>Nine is fine</w:t>
      </w:r>
    </w:p>
    <w:p>
      <w:r>
        <w:t>Happy Birthday! Happy New Year!</w:t>
      </w:r>
    </w:p>
    <w:p>
      <w:r>
        <w:t>Happy Birthday!  Today's the day,  get to say, We’re happy you were born…horray!</w:t>
      </w:r>
    </w:p>
    <w:p>
      <w:r>
        <w:t>Hope your Birthday is the best it can bee! (Bee theme)</w:t>
      </w:r>
    </w:p>
    <w:p>
      <w:r>
        <w:t>It's all about the presents</w:t>
      </w:r>
    </w:p>
    <w:p>
      <w:r>
        <w:t>Party Hearty!!</w:t>
      </w:r>
    </w:p>
    <w:p>
      <w:r>
        <w:t>No, the cake goes in your mouth, not in your hair!</w:t>
      </w:r>
    </w:p>
    <w:p>
      <w:r>
        <w:t>One year older and cuter too, Happy Birthday to you!!!</w:t>
      </w:r>
    </w:p>
    <w:p>
      <w:r>
        <w:t>There is no time like the Present’s</w:t>
      </w:r>
    </w:p>
    <w:p>
      <w:r>
        <w:t>Birthday Bash</w:t>
      </w:r>
    </w:p>
    <w:p>
      <w:r>
        <w:t>The Wish,  Each birthday wish I've ever made Really does come true Each year I wish I'll grow some more And every year I DO!</w:t>
      </w:r>
    </w:p>
    <w:p>
      <w:r>
        <w:t>A Cause for Celebration</w:t>
      </w:r>
    </w:p>
    <w:p>
      <w:r>
        <w:t>Birthdays are a gift from God, That’s why we can’t return them!</w:t>
      </w:r>
    </w:p>
    <w:p>
      <w:r>
        <w:t>(child’s name) Takes the cake</w:t>
      </w:r>
    </w:p>
    <w:p>
      <w:r>
        <w:t>2 hot 2 handle</w:t>
      </w:r>
    </w:p>
    <w:p>
      <w:r>
        <w:t>Choo-Choo</w:t>
      </w:r>
    </w:p>
    <w:p>
      <w:r>
        <w:t>Have a dino-mite birthday</w:t>
      </w:r>
    </w:p>
    <w:p>
      <w:r>
        <w:t>Hip Hip hooray, it’s my birthday today</w:t>
      </w:r>
    </w:p>
    <w:p>
      <w:r>
        <w:t>Let me eat cake</w:t>
      </w:r>
    </w:p>
    <w:p>
      <w:r>
        <w:t>Make a wish</w:t>
      </w:r>
    </w:p>
    <w:p>
      <w:r>
        <w:t>They grow up so fast</w:t>
      </w:r>
      <w:r>
        <w:br/>
      </w:r>
      <w:r>
        <w:t>It is the simple things of life that make living worthwhile, the sweet fundamental things such as love and duty, work and rest, and living close to nature.</w:t>
      </w:r>
      <w:r>
        <w:br/>
      </w:r>
      <w:r>
        <w:t>As you get older, you gain knowledge, tolerance and serenity...then your teeth fall out.</w:t>
      </w:r>
      <w:r>
        <w:br/>
      </w:r>
      <w:r>
        <w:t>Loving, learning, a world to be seen.  So much before you are sweet sixteen.</w:t>
      </w:r>
      <w:r>
        <w:br/>
      </w:r>
      <w:r>
        <w:t>Here's to you. No matter how old you are, you don't look it!</w:t>
      </w:r>
      <w:r>
        <w:br/>
      </w:r>
      <w:r>
        <w:t>Not to be cheered by praise,</w:t>
      </w:r>
      <w:r>
        <w:br/>
      </w:r>
      <w:r>
        <w:t>Not to be grieved by blame,</w:t>
      </w:r>
      <w:r>
        <w:br/>
      </w:r>
      <w:r>
        <w:t>But to know thoroughly one's own virtues and powers,</w:t>
      </w:r>
      <w:r>
        <w:br/>
      </w:r>
      <w:r>
        <w:t>Are the characteristics of an excellent man.</w:t>
      </w:r>
      <w:r>
        <w:br/>
      </w:r>
      <w:r>
        <w:t>Age sits with decent grace upon your visage,</w:t>
      </w:r>
      <w:r>
        <w:br/>
      </w:r>
      <w:r>
        <w:t>And worthily becomes your silver locks;</w:t>
      </w:r>
      <w:r>
        <w:br/>
      </w:r>
      <w:r>
        <w:t>You bear the marks of many years well spent,</w:t>
      </w:r>
      <w:r>
        <w:br/>
      </w:r>
      <w:r>
        <w:t>And wise experience.</w:t>
      </w:r>
      <w:r>
        <w:br/>
      </w:r>
      <w:r>
        <w:t>Another candle on your cake?</w:t>
      </w:r>
      <w:r>
        <w:br/>
      </w:r>
      <w:r>
        <w:t>Well, that's no cause to pout.</w:t>
      </w:r>
      <w:r>
        <w:br/>
      </w:r>
      <w:r>
        <w:t>Be glad that you have strength enough</w:t>
      </w:r>
      <w:r>
        <w:br/>
      </w:r>
      <w:r>
        <w:t>To blow the damn thing out.</w:t>
      </w:r>
      <w:r>
        <w:br/>
      </w:r>
      <w:r>
        <w:t>Health to you</w:t>
      </w:r>
      <w:r>
        <w:br/>
      </w:r>
      <w:r>
        <w:t>Wealth to you</w:t>
      </w:r>
      <w:r>
        <w:br/>
      </w:r>
      <w:r>
        <w:t>All the best that life can give to you.</w:t>
      </w:r>
      <w:r>
        <w:br/>
      </w:r>
      <w:r>
        <w:t>May fortune still be kind to you,</w:t>
      </w:r>
      <w:r>
        <w:br/>
      </w:r>
      <w:r>
        <w:t>And happiness be true to you,</w:t>
      </w:r>
      <w:r>
        <w:br/>
      </w:r>
      <w:r>
        <w:t>And life be long and good to you,</w:t>
      </w:r>
      <w:r>
        <w:br/>
      </w:r>
      <w:r>
        <w:t>Is the toast of all your friends to you.</w:t>
      </w:r>
      <w:r>
        <w:br/>
      </w:r>
      <w:r>
        <w:t>A bit of sun, a bit of cheer,</w:t>
      </w:r>
      <w:r>
        <w:br/>
      </w:r>
      <w:r>
        <w:t>A guardian angel always near,</w:t>
      </w:r>
      <w:r>
        <w:br/>
      </w:r>
      <w:r>
        <w:t>Someone to love, some work to do,</w:t>
      </w:r>
      <w:r>
        <w:br/>
      </w:r>
      <w:r>
        <w:t>These things I warmly wish for you.</w:t>
      </w:r>
      <w:r>
        <w:br/>
      </w:r>
      <w:r>
        <w:t>As you are at seven, so you are at seventy.</w:t>
      </w:r>
      <w:r>
        <w:br/>
      </w:r>
      <w:r>
        <w:t>Gray hair is a glorious crown won by a righteous life.</w:t>
      </w:r>
      <w:r>
        <w:br/>
      </w:r>
      <w:r>
        <w:t>If things get better with age, then you are approaching Magnificent.</w:t>
      </w:r>
    </w:p>
    <w:p>
      <w:pPr>
        <w:pStyle w:val="Heading2"/>
      </w:pPr>
      <w:r>
        <w:t>Birthdays – Over the Hill</w:t>
      </w:r>
    </w:p>
    <w:p>
      <w:r>
        <w:t>Make a wish!</w:t>
      </w:r>
    </w:p>
    <w:p>
      <w:r>
        <w:t>Party Time!</w:t>
      </w:r>
    </w:p>
    <w:p>
      <w:r>
        <w:t>Another Year Older...And Better</w:t>
      </w:r>
    </w:p>
    <w:p>
      <w:r>
        <w:t>So many Candles.. so little cake</w:t>
      </w:r>
    </w:p>
    <w:p>
      <w:r>
        <w:t>Golden years</w:t>
      </w:r>
    </w:p>
    <w:p>
      <w:r>
        <w:t>Forever young</w:t>
      </w:r>
    </w:p>
    <w:p>
      <w:r>
        <w:t>Classified antique</w:t>
      </w:r>
    </w:p>
    <w:p>
      <w:r>
        <w:t>I’m not over the hill yet, I can’t get up it!</w:t>
      </w:r>
    </w:p>
    <w:p>
      <w:r>
        <w:t>Don’t resent growing older, Many are denied the privilege.</w:t>
      </w:r>
    </w:p>
    <w:p>
      <w:r>
        <w:t>I’m a valuable antique with hair full of silver, Teeth full of gold, And joints full of lead</w:t>
      </w:r>
    </w:p>
    <w:p>
      <w:r>
        <w:t>Been there, Done that… Can’t remember</w:t>
      </w:r>
    </w:p>
    <w:p>
      <w:r>
        <w:t>It’s sad to grow old, but nice to ripen</w:t>
      </w:r>
    </w:p>
    <w:p>
      <w:r>
        <w:t>I’m too young to be this old!</w:t>
      </w:r>
    </w:p>
    <w:p>
      <w:r>
        <w:t>Baldness- the cure for dandruff</w:t>
      </w:r>
    </w:p>
    <w:p>
      <w:r>
        <w:t>Grow old along with me, The best is yet to be.</w:t>
      </w:r>
    </w:p>
    <w:p>
      <w:r>
        <w:t>I shall grow old but never lose life’s zest, Because the roads last turn shall be the best</w:t>
      </w:r>
    </w:p>
    <w:p>
      <w:r>
        <w:t>I’ve become a valuable, historic monument.</w:t>
      </w:r>
    </w:p>
    <w:p>
      <w:r>
        <w:t>Age is only a number</w:t>
      </w:r>
    </w:p>
    <w:p>
      <w:r>
        <w:t>Don’t take life so seriously, It’s not permanent.</w:t>
      </w:r>
    </w:p>
    <w:p>
      <w:r>
        <w:t>It takes a long time to grow old</w:t>
      </w:r>
    </w:p>
    <w:p>
      <w:r>
        <w:t>Look 30, Act 20, Feel 60, Must be 40</w:t>
      </w:r>
    </w:p>
    <w:p>
      <w:r>
        <w:t>I’m not 40- I’m 18 with some extra years of experience.</w:t>
      </w:r>
    </w:p>
    <w:p>
      <w:r>
        <w:t>Recycled teenager</w:t>
      </w:r>
    </w:p>
    <w:p>
      <w:r>
        <w:t>Pushing 50… is exercise enough</w:t>
      </w:r>
    </w:p>
    <w:p>
      <w:r>
        <w:t>Aged to perfection</w:t>
      </w:r>
    </w:p>
    <w:p>
      <w:r>
        <w:t>Forget the hot flashes, Give me power surges</w:t>
      </w:r>
    </w:p>
    <w:p>
      <w:r>
        <w:t>I’m much too young too look old</w:t>
      </w:r>
    </w:p>
    <w:p>
      <w:r>
        <w:t>You know your over the hill when “happy hour” Means nap time!</w:t>
      </w:r>
    </w:p>
    <w:p>
      <w:r>
        <w:t>Aging is when you’re a plum, And end up a prune (or need one)</w:t>
      </w:r>
    </w:p>
    <w:p>
      <w:r>
        <w:t>It’s never too late to have a happy childhood</w:t>
      </w:r>
    </w:p>
    <w:p>
      <w:r>
        <w:t>Ready, Set, Blow!</w:t>
      </w:r>
    </w:p>
    <w:p>
      <w:r>
        <w:t>Another candle on your cake?</w:t>
      </w:r>
    </w:p>
    <w:p>
      <w:r>
        <w:t>Well, that's no cause to pout.</w:t>
      </w:r>
    </w:p>
    <w:p>
      <w:r>
        <w:t>Be glad that you have strength enough to blow the candle out.</w:t>
      </w:r>
    </w:p>
    <w:p>
      <w:pPr>
        <w:pStyle w:val="Heading2"/>
      </w:pPr>
      <w:r>
        <w:t>Middle Age</w:t>
      </w:r>
    </w:p>
    <w:p>
      <w:r>
        <w:t>Getting old is now chick.  The rustic look is in.</w:t>
      </w:r>
    </w:p>
    <w:p>
      <w:r>
        <w:t>Remember, the tea kettle still whistles at you.</w:t>
      </w:r>
    </w:p>
    <w:p>
      <w:r>
        <w:t>You'll still get a little action when your prune juice starts working.</w:t>
      </w:r>
    </w:p>
    <w:p>
      <w:r>
        <w:t>Your supply of brain cells is finally down to a manageable size.</w:t>
      </w:r>
    </w:p>
    <w:p>
      <w:r>
        <w:t>Senility is a good thing. You're always meeting new friends.</w:t>
      </w:r>
    </w:p>
    <w:p>
      <w:r>
        <w:t>You're now somewhere between the Young and the Restless and the Old and the Senseless.</w:t>
      </w:r>
    </w:p>
    <w:p>
      <w:r>
        <w:t>Your secrets are safe with your friends because they can't remember them either.</w:t>
      </w:r>
    </w:p>
    <w:p>
      <w:r>
        <w:t>You can now quit trying to hold your stomach in, no matter who walks into the room.</w:t>
      </w:r>
    </w:p>
    <w:p>
      <w:r>
        <w:t>Your joints are more accurate meteorologists than the national weather service.</w:t>
      </w:r>
    </w:p>
    <w:p>
      <w:r>
        <w:t>Wrinkles are just antique smiles. You're very valuable.</w:t>
      </w:r>
    </w:p>
    <w:p>
      <w:r>
        <w:t>At your age, you've seen it all, done it all and heard it all.  Luckily you can't remember most of it.</w:t>
      </w:r>
    </w:p>
    <w:p>
      <w:r>
        <w:t>Just because you're getting older that doesn't mean you have to grow up.</w:t>
      </w:r>
    </w:p>
    <w:p>
      <w:r>
        <w:t>One good thing about forgetting is that you can no longer worry about whatever it was you forgot.</w:t>
      </w:r>
    </w:p>
    <w:p>
      <w:r>
        <w:t>Look on the bright side.  At least wrinkles don't hurt.  Unless you trip over them!</w:t>
      </w:r>
    </w:p>
    <w:p>
      <w:r>
        <w:t>Middle age is all the rage.</w:t>
      </w:r>
    </w:p>
    <w:p>
      <w:r>
        <w:t>Age isn't important unless you're cheese or wine.</w:t>
      </w:r>
    </w:p>
    <w:p>
      <w:r>
        <w:t>You're aged to perfection!</w:t>
      </w:r>
    </w:p>
    <w:p>
      <w:r>
        <w:t>At least it is a hill and not a mountain.</w:t>
      </w:r>
    </w:p>
    <w:p>
      <w:r>
        <w:t>Hang in there, retirement is only 25 years away!</w:t>
      </w:r>
    </w:p>
    <w:p>
      <w:r>
        <w:t>Finally things will start clicking for you. . . your back, neck, elbows, knees.</w:t>
      </w:r>
    </w:p>
    <w:p>
      <w:r>
        <w:t>Now you start thinking about the hereafter... you go somewhere to get something, and then wonder what am I here after!</w:t>
      </w:r>
    </w:p>
    <w:p>
      <w:r>
        <w:t>Forty is not old – if you’re a California Redwood.</w:t>
      </w:r>
    </w:p>
    <w:p>
      <w:r>
        <w:t>Now it's early to bed, early to rise, 'til you get so old you have to do otherwise.</w:t>
      </w:r>
    </w:p>
    <w:p>
      <w:r>
        <w:t>You don't need to avoid temptation.  It now avoids you.</w:t>
      </w:r>
    </w:p>
    <w:p>
      <w:r>
        <w:t>You don't have to worry about the police telling you to slow down now, just the doctor.</w:t>
      </w:r>
    </w:p>
    <w:p>
      <w:r>
        <w:t>You're just 18 with 22 years experience.</w:t>
      </w:r>
    </w:p>
    <w:p>
      <w:r>
        <w:t>Age doesn't matter.  It's ugly you have to watch out for.</w:t>
      </w:r>
    </w:p>
    <w:p>
      <w:r>
        <w:t>You're entering the metallic years:  Silver in your hair, gold in your teeth and lead in your bottom.</w:t>
      </w:r>
    </w:p>
    <w:p>
      <w:r>
        <w:t>Don't worry about senility.  When it hits you, you won't know it.</w:t>
      </w:r>
    </w:p>
    <w:p>
      <w:r>
        <w:t>Age is a matter of mind over matter.  If you don't mind, it doesn't matter.</w:t>
      </w:r>
    </w:p>
    <w:p>
      <w:r>
        <w:t>Hang on! You've reached that age when everything either wears out, spreads out or falls out.</w:t>
      </w:r>
    </w:p>
    <w:p>
      <w:r>
        <w:t>Old age and treachery easily beat out youth and vigor any day.</w:t>
      </w:r>
    </w:p>
    <w:p>
      <w:r>
        <w:t>You're not old.  You just became a classic.</w:t>
      </w:r>
    </w:p>
    <w:p>
      <w:r>
        <w:t>Your belt may not buckle but your knees will.</w:t>
      </w:r>
    </w:p>
    <w:p>
      <w:r>
        <w:t>Your actions now creak louder than words.</w:t>
      </w:r>
    </w:p>
    <w:p>
      <w:r>
        <w:t>Like a prune, you are not getting any better looking, but you are getting sweeter.</w:t>
      </w:r>
    </w:p>
    <w:p>
      <w:r>
        <w:t>No more health foods.  You now need all the preservatives you can get.</w:t>
      </w:r>
    </w:p>
    <w:p>
      <w:r>
        <w:t>Be nice to your kids.  They pick your nursing home.</w:t>
      </w:r>
    </w:p>
    <w:p>
      <w:r>
        <w:t>You're not old. You're vintage!</w:t>
      </w:r>
    </w:p>
    <w:p>
      <w:r>
        <w:t>You are only old once -- enjoy it!</w:t>
      </w:r>
    </w:p>
    <w:p>
      <w:pPr>
        <w:pStyle w:val="Heading2"/>
      </w:pPr>
      <w:r>
        <w:t>Party</w:t>
      </w:r>
    </w:p>
    <w:p>
      <w:r>
        <w:t>A special day...celebrate!</w:t>
      </w:r>
    </w:p>
    <w:p>
      <w:r>
        <w:t>How about some fun and frolic?</w:t>
      </w:r>
    </w:p>
    <w:p>
      <w:r>
        <w:t>What a Weekend!</w:t>
      </w:r>
    </w:p>
    <w:p>
      <w:r>
        <w:t>Cruising for Adventure (cruise ship surprise party)</w:t>
      </w:r>
    </w:p>
    <w:p>
      <w:r>
        <w:t>Party Time</w:t>
      </w:r>
    </w:p>
    <w:p>
      <w:r>
        <w:t>It's time to Party!!</w:t>
      </w:r>
    </w:p>
    <w:p>
      <w:r>
        <w:t>Having a Wonderful time...wish you were here!</w:t>
      </w:r>
    </w:p>
    <w:p>
      <w:r>
        <w:t>Dancin' the Night Away!</w:t>
      </w:r>
    </w:p>
    <w:p>
      <w:r>
        <w:t>Havin a Ball in ______!!!</w:t>
      </w:r>
    </w:p>
    <w:p>
      <w:r>
        <w:t>Music to your ears.....</w:t>
      </w:r>
    </w:p>
    <w:p>
      <w:r>
        <w:t>Fun at the _______</w:t>
      </w:r>
    </w:p>
    <w:p>
      <w:r>
        <w:t>All dressed up and no place to go!</w:t>
      </w:r>
    </w:p>
    <w:p>
      <w:r>
        <w:t>A dream come true!</w:t>
      </w:r>
    </w:p>
    <w:p>
      <w:pPr>
        <w:pStyle w:val="Heading2"/>
      </w:pPr>
      <w:r>
        <w:t>Retirement</w:t>
      </w:r>
    </w:p>
    <w:p>
      <w:r>
        <w:t>An antique person lives here.</w:t>
      </w:r>
    </w:p>
    <w:p>
      <w:r>
        <w:t>A retired husband is a wife's full time job....!!</w:t>
      </w:r>
    </w:p>
    <w:p>
      <w:r>
        <w:t>I am retired but.... I work part-time as a pain in the butt.</w:t>
      </w:r>
    </w:p>
    <w:p>
      <w:r>
        <w:t>Retired and entering the "Honey Do" hell zone.</w:t>
      </w:r>
    </w:p>
    <w:p>
      <w:r>
        <w:t>RETIRED:  Goodbye tension...hello pension !</w:t>
      </w:r>
    </w:p>
    <w:p>
      <w:r>
        <w:t>Retired...It could take a while..</w:t>
      </w:r>
    </w:p>
    <w:p>
      <w:r>
        <w:t>Twice the Husband....Half the Money !</w:t>
      </w:r>
    </w:p>
    <w:p>
      <w:r>
        <w:t>Retired...Now I have a Life !!!</w:t>
      </w:r>
    </w:p>
    <w:p>
      <w:r>
        <w:t>The only thing bad about retirement...is you have to be old to qualify.</w:t>
      </w:r>
    </w:p>
    <w:p>
      <w:pPr>
        <w:pStyle w:val="Heading2"/>
      </w:pPr>
      <w:r>
        <w:t>Senior Citizens</w:t>
      </w:r>
    </w:p>
    <w:p>
      <w:r>
        <w:t>Age before beauty.</w:t>
      </w:r>
    </w:p>
    <w:p>
      <w:r>
        <w:t>Age does not determine who's right, it only determines who's left!</w:t>
      </w:r>
    </w:p>
    <w:p>
      <w:r>
        <w:t>Age is a matter of mind and if you don't mind it don't matter !!</w:t>
      </w:r>
    </w:p>
    <w:p>
      <w:r>
        <w:t>Age is a number, old is in your head.</w:t>
      </w:r>
    </w:p>
    <w:p>
      <w:r>
        <w:t>Age is a number, and mine is unlisted.</w:t>
      </w:r>
    </w:p>
    <w:p>
      <w:r>
        <w:t>Age is a very high price to pay for maturity.</w:t>
      </w:r>
    </w:p>
    <w:p>
      <w:r>
        <w:t>Age is like fine wine.... it gets better with time !!</w:t>
      </w:r>
    </w:p>
    <w:p>
      <w:r>
        <w:t>Age isn't important unless you're cheese.</w:t>
      </w:r>
    </w:p>
    <w:p>
      <w:r>
        <w:t>As you grow older, you stand for more and fall for less.</w:t>
      </w:r>
    </w:p>
    <w:p>
      <w:r>
        <w:t>At my age...I've got achy, breaky everything !!</w:t>
      </w:r>
    </w:p>
    <w:p>
      <w:r>
        <w:t>At my age...I've seen it all...I've heard it all...I've done it all....I just can't remember it all...</w:t>
      </w:r>
    </w:p>
    <w:p>
      <w:r>
        <w:t>Beautiful young people are acts of nature, but beautiful old people are works of art.</w:t>
      </w:r>
    </w:p>
    <w:p>
      <w:r>
        <w:t>Better to have bad breath than no breath at all !!</w:t>
      </w:r>
    </w:p>
    <w:p>
      <w:r>
        <w:t>Born in the USA.....a long time ago !!</w:t>
      </w:r>
    </w:p>
    <w:p>
      <w:r>
        <w:t>By the time you reach middle age, you've already met so many people that every new acquaintance reminds you of someone else.</w:t>
      </w:r>
    </w:p>
    <w:p>
      <w:r>
        <w:t>Classic, Genuine, Antique Person...They just don't make 'em like this anymore!!</w:t>
      </w:r>
    </w:p>
    <w:p>
      <w:r>
        <w:t>Count your life by smiles, not tears.  Count your age by friends, not years.</w:t>
      </w:r>
    </w:p>
    <w:p>
      <w:r>
        <w:t>Do not regret growing old....it is a privilege denied many...!</w:t>
      </w:r>
    </w:p>
    <w:p>
      <w:r>
        <w:t>Don't let an old person crawl into your body !</w:t>
      </w:r>
    </w:p>
    <w:p>
      <w:r>
        <w:t>Enjoy getting older, the alternative is death</w:t>
      </w:r>
    </w:p>
    <w:p>
      <w:r>
        <w:t>Ever stop to think...And forget to start again?</w:t>
      </w:r>
    </w:p>
    <w:p>
      <w:r>
        <w:t>Few people know how to be old.</w:t>
      </w:r>
    </w:p>
    <w:p>
      <w:r>
        <w:t>50 is the age of discovery....you discover you're old!!!</w:t>
      </w:r>
    </w:p>
    <w:p>
      <w:r>
        <w:t>50 year old--one owner Needs parts, make offer</w:t>
      </w:r>
    </w:p>
    <w:p>
      <w:r>
        <w:t>~~~ 50 ~~~</w:t>
      </w:r>
    </w:p>
    <w:p>
      <w:r>
        <w:t>That's dead in dog years !!</w:t>
      </w:r>
    </w:p>
    <w:p>
      <w:r>
        <w:t>First, I was a good BOY, Then, I became a nice KID, I was then a great GUY, Later, I grew up to be a fine MAN, Now, I'm just an old FART !!</w:t>
      </w:r>
    </w:p>
    <w:p>
      <w:r>
        <w:t>Forty is the old age of youth; Fifty is the youth of old age.</w:t>
      </w:r>
    </w:p>
    <w:p>
      <w:r>
        <w:t>Forty isn't old...IF you're a tree !!</w:t>
      </w:r>
    </w:p>
    <w:p>
      <w:r>
        <w:t>I am not young enough to know everything !!!</w:t>
      </w:r>
    </w:p>
    <w:p>
      <w:r>
        <w:t>I am old enough to sleep by myself and young enough not to want to have to.</w:t>
      </w:r>
    </w:p>
    <w:p>
      <w:r>
        <w:t>I just let my mind wander, and it didn't come back...</w:t>
      </w:r>
    </w:p>
    <w:p>
      <w:r>
        <w:t>I'd rather be over the hill than under it.</w:t>
      </w:r>
    </w:p>
    <w:p>
      <w:r>
        <w:t>~~~ 40 ~~~</w:t>
      </w:r>
    </w:p>
    <w:p>
      <w:r>
        <w:t>If life begins at 40....What ended at 39 ???</w:t>
      </w:r>
    </w:p>
    <w:p>
      <w:r>
        <w:t>I'm entering the "metallic years"...silver in my hair, gold in my teeth and lead in my bottom !!</w:t>
      </w:r>
    </w:p>
    <w:p>
      <w:r>
        <w:t>I'm just a 16 year old girl, locked in an old ladies body !</w:t>
      </w:r>
    </w:p>
    <w:p>
      <w:r>
        <w:t>I'm not aging, I just need repotted.</w:t>
      </w:r>
    </w:p>
    <w:p>
      <w:r>
        <w:t>I'm not aging....I'm marinating !!</w:t>
      </w:r>
    </w:p>
    <w:p>
      <w:r>
        <w:t>I'm not as old as I used to be.</w:t>
      </w:r>
    </w:p>
    <w:p>
      <w:r>
        <w:t>I'm not getting older, I'm getting bitter.</w:t>
      </w:r>
    </w:p>
    <w:p>
      <w:r>
        <w:t>I'm not old....I'm a recycled teenager !!</w:t>
      </w:r>
    </w:p>
    <w:p>
      <w:r>
        <w:t>I'm not old...I've just been young a very long time !!</w:t>
      </w:r>
    </w:p>
    <w:p>
      <w:r>
        <w:t>I'm 39  1/2...(and that's my final answer !)</w:t>
      </w:r>
    </w:p>
    <w:p>
      <w:r>
        <w:t>Inside every older person is a young person wondering what the hell happened !</w:t>
      </w:r>
    </w:p>
    <w:p>
      <w:r>
        <w:t>It used to be wine, women and song...now it's beer, the old lady and TV !!</w:t>
      </w:r>
    </w:p>
    <w:p>
      <w:r>
        <w:t>It's easier to get older than it is to get wiser...</w:t>
      </w:r>
    </w:p>
    <w:p>
      <w:r>
        <w:t>It's frustrating when you know all the answers, but nobody bothers to ask you the questions.</w:t>
      </w:r>
    </w:p>
    <w:p>
      <w:r>
        <w:t>I've got a good memory....but it's short !!</w:t>
      </w:r>
    </w:p>
    <w:p>
      <w:r>
        <w:t>Middle age is when the kids leave one by one...only to return...two by two!!</w:t>
      </w:r>
    </w:p>
    <w:p>
      <w:r>
        <w:t>Middle age is when you choose your cereal for the fiber.....not the toy !!!</w:t>
      </w:r>
    </w:p>
    <w:p>
      <w:r>
        <w:t>Middle age is when your narrow waist and broad mind begin changing places.</w:t>
      </w:r>
    </w:p>
    <w:p>
      <w:r>
        <w:t>My mind wanders a lot but fortunately it's too weak to go very far.</w:t>
      </w:r>
    </w:p>
    <w:p>
      <w:r>
        <w:t>Of all the things I've lost...I miss my mind the most !</w:t>
      </w:r>
    </w:p>
    <w:p>
      <w:r>
        <w:t>Old age comes at a bad time.</w:t>
      </w:r>
    </w:p>
    <w:p>
      <w:r>
        <w:t>Once you're over the hill....you pick up speed !</w:t>
      </w:r>
    </w:p>
    <w:p>
      <w:r>
        <w:t>Over 40 and still cookin'...!!</w:t>
      </w:r>
    </w:p>
    <w:p>
      <w:r>
        <w:t>Over the Hill...pickin' up speed !!</w:t>
      </w:r>
    </w:p>
    <w:p>
      <w:r>
        <w:t>Please understand that no matter how old I get... I will always be a kid at heart...</w:t>
      </w:r>
    </w:p>
    <w:p>
      <w:r>
        <w:t>Seen it all, done it all, can't remember most of it !!</w:t>
      </w:r>
    </w:p>
    <w:p>
      <w:r>
        <w:t>Serenity Prayer….</w:t>
      </w:r>
      <w:r>
        <w:br/>
      </w:r>
      <w:r>
        <w:t>God grant me the serenity to forget the people I never liked anyway...the good fortune to run into the ones that I do...and the eyesight to tell the difference.</w:t>
      </w:r>
    </w:p>
    <w:p>
      <w:r>
        <w:t>Sex after 60 is like shooting pool with a rope.</w:t>
      </w:r>
    </w:p>
    <w:p>
      <w:r>
        <w:t>Some people, not matter how old they get, never lose their beauty...they merely move it from their faces to their hearts.</w:t>
      </w:r>
    </w:p>
    <w:p>
      <w:r>
        <w:t>The best part about waking up is finding your teeth are still in the cup!</w:t>
      </w:r>
    </w:p>
    <w:p>
      <w:r>
        <w:t>The hardest part of growing older is remembering when you were young.</w:t>
      </w:r>
    </w:p>
    <w:p>
      <w:r>
        <w:t>The heart is the real fountain of youth.</w:t>
      </w:r>
    </w:p>
    <w:p>
      <w:r>
        <w:t>The heart that gives love....is always young !!</w:t>
      </w:r>
    </w:p>
    <w:p>
      <w:r>
        <w:t>The older I get, the better I used to be.</w:t>
      </w:r>
    </w:p>
    <w:p>
      <w:r>
        <w:t>The older I get, the better I was.</w:t>
      </w:r>
    </w:p>
    <w:p>
      <w:r>
        <w:t>We do not stop laughing because we grow old; we grow old because we stop laughing.</w:t>
      </w:r>
    </w:p>
    <w:p>
      <w:r>
        <w:t>We don't have crow's feet....We have laugh lines !!</w:t>
      </w:r>
    </w:p>
    <w:p>
      <w:r>
        <w:t>We're all getting older at the same rate of speed.  We just got started at different times.</w:t>
      </w:r>
    </w:p>
    <w:p>
      <w:r>
        <w:t>When did my wild oats....turn into shredded wheat??</w:t>
      </w:r>
    </w:p>
    <w:p>
      <w:r>
        <w:t>When you stop to think, don't stay parked !!</w:t>
      </w:r>
    </w:p>
    <w:p>
      <w:r>
        <w:t>Why should I grow up??....this is more fun !!</w:t>
      </w:r>
    </w:p>
    <w:p>
      <w:r>
        <w:t>Wrinkled was not one of the things I wanted to be when I grew up !!</w:t>
      </w:r>
    </w:p>
    <w:p>
      <w:r>
        <w:t>Wrinkles are antique smiles...!</w:t>
      </w:r>
    </w:p>
    <w:p>
      <w:r>
        <w:t>You can only be young once but you can be immature forever !!</w:t>
      </w:r>
    </w:p>
    <w:p>
      <w:r>
        <w:t>You know you are getting old when everything hurts and what doesn't hurt doesn't work...!</w:t>
      </w:r>
    </w:p>
    <w:p>
      <w:r>
        <w:t>You know you are getting old when..."Happy Hour" turns out to be a nap !!</w:t>
      </w:r>
    </w:p>
    <w:p>
      <w:r>
        <w:t>You know you're getting old when it takes you all night, to do what you used to do all night !!</w:t>
      </w:r>
    </w:p>
    <w:p>
      <w:r>
        <w:t>You know you're getting old when you sink your teeth into an apple nd they stay there..!!</w:t>
      </w:r>
    </w:p>
    <w:p>
      <w:r>
        <w:t>You know you're getting old....when your back goes out more often than you do !!!</w:t>
      </w:r>
    </w:p>
    <w:p>
      <w:r>
        <w:t>You know you're old when you can't get your rocking chair started..!</w:t>
      </w:r>
    </w:p>
    <w:p>
      <w:r>
        <w:t>You know you are getting old when it feels like the morning after and you haven't been anywhere.</w:t>
      </w:r>
    </w:p>
    <w:p>
      <w:r>
        <w:t>You know you are getting old when you look forward to a DULL evening.</w:t>
      </w:r>
    </w:p>
    <w:p>
      <w:r>
        <w:t>You know you are getting old when the best part of the day is over when the alarm goes off.</w:t>
      </w:r>
    </w:p>
    <w:p>
      <w:r>
        <w:t>You know you are getting old when the little old gray-haired lady you helped across the street is your wife.</w:t>
      </w:r>
    </w:p>
    <w:p>
      <w:r>
        <w:t>You know you are getting old when you get winded playing chess.</w:t>
      </w:r>
    </w:p>
    <w:p>
      <w:r>
        <w:t>You know you are getting old when you go into the next room to get something, and can't remember what you came for.</w:t>
      </w:r>
    </w:p>
    <w:p>
      <w:r>
        <w:t>You know you are getting old when you have too much room in the house and not enough in the medicine cabinet.</w:t>
      </w:r>
    </w:p>
    <w:p>
      <w:r>
        <w:t>You know you are getting old when you know all the right answers but no one asks the right questions.</w:t>
      </w:r>
    </w:p>
    <w:p>
      <w:r>
        <w:t>You know you are getting old when you look into the mirror and are shocked to see that "old person"  looking back at you.</w:t>
      </w:r>
    </w:p>
    <w:p>
      <w:r>
        <w:t>You know you are getting old when the gleam in your eyes is from the sun hitting your bifocals.</w:t>
      </w:r>
    </w:p>
    <w:p>
      <w:r>
        <w:t>You know you are getting old when you move your bed closer to the bathroom because you spend half your night there anyway.</w:t>
      </w:r>
    </w:p>
    <w:p>
      <w:r>
        <w:t>You know you are getting old when you tend to repeat yourself...tend to repeat yourself.</w:t>
      </w:r>
    </w:p>
    <w:p>
      <w:r>
        <w:t>You know you are getting old when your children begin to look middle-aged.</w:t>
      </w:r>
    </w:p>
    <w:p>
      <w:r>
        <w:t>You know you are getting old when your friends don't ask how you fell but where you hurt.</w:t>
      </w:r>
    </w:p>
    <w:p>
      <w:r>
        <w:t>You know you are getting old when your pacemaker opens the garage door when you see a pretty girl.</w:t>
      </w:r>
    </w:p>
    <w:p>
      <w:r>
        <w:t>You know you are getting old when your knees buckle and your belt won't.</w:t>
      </w:r>
    </w:p>
    <w:p>
      <w:r>
        <w:t>You know you are getting old when your little black book contains only names ending in M.D.</w:t>
      </w:r>
    </w:p>
    <w:p>
      <w:r>
        <w:t>You know you are old when your doctor is the same age as your grandson.</w:t>
      </w:r>
    </w:p>
    <w:p>
      <w:r>
        <w:t>You know your old when your youngest starts collecting Social Security !!</w:t>
      </w:r>
    </w:p>
    <w:p>
      <w:r>
        <w:t>You know you're gettin' old when you're not as good as you once was but....your as good once...as you once was.</w:t>
      </w:r>
    </w:p>
    <w:p>
      <w:r>
        <w:t>You may not be able to turn back the clock, but you can wind it up again !</w:t>
      </w:r>
    </w:p>
    <w:p>
      <w:r>
        <w:t>Young at heart, slightly older in other places !!</w:t>
      </w:r>
    </w:p>
    <w:p>
      <w:r>
        <w:t>You're getting old when you get the same sensation from a rocking chair that you once got from a roller coaster.</w:t>
      </w:r>
    </w:p>
    <w:p>
      <w:r>
        <w:t>You're never too old to enjoy your childhood.</w:t>
      </w:r>
    </w:p>
    <w:p>
      <w:r>
        <w:t>You're not old...you're chronologically gifted...!!</w:t>
      </w:r>
    </w:p>
    <w:p>
      <w:r>
        <w:t>You're only young once but you can be immature forever !!</w:t>
      </w:r>
    </w:p>
    <w:p>
      <w:r>
        <w:t>Youth is a gift of nature. Middle Age is a work of art !!</w:t>
      </w:r>
    </w:p>
    <w:p>
      <w:r>
        <w:t>Youth is wasted on the YOUNG !!</w:t>
      </w:r>
    </w:p>
    <w:p>
      <w:r>
        <w:t>39.9999999999 and still holding !!</w:t>
      </w:r>
    </w:p>
    <w:p>
      <w:pPr>
        <w:pStyle w:val="Heading1"/>
      </w:pPr>
      <w:r>
        <w:t>Humor</w:t>
      </w:r>
    </w:p>
    <w:p>
      <w:pPr>
        <w:pStyle w:val="Heading2"/>
      </w:pPr>
      <w:r>
        <w:t>Bald</w:t>
      </w:r>
    </w:p>
    <w:p>
      <w:r>
        <w:t>God is good....God is fair To some he gave brains, to others....hair !!!</w:t>
      </w:r>
      <w:r>
        <w:br/>
      </w:r>
      <w:r>
        <w:t>• God made a few perfect heads...on the others he put hair !!</w:t>
      </w:r>
      <w:r>
        <w:br/>
      </w:r>
      <w:r>
        <w:t>Gray hair is a blessing...ask any bald man.</w:t>
      </w:r>
      <w:r>
        <w:br/>
      </w:r>
      <w:r>
        <w:t>For every hair lost from the head.... Two will appear on your (bum/back/ears. etc) instead !!</w:t>
      </w:r>
      <w:r>
        <w:br/>
      </w:r>
      <w:r>
        <w:t>• Hair today....is gone tomorrow !</w:t>
      </w:r>
      <w:r>
        <w:br/>
      </w:r>
      <w:r>
        <w:t>I'm not getting balder, I'm just getting more head !</w:t>
      </w:r>
      <w:r>
        <w:br/>
      </w:r>
      <w:r>
        <w:t>• I'm someone's favorite bald guy !</w:t>
      </w:r>
      <w:r>
        <w:br/>
      </w:r>
      <w:r>
        <w:t>This is not a bald spot....it's a solar panel for brain power !</w:t>
      </w:r>
    </w:p>
    <w:p>
      <w:pPr>
        <w:pStyle w:val="Heading2"/>
      </w:pPr>
      <w:r>
        <w:t>Computer</w:t>
      </w:r>
    </w:p>
    <w:p>
      <w:r>
        <w:t>What boots up must come down.</w:t>
      </w:r>
    </w:p>
    <w:p>
      <w:r>
        <w:t>Fax is stranger than fiction.</w:t>
      </w:r>
    </w:p>
    <w:p>
      <w:r>
        <w:t>Don't byte off more than you can view.</w:t>
      </w:r>
    </w:p>
    <w:p>
      <w:r>
        <w:t>The geek shall inherit the earth.</w:t>
      </w:r>
    </w:p>
    <w:p>
      <w:r>
        <w:t>The e-mail of the species is more deadly than the mail.</w:t>
      </w:r>
    </w:p>
    <w:p>
      <w:r>
        <w:t>Give a man a fish and you feed him for a day; teach him to use the Net and he won't bother you for weeks.</w:t>
      </w:r>
    </w:p>
    <w:p>
      <w:r>
        <w:t>On the keyboard of life, always keep one finger on the escape key.</w:t>
      </w:r>
    </w:p>
    <w:p>
      <w:r>
        <w:t>Great groups from little icons grow...</w:t>
      </w:r>
    </w:p>
    <w:p>
      <w:r>
        <w:t>C:\ is the root of all directories...</w:t>
      </w:r>
    </w:p>
    <w:p>
      <w:r>
        <w:t>You can't teach a new mouse old clicks...</w:t>
      </w:r>
    </w:p>
    <w:p>
      <w:r>
        <w:t>Pentium wise; pen and paper foolish...</w:t>
      </w:r>
    </w:p>
    <w:p>
      <w:r>
        <w:t>Don't byte off more than you can view...</w:t>
      </w:r>
    </w:p>
    <w:p>
      <w:r>
        <w:t>Windows will never cease.</w:t>
      </w:r>
    </w:p>
    <w:p>
      <w:r>
        <w:t>A user and his leisure time are soon parted.</w:t>
      </w:r>
    </w:p>
    <w:p>
      <w:pPr>
        <w:pStyle w:val="Heading2"/>
      </w:pPr>
      <w:r>
        <w:t>Diets</w:t>
      </w:r>
    </w:p>
    <w:p>
      <w:r>
        <w:t>A balanced diet is a cookie in each hand.</w:t>
      </w:r>
      <w:r>
        <w:br/>
      </w:r>
      <w:r>
        <w:t>A balanced diet is two hands in the honey pot.</w:t>
      </w:r>
      <w:r>
        <w:br/>
      </w:r>
      <w:r>
        <w:t>A waist is a terrible thing to mind.</w:t>
      </w:r>
      <w:r>
        <w:br/>
      </w:r>
      <w:r>
        <w:t>Brain cells come and brain cells go...but fat cells last forever.</w:t>
      </w:r>
      <w:r>
        <w:br/>
      </w:r>
      <w:r>
        <w:t>Broken cookies...have no calories..!!</w:t>
      </w:r>
      <w:r>
        <w:br/>
      </w:r>
      <w:r>
        <w:t>By the time I'm thin, fat will be in.</w:t>
      </w:r>
      <w:r>
        <w:br/>
      </w:r>
      <w:r>
        <w:t>Dieting is the penalty for exceeding the feed limit.</w:t>
      </w:r>
      <w:r>
        <w:br/>
      </w:r>
      <w:r>
        <w:t>Dieting is wishful shrinking...!!</w:t>
      </w:r>
      <w:r>
        <w:br/>
      </w:r>
      <w:r>
        <w:t>Diet Rule #2  Never weigh more than your refrigerator !</w:t>
      </w:r>
      <w:r>
        <w:br/>
      </w:r>
      <w:r>
        <w:t>Eat, drink and be merry, for tomorrow we may diet.</w:t>
      </w:r>
      <w:r>
        <w:br/>
      </w:r>
      <w:r>
        <w:t>Eat right. Stay fit. Die anyway.</w:t>
      </w:r>
      <w:r>
        <w:br/>
      </w:r>
      <w:r>
        <w:t>Everything tastes good when you're on a diet.</w:t>
      </w:r>
      <w:r>
        <w:br/>
      </w:r>
      <w:r>
        <w:t>Ewe is fluffy !!</w:t>
      </w:r>
      <w:r>
        <w:br/>
      </w:r>
      <w:r>
        <w:t>Ewes not fat....ewes fluffy !!</w:t>
      </w:r>
      <w:r>
        <w:br/>
      </w:r>
      <w:r>
        <w:t>God must have loved calories....he made so many of them !!</w:t>
      </w:r>
      <w:r>
        <w:br/>
      </w:r>
      <w:r>
        <w:t>Hey, I'm not fat! I'm just a nutritional overachiever.</w:t>
      </w:r>
      <w:r>
        <w:br/>
      </w:r>
      <w:r>
        <w:t>How can I go on a diet? The fridge is still full !</w:t>
      </w:r>
      <w:r>
        <w:br/>
      </w:r>
      <w:r>
        <w:t>How to lose weight....eat stuff you hate !!</w:t>
      </w:r>
      <w:r>
        <w:br/>
      </w:r>
      <w:r>
        <w:t>I am built for comfort, not speed.</w:t>
      </w:r>
      <w:r>
        <w:br/>
      </w:r>
      <w:r>
        <w:t>I don't have an eating problem. I eat....I get fat. I buy new clothes. No Problem !</w:t>
      </w:r>
      <w:r>
        <w:br/>
      </w:r>
      <w:r>
        <w:t>I just ate my will power!</w:t>
      </w:r>
      <w:r>
        <w:br/>
      </w:r>
      <w:r>
        <w:t>I keep trying to lose weight...but it keeps finding me!  It'll never find me this time !!</w:t>
      </w:r>
      <w:r>
        <w:br/>
      </w:r>
      <w:r>
        <w:t>I may be fat but you're ugly, and I can diet !</w:t>
      </w:r>
      <w:r>
        <w:br/>
      </w:r>
      <w:r>
        <w:t>I was cut out to be thin... But God sewed me up wrong !</w:t>
      </w:r>
      <w:r>
        <w:br/>
      </w:r>
      <w:r>
        <w:t>I'd give up chocolate... but I'm not a quitter !!</w:t>
      </w:r>
      <w:r>
        <w:br/>
      </w:r>
      <w:r>
        <w:t>If you gain five pounds....it's water. If you lose five pounds....it's weight.</w:t>
      </w:r>
      <w:r>
        <w:br/>
      </w:r>
      <w:r>
        <w:t>I'm not fat....I'm fluffy !!</w:t>
      </w:r>
      <w:r>
        <w:br/>
      </w:r>
      <w:r>
        <w:t>If stress burned calories...I would be a size 3 !!</w:t>
      </w:r>
      <w:r>
        <w:br/>
      </w:r>
      <w:r>
        <w:t>I'm not overweight...I'm under tall !!</w:t>
      </w:r>
      <w:r>
        <w:br/>
      </w:r>
      <w:r>
        <w:t>I'm on the 30 day diet....so far I've lost 12 days.</w:t>
      </w:r>
      <w:r>
        <w:br/>
      </w:r>
      <w:r>
        <w:t>I've been on a diet for two weeks. So far ... I've all I've lost is fourteen days !</w:t>
      </w:r>
      <w:r>
        <w:br/>
      </w:r>
      <w:r>
        <w:t>Let's go on a starvation diet...no chocolate for 24 hours.</w:t>
      </w:r>
      <w:r>
        <w:br/>
      </w:r>
      <w:r>
        <w:t>Lord...if I can't be skinny...Please make all my friends fat !!!</w:t>
      </w:r>
      <w:r>
        <w:br/>
      </w:r>
      <w:r>
        <w:t>Lord, if I must get my just desserts, please make them chocolate.</w:t>
      </w:r>
      <w:r>
        <w:br/>
      </w:r>
      <w:r>
        <w:t>Milk does the body good, but DAMN.... How much did you drink ?!?</w:t>
      </w:r>
      <w:r>
        <w:br/>
      </w:r>
      <w:r>
        <w:t>Most people eat to live....I live to eat !</w:t>
      </w:r>
      <w:r>
        <w:br/>
      </w:r>
      <w:r>
        <w:t>My new diet goal: to weigh what my drivers license says.</w:t>
      </w:r>
      <w:r>
        <w:br/>
      </w:r>
      <w:r>
        <w:t>Never eat more than you can lift.  (Miss Piggy)</w:t>
      </w:r>
      <w:r>
        <w:br/>
      </w:r>
      <w:r>
        <w:t>No diet is impossible....hopeless maybe....but not impossible !</w:t>
      </w:r>
      <w:r>
        <w:br/>
      </w:r>
      <w:r>
        <w:t>Nothing tastes as good as being thin feels.</w:t>
      </w:r>
      <w:r>
        <w:br/>
      </w:r>
      <w:r>
        <w:t>One of life's mysteries is how a two pound box of candy can make a woman gain five pounds.</w:t>
      </w:r>
      <w:r>
        <w:br/>
      </w:r>
      <w:r>
        <w:t>One should eat to live, not live to eat !!</w:t>
      </w:r>
      <w:r>
        <w:br/>
      </w:r>
      <w:r>
        <w:t>Sad fact....square meals make round people !!</w:t>
      </w:r>
      <w:r>
        <w:br/>
      </w:r>
      <w:r>
        <w:t>Some do Richard Simmons, some do Jane Fonda, I do Sara Lee !!</w:t>
      </w:r>
      <w:r>
        <w:br/>
      </w:r>
      <w:r>
        <w:t>Stressed spelled backwards is desserts.</w:t>
      </w:r>
      <w:r>
        <w:br/>
      </w:r>
      <w:r>
        <w:t>Taste makes waist !</w:t>
      </w:r>
      <w:r>
        <w:br/>
      </w:r>
      <w:r>
        <w:t>The two biggest sellers in any bookstore are the cookbooks and the diet books. The cookbooks tell you how to prepare the food and the diet books tell you how not to eat any of it.</w:t>
      </w:r>
      <w:r>
        <w:br/>
      </w:r>
      <w:r>
        <w:t>There is no love sincerer than the love of food.</w:t>
      </w:r>
      <w:r>
        <w:br/>
      </w:r>
      <w:r>
        <w:t>Those who indulge.....bulge !!</w:t>
      </w:r>
      <w:r>
        <w:br/>
      </w:r>
      <w:r>
        <w:t>Thou shalt not weigh more than thy refrigerator.</w:t>
      </w:r>
      <w:r>
        <w:br/>
      </w:r>
      <w:r>
        <w:t>Wake me up when I am a size 5!!!</w:t>
      </w:r>
      <w:r>
        <w:br/>
      </w:r>
      <w:r>
        <w:t>We have more food to eat than any other people in the world, and more diets to keep us from eating it.</w:t>
      </w:r>
    </w:p>
    <w:p>
      <w:pPr>
        <w:pStyle w:val="Heading2"/>
      </w:pPr>
      <w:r>
        <w:t>Divorce</w:t>
      </w:r>
    </w:p>
    <w:p>
      <w:r>
        <w:t>Breaking up is like underwear.  You feel better after the creep is gone.</w:t>
      </w:r>
      <w:r>
        <w:br/>
      </w:r>
      <w:r>
        <w:t>Ex-wife For Sale...Just take over payments !!</w:t>
      </w:r>
      <w:r>
        <w:br/>
      </w:r>
      <w:r>
        <w:t>I divorced my husband for religious reasons...He thought he was God...I didn't !</w:t>
      </w:r>
      <w:r>
        <w:br/>
      </w:r>
      <w:r>
        <w:t>Is alimony the high cost of leaving ?</w:t>
      </w:r>
      <w:r>
        <w:br/>
      </w:r>
      <w:r>
        <w:t>I'm an excellent housekeeper. Every time I get a divorce, I keep the house. (Zsa Zsa Gabor)</w:t>
      </w:r>
      <w:r>
        <w:br/>
      </w:r>
      <w:r>
        <w:t>Love is grand. Divorce is a hundred grand.</w:t>
      </w:r>
      <w:r>
        <w:br/>
      </w:r>
      <w:r>
        <w:t>My husband and I divorced for religious reasons... He thought he was God, I didn't !</w:t>
      </w:r>
      <w:r>
        <w:br/>
      </w:r>
      <w:r>
        <w:t>My next husband will be normal</w:t>
      </w:r>
      <w:r>
        <w:br/>
      </w:r>
      <w:r>
        <w:t>25% or men kiss their wife good-bye when they leave their house.</w:t>
      </w:r>
      <w:r>
        <w:br/>
      </w:r>
      <w:r>
        <w:t>99% of men kiss their house good-bye when they leave their wife !!</w:t>
      </w:r>
    </w:p>
    <w:p>
      <w:pPr>
        <w:pStyle w:val="Heading2"/>
      </w:pPr>
      <w:r>
        <w:t>Funny</w:t>
      </w:r>
    </w:p>
    <w:p>
      <w:r>
        <w:t>Dear Lord, if you can't make me skinny, please make my friends fat</w:t>
      </w:r>
    </w:p>
    <w:p>
      <w:r>
        <w:t>Real women don't have hot flashes, they have power surges!</w:t>
      </w:r>
    </w:p>
    <w:p>
      <w:r>
        <w:t>Age is only a number, and mine is unlisted</w:t>
      </w:r>
    </w:p>
    <w:p>
      <w:r>
        <w:t>Any day above ground is a good day</w:t>
      </w:r>
    </w:p>
    <w:p>
      <w:r>
        <w:t>I don't suffer from insanity. I enjoy every minute of it</w:t>
      </w:r>
    </w:p>
    <w:p>
      <w:r>
        <w:t>It's not nagging when I'm right!</w:t>
      </w:r>
    </w:p>
    <w:p>
      <w:r>
        <w:t>Don't rush me- I'm waiting for the last minute</w:t>
      </w:r>
    </w:p>
    <w:p>
      <w:r>
        <w:t>Any woman looking for a husband has obviously never had one</w:t>
      </w:r>
    </w:p>
    <w:p>
      <w:r>
        <w:t>If at first you don't succeed, try your wife's way</w:t>
      </w:r>
    </w:p>
    <w:p>
      <w:r>
        <w:t>If you're smoking in here, you'd better be on fire</w:t>
      </w:r>
    </w:p>
    <w:p>
      <w:r>
        <w:t>Everybody have fun tonight</w:t>
      </w:r>
    </w:p>
    <w:p>
      <w:r>
        <w:t>Am I cool or what?</w:t>
      </w:r>
    </w:p>
    <w:p>
      <w:r>
        <w:t>A Thing of beauty is a joy forever</w:t>
      </w:r>
    </w:p>
    <w:p>
      <w:r>
        <w:t>To be a star, you must shine your own light, follow your own path and don't worry about the darkness for that is when the stars shine the brightest.</w:t>
      </w:r>
    </w:p>
    <w:p>
      <w:r>
        <w:t>A day in the life</w:t>
      </w:r>
    </w:p>
    <w:p>
      <w:r>
        <w:t>Campfire Cooking</w:t>
      </w:r>
    </w:p>
    <w:p>
      <w:r>
        <w:t>I am a Child of God</w:t>
      </w:r>
    </w:p>
    <w:p>
      <w:r>
        <w:t>Jeep……just empty every pocket.......for the jeep lovers....you know what i mean</w:t>
      </w:r>
    </w:p>
    <w:p>
      <w:r>
        <w:t>Just Clowning Around</w:t>
      </w:r>
    </w:p>
    <w:p>
      <w:r>
        <w:t>May your day bubble over with fun</w:t>
      </w:r>
    </w:p>
    <w:p>
      <w:r>
        <w:t>Mug Shots (use mugs as die-cuts)</w:t>
      </w:r>
    </w:p>
    <w:p>
      <w:r>
        <w:t>Never Too Young</w:t>
      </w:r>
    </w:p>
    <w:p>
      <w:r>
        <w:t>Sight seeing</w:t>
      </w:r>
    </w:p>
    <w:p>
      <w:r>
        <w:t>Sliding Around</w:t>
      </w:r>
    </w:p>
    <w:p>
      <w:r>
        <w:t>Snap, Crackle, Pop! (by a fire)</w:t>
      </w:r>
    </w:p>
    <w:p>
      <w:r>
        <w:t>Something’s Fishy... But I think I "sea" what is going on.</w:t>
      </w:r>
    </w:p>
    <w:p>
      <w:r>
        <w:t>Strike a pose!</w:t>
      </w:r>
    </w:p>
    <w:p>
      <w:pPr>
        <w:pStyle w:val="Heading2"/>
      </w:pPr>
      <w:r>
        <w:t>Humor</w:t>
      </w:r>
    </w:p>
    <w:p>
      <w:r>
        <w:t>A bartender is just a pharmacist with a limited inventory.</w:t>
      </w:r>
    </w:p>
    <w:p>
      <w:r>
        <w:t>A bird in the hand...can be messy.</w:t>
      </w:r>
    </w:p>
    <w:p>
      <w:r>
        <w:t>A clean house is a sign of a broken computer !</w:t>
      </w:r>
    </w:p>
    <w:p>
      <w:r>
        <w:t>A conclusion is simply the place where you got tired of thinking.</w:t>
      </w:r>
    </w:p>
    <w:p>
      <w:r>
        <w:t>A day without sunshine is like, you know, NIGHT !!</w:t>
      </w:r>
    </w:p>
    <w:p>
      <w:r>
        <w:t>A ferret is God's way of telling you NOTHING is child-proof !</w:t>
      </w:r>
    </w:p>
    <w:p>
      <w:r>
        <w:t>A flying saucer results when a nudist spills his coffee.</w:t>
      </w:r>
    </w:p>
    <w:p>
      <w:r>
        <w:t>A lot of people pack up their troubles....and send them off to summer camp !!</w:t>
      </w:r>
    </w:p>
    <w:p>
      <w:r>
        <w:t>A pat on the back is just inches away from a kick in the butt.</w:t>
      </w:r>
    </w:p>
    <w:p>
      <w:r>
        <w:t>All you really need in life is love and a few major credit cards.</w:t>
      </w:r>
    </w:p>
    <w:p>
      <w:r>
        <w:t>Always forgive your enemies....they hate it..!!</w:t>
      </w:r>
    </w:p>
    <w:p>
      <w:r>
        <w:t>Always remember you're unique...just like everyone else !</w:t>
      </w:r>
    </w:p>
    <w:p>
      <w:r>
        <w:t>Another brilyunt mind diztroyed  by the publik edukashun sistum.</w:t>
      </w:r>
    </w:p>
    <w:p>
      <w:r>
        <w:t>Anything worth fighting for is worth fighting dirty for.</w:t>
      </w:r>
    </w:p>
    <w:p>
      <w:r>
        <w:t>Are you the opposite sex...or am I ???</w:t>
      </w:r>
    </w:p>
    <w:p>
      <w:r>
        <w:t>As I said before, I never repeat myself !!</w:t>
      </w:r>
    </w:p>
    <w:p>
      <w:r>
        <w:t>At a nudist wedding everyone can see who the best man is.</w:t>
      </w:r>
    </w:p>
    <w:p>
      <w:r>
        <w:t>Beauty is in the eye of the beer holder.</w:t>
      </w:r>
    </w:p>
    <w:p>
      <w:r>
        <w:t>Behind every great man stands an amazed mother-in-law.</w:t>
      </w:r>
    </w:p>
    <w:p>
      <w:r>
        <w:t>Better days are coming, they are called Saturday and Sunday.</w:t>
      </w:r>
    </w:p>
    <w:p>
      <w:r>
        <w:t>Boss spelled backwards is Double S-O-B.</w:t>
      </w:r>
    </w:p>
    <w:p>
      <w:r>
        <w:t>Caution: I know karate...and six other Chinese words.</w:t>
      </w:r>
    </w:p>
    <w:p>
      <w:r>
        <w:t>Change is inevitable, except from a vending machine.</w:t>
      </w:r>
    </w:p>
    <w:p>
      <w:r>
        <w:t>Do not walk behind me, for I may not lead.  Do not walk ahead of me, for I may not follow.  Do not walk beside me, either.  JUST LEAVE ME ALONE !</w:t>
      </w:r>
    </w:p>
    <w:p>
      <w:r>
        <w:t>Don't walk behind me....your not my slave.  Don't walk next to me....we aren't equal.  But PLEASE walk in front of me....cause damn...you have a nice a**.</w:t>
      </w:r>
    </w:p>
    <w:p>
      <w:r>
        <w:t>Due to recent cutbacks, the light at the end of the tunnel has been turned off until further notice !</w:t>
      </w:r>
    </w:p>
    <w:p>
      <w:r>
        <w:t>Dyslexics of the World....Untie !!!</w:t>
      </w:r>
    </w:p>
    <w:p>
      <w:r>
        <w:t>Eagles may soar, but weasels don't get sucked into jet engines.</w:t>
      </w:r>
    </w:p>
    <w:p>
      <w:r>
        <w:t>Early bird gets the worm, but the second mouse gets the cheese.</w:t>
      </w:r>
    </w:p>
    <w:p>
      <w:r>
        <w:t>Early to bed and early to rise makes you healthy, wealthy and boring !!</w:t>
      </w:r>
    </w:p>
    <w:p>
      <w:r>
        <w:t>Early to bed and early to rise and you'll miss a lot of fun !!</w:t>
      </w:r>
    </w:p>
    <w:p>
      <w:r>
        <w:t>Early to bed and early to rise is the first one in the bathroom.</w:t>
      </w:r>
    </w:p>
    <w:p>
      <w:r>
        <w:t>Eat...drink...and remarry !!</w:t>
      </w:r>
    </w:p>
    <w:p>
      <w:r>
        <w:t>Follow your dream!  Unless it's the one where you're at work in your underwear during a fire drill.</w:t>
      </w:r>
    </w:p>
    <w:p>
      <w:r>
        <w:t>God made just so many perfect heads....</w:t>
      </w:r>
    </w:p>
    <w:p>
      <w:r>
        <w:t>he rest he covered with hair.</w:t>
      </w:r>
    </w:p>
    <w:p>
      <w:r>
        <w:t>Grow your own dope....plant a man.</w:t>
      </w:r>
    </w:p>
    <w:p>
      <w:r>
        <w:t>He who laughs last...thinks slowest.</w:t>
      </w:r>
    </w:p>
    <w:p>
      <w:r>
        <w:t>Hear no evil, see no evil,  speak no evil, have no fun.</w:t>
      </w:r>
    </w:p>
    <w:p>
      <w:r>
        <w:t>Honey, your proctologist called: He found your head!!!</w:t>
      </w:r>
    </w:p>
    <w:p>
      <w:r>
        <w:t>How can I miss you if you won't go away??</w:t>
      </w:r>
    </w:p>
    <w:p>
      <w:r>
        <w:t>How long a minute depends on what side of the bathroom door you're on.</w:t>
      </w:r>
    </w:p>
    <w:p>
      <w:r>
        <w:t>I always wanted to be a procrastinator, never got around to it.</w:t>
      </w:r>
    </w:p>
    <w:p>
      <w:r>
        <w:t>I am not a perfectionist. My parents were, though.</w:t>
      </w:r>
    </w:p>
    <w:p>
      <w:r>
        <w:t>I can resist anything but temptation !</w:t>
      </w:r>
    </w:p>
    <w:p>
      <w:r>
        <w:t>I can see clearly now, the brain is gone.</w:t>
      </w:r>
    </w:p>
    <w:p>
      <w:r>
        <w:t>I don't get even, I get odder.</w:t>
      </w:r>
    </w:p>
    <w:p>
      <w:r>
        <w:t>I don't look for trouble...it finds me !</w:t>
      </w:r>
    </w:p>
    <w:p>
      <w:r>
        <w:t>I don't repeat gossip, so listen closely.</w:t>
      </w:r>
    </w:p>
    <w:p>
      <w:r>
        <w:t>I have a photographic memory.  Unfortunately, it no longer offers same day service.</w:t>
      </w:r>
    </w:p>
    <w:p>
      <w:r>
        <w:t>I have a problem with furniture.... My chest has fallen into my drawers...!!!</w:t>
      </w:r>
    </w:p>
    <w:p>
      <w:r>
        <w:t>If marriage were outlawed, only outlaws would have in-laws.</w:t>
      </w:r>
    </w:p>
    <w:p>
      <w:r>
        <w:t>If sweetness and kindness don't work .... nag nag nag!!!</w:t>
      </w:r>
    </w:p>
    <w:p>
      <w:r>
        <w:t>If you are what you eat...I must be cheap, fast and easy !!</w:t>
      </w:r>
    </w:p>
    <w:p>
      <w:r>
        <w:t>If you can afford to go First Class and don't...your Heirs will !!</w:t>
      </w:r>
    </w:p>
    <w:p>
      <w:r>
        <w:t>If you can't take the heat, get an air-conditioner for the kitchen.</w:t>
      </w:r>
    </w:p>
    <w:p>
      <w:r>
        <w:t>If you drink and drive, don't park, accidents cause people!!</w:t>
      </w:r>
    </w:p>
    <w:p>
      <w:r>
        <w:t>If you love something set it free.</w:t>
      </w:r>
      <w:r>
        <w:br/>
      </w:r>
      <w:r>
        <w:t>If it comes back, it will always be yours.</w:t>
      </w:r>
      <w:r>
        <w:br/>
      </w:r>
      <w:r>
        <w:t>If it doesn't come back,</w:t>
      </w:r>
      <w:r>
        <w:br/>
      </w:r>
      <w:r>
        <w:t>it was never yours to begin with.</w:t>
      </w:r>
      <w:r>
        <w:br/>
      </w:r>
      <w:r>
        <w:t>But, if it just sits in your living room,</w:t>
      </w:r>
      <w:r>
        <w:br/>
      </w:r>
      <w:r>
        <w:t>messes up your stuff, eats your food,</w:t>
      </w:r>
      <w:r>
        <w:br/>
      </w:r>
      <w:r>
        <w:t>uses your telephone, takes your money</w:t>
      </w:r>
      <w:r>
        <w:br/>
      </w:r>
      <w:r>
        <w:t>and doesn't appear to realize that you</w:t>
      </w:r>
      <w:r>
        <w:br/>
      </w:r>
      <w:r>
        <w:t>had set it free.....</w:t>
      </w:r>
      <w:r>
        <w:br/>
      </w:r>
      <w:r>
        <w:t>You either married it or gave birth to it !!</w:t>
      </w:r>
    </w:p>
    <w:p>
      <w:r>
        <w:t>If you think no one cares about you, try missing a couple of payments.</w:t>
      </w:r>
    </w:p>
    <w:p>
      <w:r>
        <w:t>If you'll regret it in the morning.... sleep late !!</w:t>
      </w:r>
    </w:p>
    <w:p>
      <w:r>
        <w:t>I'm going to be more assertive....if that's OK with you.</w:t>
      </w:r>
    </w:p>
    <w:p>
      <w:r>
        <w:t>I'M LOST...I have gone to look for myself.   If I should return before I get back, please tell me to wait.</w:t>
      </w:r>
    </w:p>
    <w:p>
      <w:r>
        <w:t>I'm not lost....I'm temporarily directionally impaired.</w:t>
      </w:r>
    </w:p>
    <w:p>
      <w:r>
        <w:t>I'm not really brilliant... It's just that my friends are stupid !</w:t>
      </w:r>
    </w:p>
    <w:p>
      <w:r>
        <w:t>I'm so busy...I don't know if I just found a rope or lost my horse !!</w:t>
      </w:r>
    </w:p>
    <w:p>
      <w:r>
        <w:t>I'm not going to worry unless the animals start lining up two by two for the next space shuttle.</w:t>
      </w:r>
    </w:p>
    <w:p>
      <w:r>
        <w:t>In just two days, tomorrow will be yesterday.</w:t>
      </w:r>
    </w:p>
    <w:p>
      <w:r>
        <w:t>Into every life some rain must fall.  Usually when your car windows are down.</w:t>
      </w:r>
    </w:p>
    <w:p>
      <w:r>
        <w:t>It's always darkest before dawn.  So, if you're going to steal your neighbor's newspaper, that's the time to do it !</w:t>
      </w:r>
    </w:p>
    <w:p>
      <w:r>
        <w:t>It's better to have loved and lost than to be stuck with a jerk !</w:t>
      </w:r>
    </w:p>
    <w:p>
      <w:r>
        <w:t>It's not a bald head....it's a solar panel.</w:t>
      </w:r>
    </w:p>
    <w:p>
      <w:r>
        <w:t>It's okay to call someone stupid; just don't prove it !!</w:t>
      </w:r>
    </w:p>
    <w:p>
      <w:r>
        <w:t>K.I.S.S.  =  Keep It Simple Stupid !!</w:t>
      </w:r>
    </w:p>
    <w:p>
      <w:r>
        <w:t>Kids in the back seat cause accidents... AND accidents in the back seat cause kids !</w:t>
      </w:r>
    </w:p>
    <w:p>
      <w:r>
        <w:t>Kwityurbellieakin !!</w:t>
      </w:r>
    </w:p>
    <w:p>
      <w:r>
        <w:t>Last night I played a blank tape at full blast...The mime next door went nuts !!</w:t>
      </w:r>
    </w:p>
    <w:p>
      <w:r>
        <w:t>Laugh and the world laughs with you....Snore and you sleep alone...</w:t>
      </w:r>
    </w:p>
    <w:p>
      <w:r>
        <w:t>Lead me not to temptation. I can't find it myself.</w:t>
      </w:r>
    </w:p>
    <w:p>
      <w:r>
        <w:t>Lefties are all right !</w:t>
      </w:r>
    </w:p>
    <w:p>
      <w:r>
        <w:t>Light travels faster than sound.</w:t>
      </w:r>
      <w:r>
        <w:br/>
      </w:r>
      <w:r>
        <w:t>This is why...some people appear bright</w:t>
      </w:r>
      <w:r>
        <w:br/>
      </w:r>
      <w:r>
        <w:t>until you hear them speak.</w:t>
      </w:r>
    </w:p>
    <w:p>
      <w:r>
        <w:t>Lord, grant me the serenity to accept</w:t>
      </w:r>
      <w:r>
        <w:br/>
      </w:r>
      <w:r>
        <w:t>the things I can not change,</w:t>
      </w:r>
      <w:r>
        <w:br/>
      </w:r>
      <w:r>
        <w:t>the courage to change things I can,</w:t>
      </w:r>
      <w:r>
        <w:br/>
      </w:r>
      <w:r>
        <w:t>and the wisdom to hide the bodies</w:t>
      </w:r>
      <w:r>
        <w:br/>
      </w:r>
      <w:r>
        <w:t>of those I had to kill because they pissed me off.</w:t>
      </w:r>
    </w:p>
    <w:p>
      <w:r>
        <w:t>Love: two vowels, two consonants, two fools.</w:t>
      </w:r>
    </w:p>
    <w:p>
      <w:r>
        <w:t>Me, broke??? I'm just having an out of money experience.</w:t>
      </w:r>
    </w:p>
    <w:p>
      <w:r>
        <w:t>My husband said if I go out shopping one more time he is gonna leave me.   Lordy, I'll miss that man !</w:t>
      </w:r>
    </w:p>
    <w:p>
      <w:r>
        <w:t>My inferiority complex is not nearly as good as yours.</w:t>
      </w:r>
    </w:p>
    <w:p>
      <w:r>
        <w:t>My mind works like lightening....one brilliant flash and it's gone !!</w:t>
      </w:r>
    </w:p>
    <w:p>
      <w:r>
        <w:t>Never argue with an idiot...people watching may not be able to tell the difference.</w:t>
      </w:r>
    </w:p>
    <w:p>
      <w:r>
        <w:t>Never put off until tomorrow what you can avoid doing altogether.</w:t>
      </w:r>
    </w:p>
    <w:p>
      <w:r>
        <w:t>Opinions are like belly buttons, everybody has one !</w:t>
      </w:r>
    </w:p>
    <w:p>
      <w:r>
        <w:t>On this site in 1897...nothing happened...But yesterday....all heck broke loose...!!</w:t>
      </w:r>
    </w:p>
    <w:p>
      <w:r>
        <w:t>Once you get a mouthful of hot coffee, whatever you do next is going to be wrong.</w:t>
      </w:r>
    </w:p>
    <w:p>
      <w:r>
        <w:t>One advantage of talking to yourself is that you know at least somebody is listening !</w:t>
      </w:r>
    </w:p>
    <w:p>
      <w:r>
        <w:t>Our motto:</w:t>
      </w:r>
    </w:p>
    <w:p>
      <w:r>
        <w:t>" If it ain't broke, keep fixin' it till it is! "</w:t>
      </w:r>
    </w:p>
    <w:p>
      <w:r>
        <w:t>People will believe anything if you whisper it.</w:t>
      </w:r>
    </w:p>
    <w:p>
      <w:r>
        <w:t>Plan to be spontaneous tomorrow.</w:t>
      </w:r>
    </w:p>
    <w:p>
      <w:r>
        <w:t>Please Lord...let me prove to you that winning the lottery won't spoil me!</w:t>
      </w:r>
    </w:p>
    <w:p>
      <w:r>
        <w:t>Politicians and diapers have one thing in common.  They should both be changed regularly and for the same reason.</w:t>
      </w:r>
    </w:p>
    <w:p>
      <w:r>
        <w:t>Proofread carefully to see if you any words out.</w:t>
      </w:r>
    </w:p>
    <w:p>
      <w:r>
        <w:t>Put off procrastinating till a later time.</w:t>
      </w:r>
    </w:p>
    <w:p>
      <w:r>
        <w:t>Quityerbellyaching</w:t>
      </w:r>
    </w:p>
    <w:p>
      <w:r>
        <w:t>Reach for the stars...it keeps your chest from sagging !</w:t>
      </w:r>
    </w:p>
    <w:p>
      <w:r>
        <w:t>Right now, I'm having amnesia and dejavu' at the same time....I think I've forgotten this before.</w:t>
      </w:r>
    </w:p>
    <w:p>
      <w:r>
        <w:t>Remain resolute and unwavering when shirking your duty.</w:t>
      </w:r>
    </w:p>
    <w:p>
      <w:r>
        <w:t>Shake it more than three times and your playing with it!</w:t>
      </w:r>
    </w:p>
    <w:p>
      <w:r>
        <w:t>She who wants a knight in shining armor....must clean up after the horse.</w:t>
      </w:r>
    </w:p>
    <w:p>
      <w:r>
        <w:t>Shin:  a device for finding furniture in the dark.</w:t>
      </w:r>
    </w:p>
    <w:p>
      <w:r>
        <w:t>Short people RISE to the occasion !</w:t>
      </w:r>
    </w:p>
    <w:p>
      <w:r>
        <w:t>Some relatives are like fires... The sooner they're out...the better !</w:t>
      </w:r>
    </w:p>
    <w:p>
      <w:r>
        <w:t>Somewhere is lurking a hailstone that has your name on it.</w:t>
      </w:r>
    </w:p>
    <w:p>
      <w:r>
        <w:t>Someday your ship will come in, but you'll be at the airport.</w:t>
      </w:r>
    </w:p>
    <w:p>
      <w:r>
        <w:t>Sometimes I feel like life is a black tie affair and all I've got in my wardrobe is T-shirts !</w:t>
      </w:r>
    </w:p>
    <w:p>
      <w:r>
        <w:t>Squeeze me real hard... I'm real good under pressure !!</w:t>
      </w:r>
    </w:p>
    <w:p>
      <w:r>
        <w:t>Star light, Star bright, Where the hell is Mr. Right ??</w:t>
      </w:r>
    </w:p>
    <w:p>
      <w:r>
        <w:t>Stop talking while I'm interrupting.</w:t>
      </w:r>
    </w:p>
    <w:p>
      <w:r>
        <w:t>Streakers beware:  Your end  is in sight !!</w:t>
      </w:r>
    </w:p>
    <w:p>
      <w:r>
        <w:t>Stress:  that confusion created</w:t>
      </w:r>
      <w:r>
        <w:br/>
      </w:r>
      <w:r>
        <w:t>when the mind must override</w:t>
      </w:r>
      <w:r>
        <w:br/>
      </w:r>
      <w:r>
        <w:t>the body's basic desire</w:t>
      </w:r>
      <w:r>
        <w:br/>
      </w:r>
      <w:r>
        <w:t>to choke the living crap</w:t>
      </w:r>
      <w:r>
        <w:br/>
      </w:r>
      <w:r>
        <w:t>out of some idiot</w:t>
      </w:r>
      <w:r>
        <w:br/>
      </w:r>
      <w:r>
        <w:t>who desperately needs it !!</w:t>
      </w:r>
    </w:p>
    <w:p>
      <w:r>
        <w:t>Stupid people should wear signs, would you like one ?</w:t>
      </w:r>
    </w:p>
    <w:p>
      <w:r>
        <w:t>Stupid people shouldn't breed !</w:t>
      </w:r>
    </w:p>
    <w:p>
      <w:r>
        <w:t>Stupid people use quotes to make themselves sound smarter.  You can quote me on that !</w:t>
      </w:r>
    </w:p>
    <w:p>
      <w:r>
        <w:t>Thank you for not breeding.</w:t>
      </w:r>
    </w:p>
    <w:p>
      <w:r>
        <w:t>The colder the x-ray table, the more of your body is required on it.</w:t>
      </w:r>
    </w:p>
    <w:p>
      <w:r>
        <w:t>The journey of a thousand miles begins with a broken fan belt and a leaky tire.</w:t>
      </w:r>
    </w:p>
    <w:p>
      <w:r>
        <w:t>The perfect Christmas gift for the person who has everything is a burglar alarm.</w:t>
      </w:r>
    </w:p>
    <w:p>
      <w:r>
        <w:t>The procrastination support group meeting has been postponed !!</w:t>
      </w:r>
    </w:p>
    <w:p>
      <w:r>
        <w:t>The statement below is true.  The statement above is false.</w:t>
      </w:r>
    </w:p>
    <w:p>
      <w:r>
        <w:t>The woman who drives from the backseat...is no different that the man who cooks from the dining room table.</w:t>
      </w:r>
    </w:p>
    <w:p>
      <w:r>
        <w:t>Therapy is expensive.  Poppin' bubble wrap is free !!</w:t>
      </w:r>
    </w:p>
    <w:p>
      <w:r>
        <w:t>There are three kinds of people, those who can count and those who can't.</w:t>
      </w:r>
    </w:p>
    <w:p>
      <w:r>
        <w:t>This house is guarded by a shotgun three nights a week...You guess which three...!</w:t>
      </w:r>
    </w:p>
    <w:p>
      <w:r>
        <w:t>To err is human, to forgive unlikely.</w:t>
      </w:r>
    </w:p>
    <w:p>
      <w:r>
        <w:t>Today is the start of a new error !</w:t>
      </w:r>
    </w:p>
    <w:p>
      <w:r>
        <w:t>Today was a total waste of make-up.</w:t>
      </w:r>
    </w:p>
    <w:p>
      <w:r>
        <w:t>24 hours in a day....24 beers in a case...coincidence?</w:t>
      </w:r>
    </w:p>
    <w:p>
      <w:r>
        <w:t>25% or men kiss their wife good-bye when they leave their house....99% of men kiss their house good-bye when they leave their wife !!</w:t>
      </w:r>
    </w:p>
    <w:p>
      <w:r>
        <w:t>We have a magic lawnmower.  Whenever I take it out of the garage,  the kid's disappear !!</w:t>
      </w:r>
    </w:p>
    <w:p>
      <w:r>
        <w:t>What is the difference between ignorance and apathy ?  (I don't know...and I don't care !!)</w:t>
      </w:r>
    </w:p>
    <w:p>
      <w:r>
        <w:t>When a man steals your wife, there is no better revenge than to let him keep her.</w:t>
      </w:r>
    </w:p>
    <w:p>
      <w:r>
        <w:t>When I'm good,  I'm very good.  When I'm bad, I'm sensational !</w:t>
      </w:r>
    </w:p>
    <w:p>
      <w:r>
        <w:t>When I die, please bury me at Wal-Mart...at least I know my wife will visit me there !!</w:t>
      </w:r>
    </w:p>
    <w:p>
      <w:r>
        <w:t>When in doubt...mumble.</w:t>
      </w:r>
    </w:p>
    <w:p>
      <w:r>
        <w:t>When the going gets tough....the tough use duct tape !!</w:t>
      </w:r>
    </w:p>
    <w:p>
      <w:r>
        <w:t>When there's a will...there's a lawsuit !</w:t>
      </w:r>
    </w:p>
    <w:p>
      <w:r>
        <w:t>When you're swimming in the creek, and an eel bites your cheek, that's a moray !</w:t>
      </w:r>
    </w:p>
    <w:p>
      <w:r>
        <w:t>Work smarder not harder and be careful of yor spelling.</w:t>
      </w:r>
    </w:p>
    <w:p>
      <w:r>
        <w:t>Would you like a bit of cheese with your whine ?</w:t>
      </w:r>
    </w:p>
    <w:p>
      <w:r>
        <w:t>You are slower than a herd of turtles  stampeding through peanut butter !!</w:t>
      </w:r>
    </w:p>
    <w:p>
      <w:r>
        <w:t>You don't have to brush all your teeth, just the ones you want to keep.</w:t>
      </w:r>
    </w:p>
    <w:p>
      <w:r>
        <w:t>You have the right to remain silent.  Anything you say will be misquoted, then used against you.</w:t>
      </w:r>
    </w:p>
    <w:p>
      <w:r>
        <w:t>You may have a heart of gold...but so does a hard boiled egg.</w:t>
      </w:r>
    </w:p>
    <w:p>
      <w:r>
        <w:t>You will never find a lost article until it has been replaced.</w:t>
      </w:r>
    </w:p>
    <w:p>
      <w:pPr>
        <w:pStyle w:val="Heading2"/>
      </w:pPr>
      <w:r>
        <w:t>Pms</w:t>
      </w:r>
    </w:p>
    <w:p>
      <w:r>
        <w:t>I have PMS and ESP....that makes me a b****...who knows it all...!!</w:t>
      </w:r>
    </w:p>
    <w:p>
      <w:r>
        <w:t>I have PMS and I'm all out of chocolate !</w:t>
      </w:r>
    </w:p>
    <w:p>
      <w:r>
        <w:t>It's not PMS that's bothering me...it's YOU !!</w:t>
      </w:r>
    </w:p>
    <w:p>
      <w:r>
        <w:t>Next mood swing....6 minutes !</w:t>
      </w:r>
    </w:p>
    <w:p>
      <w:r>
        <w:t>PMS -- Pass My Shotgun !</w:t>
      </w:r>
    </w:p>
    <w:p>
      <w:r>
        <w:t>PMS -- Pack My Stuff !</w:t>
      </w:r>
    </w:p>
    <w:p>
      <w:r>
        <w:t>PMS -- Pack My Suitcase !</w:t>
      </w:r>
    </w:p>
    <w:p>
      <w:r>
        <w:t>PMS--Pardon My Screaming !!</w:t>
      </w:r>
    </w:p>
    <w:p>
      <w:r>
        <w:t>PMS -- Pardon My Sobbing !!</w:t>
      </w:r>
    </w:p>
    <w:p>
      <w:r>
        <w:t>PMS -- People Make me Sick</w:t>
      </w:r>
    </w:p>
    <w:p>
      <w:r>
        <w:t>PMS -- Permanent Male Stupidity !</w:t>
      </w:r>
    </w:p>
    <w:p>
      <w:r>
        <w:t>PMS -- Permanent Menstrual Syndrome !</w:t>
      </w:r>
    </w:p>
    <w:p>
      <w:r>
        <w:t>PMS -- Perpetual Munching Spree !</w:t>
      </w:r>
    </w:p>
    <w:p>
      <w:r>
        <w:t>PMS -- Pissy Male Syndrome !</w:t>
      </w:r>
    </w:p>
    <w:p>
      <w:r>
        <w:t>PMS -- Pissy Mood Syndrome !</w:t>
      </w:r>
    </w:p>
    <w:p>
      <w:r>
        <w:t>PMS -- Plainly Men Suck !</w:t>
      </w:r>
    </w:p>
    <w:p>
      <w:r>
        <w:t>PMS -- Psychotic Mood Shift !</w:t>
      </w:r>
    </w:p>
    <w:p>
      <w:r>
        <w:t>PMS - Pretty Mean Stamper !</w:t>
      </w:r>
    </w:p>
    <w:p>
      <w:r>
        <w:t>PMS--Pretty Mean Spirited !!</w:t>
      </w:r>
    </w:p>
    <w:p>
      <w:r>
        <w:t>PMS -- Provide Me with Sweets !</w:t>
      </w:r>
    </w:p>
    <w:p>
      <w:r>
        <w:t>PMS -- Puffy Mid-Section</w:t>
      </w:r>
    </w:p>
    <w:p>
      <w:r>
        <w:t>PMS--Putting up with Men's **** !!</w:t>
      </w:r>
    </w:p>
    <w:p>
      <w:r>
        <w:t>PMS--Putting up with Men's Stupidity !!</w:t>
      </w:r>
    </w:p>
    <w:p>
      <w:r>
        <w:t>The difference between a woman with PMS and a pitbull is...... LIPSTICK !!</w:t>
      </w:r>
    </w:p>
    <w:p>
      <w:r>
        <w:t>When I have PMS... I don't have my period.... I have an explanation POINT !!</w:t>
      </w:r>
    </w:p>
    <w:p>
      <w:r>
        <w:t>When the world is all but homicidal, all I need's is a little Midol.</w:t>
      </w:r>
    </w:p>
    <w:p>
      <w:pPr>
        <w:pStyle w:val="Heading1"/>
      </w:pPr>
      <w:r>
        <w:t>Crafts, hobbies and pets</w:t>
      </w:r>
    </w:p>
    <w:p>
      <w:pPr>
        <w:pStyle w:val="Heading2"/>
      </w:pPr>
      <w:r>
        <w:t>Animals</w:t>
      </w:r>
    </w:p>
    <w:p>
      <w:r>
        <w:t>Man's best friend</w:t>
      </w:r>
    </w:p>
    <w:p>
      <w:r>
        <w:t>Dogs leave paw prints in your heart</w:t>
      </w:r>
    </w:p>
    <w:p>
      <w:r>
        <w:t>Bad to the bone</w:t>
      </w:r>
    </w:p>
    <w:p>
      <w:r>
        <w:t>Dog-gone cute</w:t>
      </w:r>
    </w:p>
    <w:p>
      <w:r>
        <w:t>Home is where your dog is</w:t>
      </w:r>
    </w:p>
    <w:p>
      <w:r>
        <w:t>Oh where, oh where has my little dog gone?  Oh where, oh where can he be?  With his ears so short and his tail so long,  Oh where, oh where is he?</w:t>
      </w:r>
    </w:p>
    <w:p>
      <w:r>
        <w:t>Puppy Love</w:t>
      </w:r>
    </w:p>
    <w:p>
      <w:r>
        <w:t>It's a dog's life</w:t>
      </w:r>
    </w:p>
    <w:p>
      <w:r>
        <w:t>My name is No No, Bad Dog.  What's yours?</w:t>
      </w:r>
    </w:p>
    <w:p>
      <w:r>
        <w:t>No bones about it.</w:t>
      </w:r>
    </w:p>
    <w:p>
      <w:r>
        <w:t>I love my dog.</w:t>
      </w:r>
    </w:p>
    <w:p>
      <w:r>
        <w:t>Cat Nappin'</w:t>
      </w:r>
    </w:p>
    <w:p>
      <w:r>
        <w:t>Cats rule and dogs drool</w:t>
      </w:r>
    </w:p>
    <w:p>
      <w:r>
        <w:t>The house cat sits and smiles and sings.  He knows a lot of Secret things.  Annette Wynne</w:t>
      </w:r>
    </w:p>
    <w:p>
      <w:r>
        <w:t>Purrrfectly Adorable</w:t>
      </w:r>
    </w:p>
    <w:p>
      <w:r>
        <w:t>Cool Kitty</w:t>
      </w:r>
    </w:p>
    <w:p>
      <w:r>
        <w:t>Home is where your cat is</w:t>
      </w:r>
    </w:p>
    <w:p>
      <w:r>
        <w:t>I'm not rude, I've got Cat-itude</w:t>
      </w:r>
    </w:p>
    <w:p>
      <w:r>
        <w:t>Purr-fect Pals</w:t>
      </w:r>
    </w:p>
    <w:p>
      <w:r>
        <w:t>Sitting pretty with my kitty</w:t>
      </w:r>
    </w:p>
    <w:p>
      <w:r>
        <w:t>The cat's meow</w:t>
      </w:r>
    </w:p>
    <w:p>
      <w:r>
        <w:t>This house owned by one spoiled rotten cat</w:t>
      </w:r>
    </w:p>
    <w:p>
      <w:r>
        <w:t>When you have a cat, Everyday is purr-fect</w:t>
      </w:r>
    </w:p>
    <w:p>
      <w:r>
        <w:t>CATastrophe</w:t>
      </w:r>
    </w:p>
    <w:p>
      <w:r>
        <w:t>A dog says "I love you" with his tail.</w:t>
      </w:r>
    </w:p>
    <w:p>
      <w:r>
        <w:t>All good things that have come to me have come through my dog...</w:t>
      </w:r>
    </w:p>
    <w:p>
      <w:r>
        <w:t>Cat on a hot tin roof</w:t>
      </w:r>
    </w:p>
    <w:p>
      <w:r>
        <w:t>Cats don't have owners... they have staff.</w:t>
      </w:r>
    </w:p>
    <w:p>
      <w:r>
        <w:t>Cats/Dogs are just children with fur!</w:t>
      </w:r>
    </w:p>
    <w:p>
      <w:r>
        <w:t>Dog Days Afternoon</w:t>
      </w:r>
    </w:p>
    <w:p>
      <w:r>
        <w:t>Dog-Gone Cute!</w:t>
      </w:r>
    </w:p>
    <w:p>
      <w:r>
        <w:t>Go Dog Go</w:t>
      </w:r>
    </w:p>
    <w:p>
      <w:r>
        <w:t>Furever friends</w:t>
      </w:r>
    </w:p>
    <w:p>
      <w:r>
        <w:t>Happiness is a warm puppy- Charles Schulz</w:t>
      </w:r>
    </w:p>
    <w:p>
      <w:r>
        <w:t>He's not my dog, he's my best friend</w:t>
      </w:r>
    </w:p>
    <w:p>
      <w:r>
        <w:t>Horsin' Around</w:t>
      </w:r>
    </w:p>
    <w:p>
      <w:r>
        <w:t>Hot Dog!</w:t>
      </w:r>
    </w:p>
    <w:p>
      <w:r>
        <w:t>How much is that Doggie in the window?</w:t>
      </w:r>
    </w:p>
    <w:p>
      <w:r>
        <w:t>I can talk, can you fly? (parrot)</w:t>
      </w:r>
    </w:p>
    <w:p>
      <w:r>
        <w:t>I Ruff You</w:t>
      </w:r>
    </w:p>
    <w:p>
      <w:r>
        <w:t>I Tawt I Taw a Puddy Tat!</w:t>
      </w:r>
    </w:p>
    <w:p>
      <w:r>
        <w:t>If a dog's prayers were answered, bones would rain from the sky...Proverb</w:t>
      </w:r>
    </w:p>
    <w:p>
      <w:r>
        <w:t>If you want the best seat in the house, you'll have to move the dog!</w:t>
      </w:r>
    </w:p>
    <w:p>
      <w:r>
        <w:t>I'm the Cat's Meow..even if I'm a dog!</w:t>
      </w:r>
    </w:p>
    <w:p>
      <w:r>
        <w:t>Its an "Animal House"</w:t>
      </w:r>
    </w:p>
    <w:p>
      <w:r>
        <w:t>Just 2 Dog'on cute- and no Bonz about it!</w:t>
      </w:r>
    </w:p>
    <w:p>
      <w:r>
        <w:t>Kiss me, I'm a dog lover</w:t>
      </w:r>
    </w:p>
    <w:p>
      <w:r>
        <w:t>Life has gone to the Dogs</w:t>
      </w:r>
    </w:p>
    <w:p>
      <w:r>
        <w:t>My dog is my pet, but also my friend</w:t>
      </w:r>
    </w:p>
    <w:p>
      <w:r>
        <w:t>No Dog's allowed</w:t>
      </w:r>
    </w:p>
    <w:p>
      <w:r>
        <w:t>Our Private Zoo</w:t>
      </w:r>
    </w:p>
    <w:p>
      <w:r>
        <w:t>Paws and Prints and lots of purrin'</w:t>
      </w:r>
    </w:p>
    <w:p>
      <w:r>
        <w:t>Pony Express (horses)</w:t>
      </w:r>
    </w:p>
    <w:p>
      <w:r>
        <w:t>Precious pets!!</w:t>
      </w:r>
    </w:p>
    <w:p>
      <w:r>
        <w:t>Puppy Love</w:t>
      </w:r>
    </w:p>
    <w:p>
      <w:r>
        <w:t>Sittin' pretty with my kitty</w:t>
      </w:r>
    </w:p>
    <w:p>
      <w:r>
        <w:t>Sleep and let Sleep</w:t>
      </w:r>
    </w:p>
    <w:p>
      <w:r>
        <w:t>The best thing about a man is his dog--French proverb</w:t>
      </w:r>
    </w:p>
    <w:p>
      <w:r>
        <w:t>The days may be doggy, but the nights belong to us kitty cats!</w:t>
      </w:r>
    </w:p>
    <w:p>
      <w:r>
        <w:t>The New Zoo Review</w:t>
      </w:r>
    </w:p>
    <w:p>
      <w:r>
        <w:t>There is always time for a cat-nap. (photos arranged like a clock)</w:t>
      </w:r>
    </w:p>
    <w:p>
      <w:r>
        <w:t>This house protected by an Attack Cat!</w:t>
      </w:r>
    </w:p>
    <w:p>
      <w:r>
        <w:t>You're NOBODY until you've been ignored by a CAT</w:t>
      </w:r>
    </w:p>
    <w:p>
      <w:r>
        <w:t>You don't own your cat. You just give them room and board.</w:t>
      </w:r>
    </w:p>
    <w:p>
      <w:r>
        <w:t>You quack me up!</w:t>
      </w:r>
    </w:p>
    <w:p>
      <w:pPr>
        <w:pStyle w:val="Heading2"/>
      </w:pPr>
      <w:r>
        <w:t>Antiques</w:t>
      </w:r>
    </w:p>
    <w:p>
      <w:r>
        <w:t>Antiques are things one generation buys, the next generation gets rid of, and the following generation buys again.</w:t>
      </w:r>
      <w:r>
        <w:br/>
      </w:r>
      <w:r>
        <w:t>I love jugs, jars, bottles and crocks...pewter, brass and grandfather clocks...</w:t>
      </w:r>
      <w:r>
        <w:br/>
      </w:r>
      <w:r>
        <w:t>It's not Junk...it is a collection !!!</w:t>
      </w:r>
      <w:r>
        <w:br/>
      </w:r>
      <w:r>
        <w:t>Junque and Antiques</w:t>
      </w:r>
      <w:r>
        <w:br/>
      </w:r>
      <w:r>
        <w:t>Nostalgia isn't what it used to be.</w:t>
      </w:r>
      <w:r>
        <w:br/>
      </w:r>
      <w:r>
        <w:t>One person's junk is another person's treasures.</w:t>
      </w:r>
      <w:r>
        <w:br/>
      </w:r>
      <w:r>
        <w:t>The best antiques are old friends.</w:t>
      </w:r>
      <w:r>
        <w:br/>
      </w:r>
      <w:r>
        <w:t>The Story of Antiques = Grandmother had it...Mom threw it out...I brought it back...</w:t>
      </w:r>
      <w:r>
        <w:br/>
      </w:r>
      <w:r>
        <w:t>This isn't clutter....these are my antiques !</w:t>
      </w:r>
      <w:r>
        <w:br/>
      </w:r>
      <w:r>
        <w:t>This is not a museum...all this junk is for sale...!!</w:t>
      </w:r>
      <w:r>
        <w:br/>
      </w:r>
      <w:r>
        <w:t>Today's junk is tomorrow's Antiques !!</w:t>
      </w:r>
      <w:r>
        <w:br/>
      </w:r>
      <w:r>
        <w:t>Use it up, Wear it out, Make it do, Or do without.</w:t>
      </w:r>
    </w:p>
    <w:p>
      <w:pPr>
        <w:pStyle w:val="Heading2"/>
      </w:pPr>
      <w:r>
        <w:t>Art ~ Artists</w:t>
      </w:r>
    </w:p>
    <w:p>
      <w:r>
        <w:t>A creative mess is better than idle tidiness.</w:t>
      </w:r>
      <w:r>
        <w:br/>
      </w:r>
      <w:r>
        <w:t>Art is a lie that lets us see the truth.  (Pablo Picasso)</w:t>
      </w:r>
      <w:r>
        <w:br/>
      </w:r>
      <w:r>
        <w:t>Art is like a flower, it blooms with creativity.</w:t>
      </w:r>
      <w:r>
        <w:br/>
      </w:r>
      <w:r>
        <w:t>Art is the only way to run away without leaving home. (Twayla Tharp)</w:t>
      </w:r>
      <w:r>
        <w:br/>
      </w:r>
      <w:r>
        <w:t>Art is seeing through God's eye and letting the paintbrush do the rest.</w:t>
      </w:r>
      <w:r>
        <w:br/>
      </w:r>
      <w:r>
        <w:t>Artists do it with creativity.</w:t>
      </w:r>
      <w:r>
        <w:br/>
      </w:r>
      <w:r>
        <w:t>Artists don't get old...they just get abstract.</w:t>
      </w:r>
      <w:r>
        <w:br/>
      </w:r>
      <w:r>
        <w:t>Creative hands are rarely tidy.</w:t>
      </w:r>
      <w:r>
        <w:br/>
      </w:r>
      <w:r>
        <w:t>Every artist dips his brush in his own soul, and paints his own nature with excellence.</w:t>
      </w:r>
      <w:r>
        <w:br/>
      </w:r>
      <w:r>
        <w:t>I'm not messy....I'm creative !</w:t>
      </w:r>
      <w:r>
        <w:br/>
      </w:r>
      <w:r>
        <w:t>Life is a masterpiece...waiting to be painted.</w:t>
      </w:r>
      <w:r>
        <w:br/>
      </w:r>
      <w:r>
        <w:t>Poetry is painting with words, but a painting needs no words to speak.</w:t>
      </w:r>
      <w:r>
        <w:br/>
      </w:r>
      <w:r>
        <w:t>That which is static and repetitive is boring !  That which is dynamic and random is confusing !  Somewhere in between.....is art .</w:t>
      </w:r>
      <w:r>
        <w:br/>
      </w:r>
      <w:r>
        <w:t>"The earth as the paradise of the gods, that is what I want to paint."  (Pierre-Auguste Renoir)</w:t>
      </w:r>
      <w:r>
        <w:br/>
      </w:r>
      <w:r>
        <w:t>The greatest thing about being an artist is that no one can tell you you're not.</w:t>
      </w:r>
      <w:r>
        <w:br/>
      </w:r>
      <w:r>
        <w:t>The world is but canvas to our imaginations.</w:t>
      </w:r>
      <w:r>
        <w:br/>
      </w:r>
      <w:r>
        <w:t>Two people are needed to make a painting...the artist, and someone else to hit him on the head with a hammer when the painting is finished.</w:t>
      </w:r>
      <w:r>
        <w:br/>
      </w:r>
      <w:r>
        <w:t>What is art but a way of seeing?</w:t>
      </w:r>
      <w:r>
        <w:br/>
      </w:r>
      <w:r>
        <w:t>Without art, the crudeness of reality would make life unbearable.</w:t>
      </w:r>
    </w:p>
    <w:p>
      <w:pPr>
        <w:pStyle w:val="Heading2"/>
      </w:pPr>
      <w:r>
        <w:t>Bears</w:t>
      </w:r>
    </w:p>
    <w:p>
      <w:r>
        <w:t>Bear hugs and back rubs welcome....</w:t>
      </w:r>
      <w:r>
        <w:br/>
      </w:r>
      <w:r>
        <w:t>A room without a bear is like a face without a smile.</w:t>
      </w:r>
      <w:r>
        <w:br/>
      </w:r>
      <w:r>
        <w:t>Beauty is in the eyes of the bear-holder...</w:t>
      </w:r>
      <w:r>
        <w:br/>
      </w:r>
      <w:r>
        <w:t>Bear with me...</w:t>
      </w:r>
      <w:r>
        <w:br/>
      </w:r>
      <w:r>
        <w:t>Don't Feed the Bears … They're Stuffed !!</w:t>
      </w:r>
      <w:r>
        <w:br/>
      </w:r>
      <w:r>
        <w:t>Everything in life I share...except, of course, my teddy bear.</w:t>
      </w:r>
      <w:r>
        <w:br/>
      </w:r>
      <w:r>
        <w:t>Guardian Teddy Bear on Duty.....</w:t>
      </w:r>
      <w:r>
        <w:br/>
      </w:r>
      <w:r>
        <w:t>HEADLINE:   Bear takes over Disneyland in Pooh d'Etat</w:t>
      </w:r>
      <w:r>
        <w:br/>
      </w:r>
      <w:r>
        <w:t>Here sits my teddy bear... all tattered and torn... Everybody loves him... even though he's so worn. His body is floppy.... His hair is a mess... But I love him dearly and he loves me best.</w:t>
      </w:r>
      <w:r>
        <w:br/>
      </w:r>
      <w:r>
        <w:t>I wish I were a Teddy Bear... the more worn out you get,  the more valuable you become.</w:t>
      </w:r>
      <w:r>
        <w:br/>
      </w:r>
      <w:r>
        <w:t>Little hearts never fear...when Teddy Bears are near.</w:t>
      </w:r>
      <w:r>
        <w:br/>
      </w:r>
      <w:r>
        <w:t>Love a bear and he will follow you anywhere....</w:t>
      </w:r>
      <w:r>
        <w:br/>
      </w:r>
      <w:r>
        <w:t>Love bears all things...</w:t>
      </w:r>
      <w:r>
        <w:br/>
      </w:r>
      <w:r>
        <w:t>Love me...Love my Teddy Bear !</w:t>
      </w:r>
      <w:r>
        <w:br/>
      </w:r>
      <w:r>
        <w:t>Never too old to play with Teddy Bears...</w:t>
      </w:r>
      <w:r>
        <w:br/>
      </w:r>
      <w:r>
        <w:t>Teddy and me...Welcome thee</w:t>
      </w:r>
      <w:r>
        <w:br/>
      </w:r>
      <w:r>
        <w:t>Teddy Bears are for cuddlin' and luvin'....</w:t>
      </w:r>
      <w:r>
        <w:br/>
      </w:r>
      <w:r>
        <w:t>Teddy bears are stuffed with dreams and memories.</w:t>
      </w:r>
      <w:r>
        <w:br/>
      </w:r>
      <w:r>
        <w:t>Teddy Bear Collector:  Orphans Welcomed !</w:t>
      </w:r>
      <w:r>
        <w:br/>
      </w:r>
      <w:r>
        <w:t>Teddy Bear Collector:  trained in warm hugs and story telling.</w:t>
      </w:r>
      <w:r>
        <w:br/>
      </w:r>
      <w:r>
        <w:t>Teddy Bear, Teddy Bear, torn and tattered, You were there when it really mattered !</w:t>
      </w:r>
      <w:r>
        <w:br/>
      </w:r>
      <w:r>
        <w:t>Teddy Bear, Teddy Bear turn around.  Teddy Bear, Teddy Bear touch the ground.  Teddy Bear, Teddy Bear show your shoe.  Teddy Bear, Teddy Bear that will do.  Teddy Bear, Teddy Bear turn out the light.  Teddy Bear, Teddy Bear say "Good Night !"</w:t>
      </w:r>
      <w:r>
        <w:br/>
      </w:r>
      <w:r>
        <w:t>The bad thing about Teddy Bears is that they don't hug you back !</w:t>
      </w:r>
      <w:r>
        <w:br/>
      </w:r>
      <w:r>
        <w:t>The nicest dreams that will ever be are the dreams shared by my teddy and me...</w:t>
      </w:r>
      <w:r>
        <w:br/>
      </w:r>
      <w:r>
        <w:t>There's a rip and a tear in my teddy bear... Love pours from him everywhere...</w:t>
      </w:r>
      <w:r>
        <w:br/>
      </w:r>
      <w:r>
        <w:t>This is a home for Bears...</w:t>
      </w:r>
      <w:r>
        <w:br/>
      </w:r>
      <w:r>
        <w:t>We all need a little tender loving bear...</w:t>
      </w:r>
    </w:p>
    <w:p>
      <w:pPr>
        <w:pStyle w:val="Heading2"/>
      </w:pPr>
      <w:r>
        <w:t>Bird &amp; Bird Houses</w:t>
      </w:r>
    </w:p>
    <w:p>
      <w:r>
        <w:t>A bird in the hand is worth two in the bush.</w:t>
      </w:r>
    </w:p>
    <w:p>
      <w:r>
        <w:t>A bird in the hand makes blowing the nose difficult !</w:t>
      </w:r>
    </w:p>
    <w:p>
      <w:r>
        <w:t>A little bird told me...</w:t>
      </w:r>
    </w:p>
    <w:p>
      <w:r>
        <w:t>Bird Sanctuary</w:t>
      </w:r>
    </w:p>
    <w:p>
      <w:r>
        <w:t>Birdie Barracks</w:t>
      </w:r>
    </w:p>
    <w:p>
      <w:r>
        <w:t>Birds of a feather....flock together.</w:t>
      </w:r>
    </w:p>
    <w:p>
      <w:r>
        <w:t>Bless our Nest</w:t>
      </w:r>
    </w:p>
    <w:p>
      <w:r>
        <w:t>Cat Bird Inn</w:t>
      </w:r>
    </w:p>
    <w:p>
      <w:r>
        <w:t>Country Retweet</w:t>
      </w:r>
    </w:p>
    <w:p>
      <w:r>
        <w:t>Don't Look !!!  Birds Bathing....</w:t>
      </w:r>
    </w:p>
    <w:p>
      <w:r>
        <w:t>Even an Owl can cast the Shadow of an Eagle.</w:t>
      </w:r>
    </w:p>
    <w:p>
      <w:r>
        <w:t>Every sparrow knows an eagle.</w:t>
      </w:r>
    </w:p>
    <w:p>
      <w:r>
        <w:t>Everybirdies Welcome...</w:t>
      </w:r>
    </w:p>
    <w:p>
      <w:r>
        <w:t>Everybirdy loves his own nest best !</w:t>
      </w:r>
    </w:p>
    <w:p>
      <w:r>
        <w:t>Featherbed Inn</w:t>
      </w:r>
    </w:p>
    <w:p>
      <w:r>
        <w:t>Featherbeds for Wrent !!</w:t>
      </w:r>
    </w:p>
    <w:p>
      <w:r>
        <w:t>Feed the birdies....please !</w:t>
      </w:r>
    </w:p>
    <w:p>
      <w:r>
        <w:t>For Sale...Cheep!!</w:t>
      </w:r>
    </w:p>
    <w:p>
      <w:r>
        <w:t>Flight School</w:t>
      </w:r>
    </w:p>
    <w:p>
      <w:r>
        <w:t>Fly by Night Hotel</w:t>
      </w:r>
    </w:p>
    <w:p>
      <w:r>
        <w:t>For Wrent</w:t>
      </w:r>
    </w:p>
    <w:p>
      <w:r>
        <w:t>For wrent....cheep ....cheep !!</w:t>
      </w:r>
    </w:p>
    <w:p>
      <w:r>
        <w:t>God gives every bird it's food, but he doesn't throw it into it's nest.</w:t>
      </w:r>
    </w:p>
    <w:p>
      <w:r>
        <w:t>God's laughter is heard in the song of birds...</w:t>
      </w:r>
    </w:p>
    <w:p>
      <w:r>
        <w:t>Howdy Birds !!</w:t>
      </w:r>
    </w:p>
    <w:p>
      <w:r>
        <w:t>I taught I saw a tweet !</w:t>
      </w:r>
    </w:p>
    <w:p>
      <w:r>
        <w:t>Joyful memories....warm our nests.</w:t>
      </w:r>
    </w:p>
    <w:p>
      <w:r>
        <w:t>Make a joyful noise unto the Lord.</w:t>
      </w:r>
    </w:p>
    <w:p>
      <w:r>
        <w:t>Nest and Breakfast</w:t>
      </w:r>
    </w:p>
    <w:p>
      <w:r>
        <w:t>No Vacancy !</w:t>
      </w:r>
    </w:p>
    <w:p>
      <w:r>
        <w:t>Please feed the birds !!</w:t>
      </w:r>
    </w:p>
    <w:p>
      <w:r>
        <w:t>Sit long...chirp much !!</w:t>
      </w:r>
    </w:p>
    <w:p>
      <w:r>
        <w:t>SLOW !!!!  Low flying hummingbirds  !!!!</w:t>
      </w:r>
    </w:p>
    <w:p>
      <w:r>
        <w:t>Songville....bed and breakfast</w:t>
      </w:r>
    </w:p>
    <w:p>
      <w:r>
        <w:t>Snow birds welcome !</w:t>
      </w:r>
    </w:p>
    <w:p>
      <w:r>
        <w:t>The early birds catches the worm.</w:t>
      </w:r>
    </w:p>
    <w:p>
      <w:r>
        <w:t>The song of a robin is an angel's voice in the garden.</w:t>
      </w:r>
    </w:p>
    <w:p>
      <w:r>
        <w:t>The woods would be very silent, if no birds sang except the best.</w:t>
      </w:r>
    </w:p>
    <w:p>
      <w:r>
        <w:t>This place is for the birds !</w:t>
      </w:r>
    </w:p>
    <w:p>
      <w:r>
        <w:t>Tree Top Inn</w:t>
      </w:r>
    </w:p>
    <w:p>
      <w:r>
        <w:t>Tweet Suite</w:t>
      </w:r>
    </w:p>
    <w:p>
      <w:r>
        <w:t>We've got your cat.  If you ever want to see him again.... Leave five pounds of bird seed by noon  !!</w:t>
      </w:r>
    </w:p>
    <w:p>
      <w:r>
        <w:t>Whistler's Inn</w:t>
      </w:r>
    </w:p>
    <w:p>
      <w:pPr>
        <w:pStyle w:val="Heading2"/>
      </w:pPr>
      <w:r>
        <w:t>Butterflies</w:t>
      </w:r>
    </w:p>
    <w:p>
      <w:r>
        <w:t>Butterflies Welcome Here !!</w:t>
      </w:r>
    </w:p>
    <w:p>
      <w:r>
        <w:t>Flutter by....Butterfly</w:t>
      </w:r>
    </w:p>
    <w:p>
      <w:r>
        <w:t>Happiness is like a butterfly...  the more you chase it  the more it will elude you.</w:t>
      </w:r>
    </w:p>
    <w:p>
      <w:r>
        <w:t>If wishes were butterflies.... we would never see the sun.</w:t>
      </w:r>
    </w:p>
    <w:p>
      <w:r>
        <w:t>I'm like a butterfly... Pretty to see...but hard to catch.</w:t>
      </w:r>
    </w:p>
    <w:p>
      <w:r>
        <w:t>Love is like a butterfly. If you chase it, it will elude you, but if you turn your attention to something else, it will come and softly sit on your shoulder.</w:t>
      </w:r>
    </w:p>
    <w:p>
      <w:r>
        <w:t>Love is like a butterfly, it goes where it pleases, and pleases where it goes.</w:t>
      </w:r>
    </w:p>
    <w:p>
      <w:r>
        <w:t>"Living is not enough," said the butterfly, "One must have sunshine, freedom, and a little flower". (Hans Christian Anderson)</w:t>
      </w:r>
    </w:p>
    <w:p>
      <w:r>
        <w:t>Why do we call them butterflies?  They don't butter fly, they flutter by.</w:t>
      </w:r>
    </w:p>
    <w:p>
      <w:pPr>
        <w:pStyle w:val="Heading2"/>
      </w:pPr>
      <w:r>
        <w:t>Craft</w:t>
      </w:r>
    </w:p>
    <w:p>
      <w:r>
        <w:t>Home is where the heart is.</w:t>
      </w:r>
    </w:p>
    <w:p>
      <w:r>
        <w:t>A kitchen prayer</w:t>
      </w:r>
      <w:r>
        <w:br/>
      </w:r>
      <w:r>
        <w:t>God bless my little kitchen</w:t>
      </w:r>
      <w:r>
        <w:br/>
      </w:r>
      <w:r>
        <w:t>I love it's every nook</w:t>
      </w:r>
      <w:r>
        <w:br/>
      </w:r>
      <w:r>
        <w:t>And bless me as I do my work,</w:t>
      </w:r>
      <w:r>
        <w:br/>
      </w:r>
      <w:r>
        <w:t>Wash pot and pans and cook.</w:t>
      </w:r>
      <w:r>
        <w:br/>
      </w:r>
      <w:r>
        <w:t>And the meals that I prepare</w:t>
      </w:r>
      <w:r>
        <w:br/>
      </w:r>
      <w:r>
        <w:t>Be seasoned from above</w:t>
      </w:r>
      <w:r>
        <w:br/>
      </w:r>
      <w:r>
        <w:t>With Thy blessing and Thy grace,</w:t>
      </w:r>
      <w:r>
        <w:br/>
      </w:r>
      <w:r>
        <w:t>But most of all Thy love.</w:t>
      </w:r>
      <w:r>
        <w:br/>
      </w:r>
      <w:r>
        <w:t>As we partake of earthly food,</w:t>
      </w:r>
      <w:r>
        <w:br/>
      </w:r>
      <w:r>
        <w:t>The table for us spread,</w:t>
      </w:r>
      <w:r>
        <w:br/>
      </w:r>
      <w:r>
        <w:t>We'll not forget to thank Thee, Lord</w:t>
      </w:r>
      <w:r>
        <w:br/>
      </w:r>
      <w:r>
        <w:t>Who gives us daily bread.</w:t>
      </w:r>
      <w:r>
        <w:br/>
      </w:r>
      <w:r>
        <w:t>So bless my little kitchen, God,</w:t>
      </w:r>
      <w:r>
        <w:br/>
      </w:r>
      <w:r>
        <w:t>And those who enter in,</w:t>
      </w:r>
      <w:r>
        <w:br/>
      </w:r>
      <w:r>
        <w:t>May they find naught but joy and peace</w:t>
      </w:r>
      <w:r>
        <w:br/>
      </w:r>
      <w:r>
        <w:t>And happiness therein.</w:t>
      </w:r>
    </w:p>
    <w:p>
      <w:pPr>
        <w:pStyle w:val="Heading2"/>
      </w:pPr>
      <w:r>
        <w:t>Dogs</w:t>
      </w:r>
    </w:p>
    <w:p>
      <w:r>
        <w:t>A dog is a man's best friend.</w:t>
      </w:r>
      <w:r>
        <w:br/>
      </w:r>
      <w:r>
        <w:t>A house is not a home without a dog.</w:t>
      </w:r>
      <w:r>
        <w:br/>
      </w:r>
      <w:r>
        <w:t>A spoiled rotten dog lives here.</w:t>
      </w:r>
      <w:r>
        <w:br/>
      </w:r>
      <w:r>
        <w:t>As the big hound is, so will the pup be.</w:t>
      </w:r>
      <w:r>
        <w:br/>
      </w:r>
      <w:r>
        <w:t>Be Aware of the Dog !</w:t>
      </w:r>
      <w:r>
        <w:br/>
      </w:r>
      <w:r>
        <w:t>Bone Appetit</w:t>
      </w:r>
      <w:r>
        <w:br/>
      </w:r>
      <w:r>
        <w:t>Brothers and Sisters I bid you beware Of giving your heart to a dog to tear.</w:t>
      </w:r>
    </w:p>
    <w:p>
      <w:r>
        <w:t>Dogs are just kids in fur.</w:t>
      </w:r>
      <w:r>
        <w:br/>
      </w:r>
      <w:r>
        <w:t>Dogs leave paw prints on your heart</w:t>
      </w:r>
      <w:r>
        <w:br/>
      </w:r>
      <w:r>
        <w:t>Dogs smile with their tails !</w:t>
      </w:r>
      <w:r>
        <w:br/>
      </w:r>
      <w:r>
        <w:t>Dogs think they are human; cats know they are...!!</w:t>
      </w:r>
      <w:r>
        <w:br/>
      </w:r>
      <w:r>
        <w:t>Dogs think they are human....cats think they are God..!</w:t>
      </w:r>
      <w:r>
        <w:br/>
      </w:r>
      <w:r>
        <w:t>Don't kick a sleeping dog.</w:t>
      </w:r>
      <w:r>
        <w:br/>
      </w:r>
      <w:r>
        <w:t>Don't worry...our ATTACK dog doesn't bite (very hard).</w:t>
      </w:r>
      <w:r>
        <w:br/>
      </w:r>
      <w:r>
        <w:t>Every dog has his day.</w:t>
      </w:r>
      <w:r>
        <w:br/>
      </w:r>
      <w:r>
        <w:t>Forget the dog.  Beware of the kids...!! (you can also substitute...wife, husband,  mother-in-law...etc.)</w:t>
      </w:r>
      <w:r>
        <w:br/>
      </w:r>
      <w:r>
        <w:t>God, make me the person my dog thinks I am.</w:t>
      </w:r>
      <w:r>
        <w:br/>
      </w:r>
      <w:r>
        <w:t>Hi, my name's "No No Bad Dog". What's yours ?</w:t>
      </w:r>
      <w:r>
        <w:br/>
      </w:r>
      <w:r>
        <w:t>I love my Grand-Dog !!</w:t>
      </w:r>
      <w:r>
        <w:br/>
      </w:r>
      <w:r>
        <w:t>I'd rather be in the company of dogs...!!</w:t>
      </w:r>
      <w:r>
        <w:br/>
      </w:r>
      <w:r>
        <w:t>If having a soul means being able to feel love and loyalty and gratitude, then animals are better off than a lot of humans.</w:t>
      </w:r>
      <w:r>
        <w:br/>
      </w:r>
      <w:r>
        <w:t>If you ain't the lead dog...the scenery never changes.</w:t>
      </w:r>
      <w:r>
        <w:br/>
      </w:r>
      <w:r>
        <w:t>If you get to thinkin' you're  a person of some influence, try orderin' somebody else's dog around.</w:t>
      </w:r>
      <w:r>
        <w:br/>
      </w:r>
      <w:r>
        <w:t>If your dog is fat . . . you're not getting enough exercise!</w:t>
      </w:r>
      <w:r>
        <w:br/>
      </w:r>
      <w:r>
        <w:t>Is it a coincidence that DOG spelled backwards is GOD ?</w:t>
      </w:r>
      <w:r>
        <w:br/>
      </w:r>
      <w:r>
        <w:t>It's a doggy dog world</w:t>
      </w:r>
      <w:r>
        <w:br/>
      </w:r>
      <w:r>
        <w:t>Let sleeping dogs lie.</w:t>
      </w:r>
      <w:r>
        <w:br/>
      </w:r>
      <w:r>
        <w:t>Love is when your puppy licks you on the face, even after you left him alone all day.</w:t>
      </w:r>
      <w:r>
        <w:br/>
      </w:r>
      <w:r>
        <w:t>Money can buy a fine pet...but only love will make the tail wag.</w:t>
      </w:r>
      <w:r>
        <w:br/>
      </w:r>
      <w:r>
        <w:t>My dog can make it to the fence in three seconds...Can you??</w:t>
      </w:r>
      <w:r>
        <w:br/>
      </w:r>
      <w:r>
        <w:t>My dog walks all over me.</w:t>
      </w:r>
      <w:r>
        <w:br/>
      </w:r>
      <w:r>
        <w:t>My name is No ! No ! Bad Dog !  What's yours?</w:t>
      </w:r>
      <w:r>
        <w:br/>
      </w:r>
      <w:r>
        <w:t>No home is complete without the pitter patter of doggy feet ~!~</w:t>
      </w:r>
      <w:r>
        <w:br/>
      </w:r>
      <w:r>
        <w:t>No outfit is complete without dog hairs.</w:t>
      </w:r>
      <w:r>
        <w:br/>
      </w:r>
      <w:r>
        <w:t>One can never have too many dogs.</w:t>
      </w:r>
      <w:r>
        <w:br/>
      </w:r>
      <w:r>
        <w:t>Outside a dog, man's best friend is a book. Inside a dog, it's too dark t read. (Groucho Marx)</w:t>
      </w:r>
      <w:r>
        <w:br/>
      </w:r>
      <w:r>
        <w:t>Remember, all poodles are dogs, but not all dogs are poodles.</w:t>
      </w:r>
      <w:r>
        <w:br/>
      </w:r>
      <w:r>
        <w:t>Salesmen Welcome:  Dog food is expensive !!</w:t>
      </w:r>
      <w:r>
        <w:br/>
      </w:r>
      <w:r>
        <w:t>Some days you're the dog, some days you're the hydrant...!!</w:t>
      </w:r>
      <w:r>
        <w:br/>
      </w:r>
      <w:r>
        <w:t>Spoiled rotten dogs live here.</w:t>
      </w:r>
      <w:r>
        <w:br/>
      </w:r>
      <w:r>
        <w:t>That wagging tail and friendly woof Bring joy to all who live  under this roof.</w:t>
      </w:r>
      <w:r>
        <w:br/>
      </w:r>
      <w:r>
        <w:t>This is my other child....dressed in fur.</w:t>
      </w:r>
      <w:r>
        <w:br/>
      </w:r>
      <w:r>
        <w:t>To a dog you're family, to a cat....you're staff.</w:t>
      </w:r>
      <w:r>
        <w:br/>
      </w:r>
      <w:r>
        <w:t>Toads, frogs and puppy dogs are what a kid really likes.</w:t>
      </w:r>
      <w:r>
        <w:br/>
      </w:r>
      <w:r>
        <w:t>Train....Don't Complain !</w:t>
      </w:r>
      <w:r>
        <w:br/>
      </w:r>
      <w:r>
        <w:t>Who-takes-who for a walk???</w:t>
      </w:r>
      <w:r>
        <w:br/>
      </w:r>
      <w:r>
        <w:t>Wipe your paws...!</w:t>
      </w:r>
      <w:r>
        <w:br/>
      </w:r>
      <w:r>
        <w:t>Women and Cats do as they like.  Men and Dogs get used to it.</w:t>
      </w:r>
      <w:r>
        <w:br/>
      </w:r>
      <w:r>
        <w:t>You can't teach an old dog new tricks.</w:t>
      </w:r>
    </w:p>
    <w:p>
      <w:pPr>
        <w:pStyle w:val="Heading2"/>
      </w:pPr>
      <w:r>
        <w:t>Dolls</w:t>
      </w:r>
    </w:p>
    <w:p>
      <w:r>
        <w:t>Buttons and Bows...Plum down to my toes..</w:t>
      </w:r>
      <w:r>
        <w:br/>
      </w:r>
      <w:r>
        <w:t>Discover your inner child; play with dolls.</w:t>
      </w:r>
      <w:r>
        <w:br/>
      </w:r>
      <w:r>
        <w:t>I can hardly wait 'til nighttime falls, when I crawl into bed with my favorite dolls.</w:t>
      </w:r>
      <w:r>
        <w:br/>
      </w:r>
      <w:r>
        <w:t>I have a doll from days gone by...very worn and tattered. But she was there for me to love...and that's all that really mattered !!</w:t>
      </w:r>
      <w:r>
        <w:br/>
      </w:r>
      <w:r>
        <w:t>I love Andy more than candy !!</w:t>
      </w:r>
      <w:r>
        <w:br/>
      </w:r>
      <w:r>
        <w:t>I'm just a Raggedy Ann person In a Barbie Doll world.</w:t>
      </w:r>
      <w:r>
        <w:br/>
      </w:r>
      <w:r>
        <w:t>In the dell of our garden, my dolls and I take tea, and days when I have raisins,  the catbirds dine with me.</w:t>
      </w:r>
      <w:r>
        <w:br/>
      </w:r>
      <w:r>
        <w:t>Never too old to play with dolls.</w:t>
      </w:r>
      <w:r>
        <w:br/>
      </w:r>
      <w:r>
        <w:t>Old rag doll, all torn and tattered, you were my friend when it really mattered.</w:t>
      </w:r>
      <w:r>
        <w:br/>
      </w:r>
      <w:r>
        <w:t>Old scraps are my start, Lovingly made, to comfort and love, your little ones heart.</w:t>
      </w:r>
    </w:p>
    <w:p>
      <w:pPr>
        <w:pStyle w:val="Heading2"/>
      </w:pPr>
      <w:r>
        <w:t>Gardening</w:t>
      </w:r>
    </w:p>
    <w:p>
      <w:r>
        <w:t>Don't grumble that roses have thorns... be thankful that thorns have roses!</w:t>
      </w:r>
    </w:p>
    <w:p>
      <w:r>
        <w:t>A Weed is but an unloved Flower</w:t>
      </w:r>
      <w:r>
        <w:br/>
      </w:r>
      <w:r>
        <w:t>I'm not aging, I just need to be repotted</w:t>
      </w:r>
      <w:r>
        <w:br/>
      </w:r>
      <w:r>
        <w:t>There is always music amongst the trees in the garden, but our hearts must be still to hear it.</w:t>
      </w:r>
      <w:r>
        <w:br/>
      </w:r>
      <w:r>
        <w:t>A beautiful garden is a work of heart</w:t>
      </w:r>
      <w:r>
        <w:br/>
      </w:r>
      <w:r>
        <w:t>Don't hurry, don't worry.  You're only here for a short visit. So be sure to stop and smell the flowers.</w:t>
      </w:r>
      <w:r>
        <w:br/>
      </w:r>
      <w:r>
        <w:t>The earth laughs in flowers ~ Ralph Waldo Emerson ~</w:t>
      </w:r>
      <w:r>
        <w:br/>
      </w:r>
      <w:r>
        <w:t>Every flower is a soul blossoming in nature</w:t>
      </w:r>
      <w:r>
        <w:br/>
      </w:r>
      <w:r>
        <w:t>Flowers feed the soul</w:t>
      </w:r>
      <w:r>
        <w:br/>
      </w:r>
      <w:r>
        <w:t>I meant to do my work today, but a brown bird sang in the apple tree, and a butterfly flitted across the field, and all the leaves were calling me.</w:t>
      </w:r>
      <w:r>
        <w:br/>
      </w:r>
      <w:r>
        <w:t>In the garden, my soul is sunshine</w:t>
      </w:r>
      <w:r>
        <w:br/>
      </w:r>
      <w:r>
        <w:t>Old gardeners never die . . . they just go to pot</w:t>
      </w:r>
      <w:r>
        <w:br/>
      </w:r>
      <w:r>
        <w:t>Old gardeners never die . . . they just go to seed.</w:t>
      </w:r>
      <w:r>
        <w:br/>
      </w:r>
      <w:r>
        <w:t>Old gardeners never die . . . they just spade away</w:t>
      </w:r>
      <w:r>
        <w:br/>
      </w:r>
      <w:r>
        <w:t>One is nearer to God in a garden than anywhere else on Earth We come from the earth, we return to the earth, and in between we garden</w:t>
      </w:r>
      <w:r>
        <w:br/>
      </w:r>
      <w:r>
        <w:t>Bless my weeds</w:t>
      </w:r>
      <w:r>
        <w:br/>
      </w:r>
      <w:r>
        <w:t>Never enough Thyme</w:t>
      </w:r>
      <w:r>
        <w:br/>
      </w:r>
      <w:r>
        <w:t>Between these weeds, my flowers grow</w:t>
      </w:r>
      <w:r>
        <w:br/>
      </w:r>
      <w:r>
        <w:t>Weed 'em and reap</w:t>
      </w:r>
      <w:r>
        <w:br/>
      </w:r>
      <w:r>
        <w:t>I don't remember planting this!</w:t>
      </w:r>
      <w:r>
        <w:br/>
      </w:r>
      <w:r>
        <w:t>Just another day at the "plant"</w:t>
      </w:r>
      <w:r>
        <w:br/>
      </w:r>
      <w:r>
        <w:t>Garden of Weedin'</w:t>
      </w:r>
      <w:r>
        <w:br/>
      </w:r>
      <w:r>
        <w:t>Gardeners know all the dirt</w:t>
      </w:r>
      <w:r>
        <w:br/>
      </w:r>
      <w:r>
        <w:t>So many seeds, so little time</w:t>
      </w:r>
      <w:r>
        <w:br/>
      </w:r>
      <w:r>
        <w:t>Weeds for sale... Pick your own!</w:t>
      </w:r>
      <w:r>
        <w:br/>
      </w:r>
      <w:r>
        <w:t>Only God can make a tree, but I'm in charge of seeds and weeds</w:t>
      </w:r>
      <w:r>
        <w:br/>
      </w:r>
      <w:r>
        <w:t>The earth laughs in flowers</w:t>
      </w:r>
      <w:r>
        <w:br/>
      </w:r>
      <w:r>
        <w:t>Live each day as if it were your last, but garden as though you will live forever</w:t>
      </w:r>
      <w:r>
        <w:br/>
      </w:r>
      <w:r>
        <w:t>Bloom where you are planted</w:t>
      </w:r>
      <w:r>
        <w:br/>
      </w:r>
      <w:r>
        <w:t>Plant kindness gather love</w:t>
      </w:r>
      <w:r>
        <w:br/>
      </w:r>
      <w:r>
        <w:t>Plant a little love, watch a miracle grow!</w:t>
      </w:r>
      <w:r>
        <w:br/>
      </w:r>
      <w:r>
        <w:t>May all your weeds be wildflowers.</w:t>
      </w:r>
      <w:r>
        <w:br/>
      </w:r>
      <w:r>
        <w:t>Those who plant kindness harvest love.</w:t>
      </w:r>
      <w:r>
        <w:br/>
      </w:r>
      <w:r>
        <w:t>She who plants a garden plants happiness.</w:t>
      </w:r>
      <w:r>
        <w:br/>
      </w:r>
      <w:r>
        <w:t>Life began in a garden.</w:t>
      </w:r>
      <w:r>
        <w:br/>
      </w:r>
      <w:r>
        <w:t>Kind hearts are the GARDEN.  Kind thoughts are the ROOT.  Kind words are the BLOSSOMS.  Kind deeds are the FRUIT.</w:t>
      </w:r>
      <w:r>
        <w:br/>
      </w:r>
      <w:r>
        <w:t>I think of heaven as a garden where, I shall find again those dear ones, who have made my world.</w:t>
      </w:r>
      <w:r>
        <w:br/>
      </w:r>
      <w:r>
        <w:t>Wishing you a bouquet of beautiful memories to remember.</w:t>
      </w:r>
      <w:r>
        <w:br/>
      </w:r>
      <w:r>
        <w:t>If those who plant kindness, harvest love...Your garden must be overflowing</w:t>
      </w:r>
      <w:r>
        <w:br/>
      </w:r>
      <w:r>
        <w:t>Tiptoe thru the tulips</w:t>
      </w:r>
      <w:r>
        <w:br/>
      </w:r>
      <w:r>
        <w:t>Seedin' and Weedin'</w:t>
      </w:r>
      <w:r>
        <w:br/>
      </w:r>
      <w:r>
        <w:t>"Everything's coming up roses"?</w:t>
      </w:r>
      <w:r>
        <w:br/>
      </w:r>
      <w:r>
        <w:t>"Bloom Where You Are Planted".</w:t>
      </w:r>
      <w:r>
        <w:br/>
      </w:r>
      <w:r>
        <w:t>Inch by Inch, Row by Row, Gonna make this garden grow</w:t>
      </w:r>
      <w:r>
        <w:br/>
      </w:r>
      <w:r>
        <w:t>The Garden is a Mirror of the Heart</w:t>
      </w:r>
      <w:r>
        <w:br/>
      </w:r>
      <w:r>
        <w:t>All things grow better with love</w:t>
      </w:r>
      <w:r>
        <w:br/>
      </w:r>
      <w:r>
        <w:t>Loving hearts bloom</w:t>
      </w:r>
      <w:r>
        <w:br/>
      </w:r>
      <w:r>
        <w:t>Nothing is so beautiful as spring.</w:t>
      </w:r>
      <w:r>
        <w:br/>
      </w:r>
      <w:r>
        <w:t>Spring is Nature's way of saying "let's party!</w:t>
      </w:r>
      <w:r>
        <w:br/>
      </w:r>
      <w:r>
        <w:t>Scatter seeds of happiness</w:t>
      </w:r>
      <w:r>
        <w:br/>
      </w:r>
      <w:r>
        <w:t>Friends are the flowers in the garden of life.</w:t>
      </w:r>
      <w:r>
        <w:br/>
      </w:r>
      <w:r>
        <w:t>Look what's sprouting up</w:t>
      </w:r>
      <w:r>
        <w:br/>
      </w:r>
      <w:r>
        <w:t>Every Birdy Welcome to my garden</w:t>
      </w:r>
      <w:r>
        <w:br/>
      </w:r>
      <w:r>
        <w:t>This place is for the birds.</w:t>
      </w:r>
      <w:r>
        <w:br/>
      </w:r>
      <w:r>
        <w:t>My Garden</w:t>
      </w:r>
      <w:r>
        <w:br/>
      </w:r>
      <w:r>
        <w:t>This is my garden, I'll plant it with care, Here are the seeds I'll plant in there, The sun will shine, The rain will fall, The seeds will sprout and grow up tall.</w:t>
      </w:r>
    </w:p>
    <w:p>
      <w:r>
        <w:t>A Daffodil</w:t>
      </w:r>
      <w:r>
        <w:br/>
      </w:r>
      <w:r>
        <w:t>A little yellow cup, A little yellow frill, A little yellow star, And that's a daffodil.</w:t>
      </w:r>
    </w:p>
    <w:p>
      <w:r>
        <w:t>Gardening adds years to your life and life to your years.</w:t>
      </w:r>
    </w:p>
    <w:p>
      <w:r>
        <w:t>You have to eat a lot of parsley to be an old sage.</w:t>
      </w:r>
    </w:p>
    <w:p>
      <w:r>
        <w:t>A rose lives here with an old thorn!</w:t>
      </w:r>
    </w:p>
    <w:p>
      <w:r>
        <w:t>You can bury a lot of troubles digging in the earth.</w:t>
      </w:r>
    </w:p>
    <w:p>
      <w:r>
        <w:t>Shhh!  Bulbs are resting!</w:t>
      </w:r>
    </w:p>
    <w:p>
      <w:r>
        <w:t>Every thought is a seed.  If you plant crab apples don't count on harvesting</w:t>
      </w:r>
    </w:p>
    <w:p>
      <w:r>
        <w:t>Sunflower</w:t>
      </w:r>
      <w:r>
        <w:br/>
      </w:r>
      <w:r>
        <w:t>Sunflower, sunflower, standing straight and tall,</w:t>
      </w:r>
      <w:r>
        <w:br/>
      </w:r>
      <w:r>
        <w:t>Sunflower, sunflower, you're the tallest flower of them all!</w:t>
      </w:r>
      <w:r>
        <w:br/>
      </w:r>
      <w:r>
        <w:t>Sunflower, sunflower, when your seeds fall to the ground,</w:t>
      </w:r>
      <w:r>
        <w:br/>
      </w:r>
      <w:r>
        <w:t>Sunflower, sunflower, by the squirrels they'll be found!</w:t>
      </w:r>
    </w:p>
    <w:p>
      <w:r>
        <w:t>Golden Delicious</w:t>
      </w:r>
    </w:p>
    <w:p>
      <w:r>
        <w:t>Gardeners have the sunniest smiles!</w:t>
      </w:r>
    </w:p>
    <w:p>
      <w:r>
        <w:t>Bless my bloomers!</w:t>
      </w:r>
    </w:p>
    <w:p>
      <w:r>
        <w:t>The only thing I grow in my garden is tired.</w:t>
      </w:r>
    </w:p>
    <w:p>
      <w:r>
        <w:t>The philosopher who said that work well done never needs doing over never weeded a garden.</w:t>
      </w:r>
    </w:p>
    <w:p>
      <w:r>
        <w:t>Beware of snapdragons!</w:t>
      </w:r>
    </w:p>
    <w:p>
      <w:r>
        <w:t>Mom's garden.  Dad's weeds.</w:t>
      </w:r>
    </w:p>
    <w:p>
      <w:r>
        <w:t>Herbs make good scents.</w:t>
      </w:r>
    </w:p>
    <w:p>
      <w:r>
        <w:t>If dandelions were hard to grow, they would be most welcome on the best of lawns.</w:t>
      </w:r>
    </w:p>
    <w:p>
      <w:r>
        <w:t>Aroma therapy... dirt, flowers, garden!</w:t>
      </w:r>
    </w:p>
    <w:p>
      <w:r>
        <w:t>Bring on the sunshine!</w:t>
      </w:r>
    </w:p>
    <w:p>
      <w:r>
        <w:t>Have patience... nothing grows quickly except weeds!</w:t>
      </w:r>
    </w:p>
    <w:p>
      <w:r>
        <w:t>I dig gardening!</w:t>
      </w:r>
    </w:p>
    <w:p>
      <w:r>
        <w:t>Tread softly.  Your feet are killing me!  (On a sign near planted seeds)</w:t>
      </w:r>
    </w:p>
    <w:p>
      <w:r>
        <w:t>Going to seed without a pot to peat in!</w:t>
      </w:r>
    </w:p>
    <w:p>
      <w:r>
        <w:t>I fought the lawn and the lawn won!</w:t>
      </w:r>
    </w:p>
    <w:p>
      <w:r>
        <w:t>The difference between a flower and a weed is a judgment.</w:t>
      </w:r>
    </w:p>
    <w:p>
      <w:r>
        <w:t>The grass is green.  Flower blossoms I have seen.  The days are warm.  By evening it cools.  It's time to find the garden tools.</w:t>
      </w:r>
    </w:p>
    <w:p>
      <w:r>
        <w:t>Gardening often begins with daybreak and ends with back break!</w:t>
      </w:r>
    </w:p>
    <w:p>
      <w:r>
        <w:t>Gardeners know that trees grow on money.</w:t>
      </w:r>
    </w:p>
    <w:p>
      <w:r>
        <w:t>Weeds -- All you can pick -- FREE!</w:t>
      </w:r>
    </w:p>
    <w:p>
      <w:r>
        <w:t>Herbs add spice to your life.</w:t>
      </w:r>
    </w:p>
    <w:p>
      <w:r>
        <w:t>I plant the seed, you make it grow.</w:t>
      </w:r>
    </w:p>
    <w:p>
      <w:r>
        <w:t>You send the rain, I work the hoe.</w:t>
      </w:r>
    </w:p>
    <w:p>
      <w:r>
        <w:t>Weeds happen, come rain or shine!</w:t>
      </w:r>
    </w:p>
    <w:p>
      <w:r>
        <w:t>Early to bed, early to rise, work real hard and fertilize!</w:t>
      </w:r>
    </w:p>
    <w:p>
      <w:r>
        <w:t>God blesses the hands that work in a garden.</w:t>
      </w:r>
    </w:p>
    <w:p>
      <w:r>
        <w:t>Hi hoe, hi hoe.  A gardening I grow.</w:t>
      </w:r>
    </w:p>
    <w:p>
      <w:r>
        <w:t>Garden Goddess. . . Hard at work!</w:t>
      </w:r>
    </w:p>
    <w:p>
      <w:r>
        <w:t>There are two seasonal diversions that can ease the bite of any winter. One is the January thaw. The other is the seed catalogs.</w:t>
      </w:r>
    </w:p>
    <w:p>
      <w:r>
        <w:t>Despite the gardener's best intentions, nature will improvise.</w:t>
      </w:r>
    </w:p>
    <w:p>
      <w:r>
        <w:t>Zucchini's terrific...</w:t>
      </w:r>
    </w:p>
    <w:p>
      <w:r>
        <w:t>Like bunnies, prolific!</w:t>
      </w:r>
    </w:p>
    <w:p>
      <w:r>
        <w:t>Patience in gardening is a necessity, hardly a virtue.</w:t>
      </w:r>
    </w:p>
    <w:p>
      <w:r>
        <w:t>The grass may look greener on the other side but it still has to be mowed!</w:t>
      </w:r>
    </w:p>
    <w:p>
      <w:r>
        <w:t>God's in charge of flowers and seeds and I'm in charge of all the weeds.</w:t>
      </w:r>
    </w:p>
    <w:p>
      <w:r>
        <w:t>Sprinkle seeds of kindness everywhere.</w:t>
      </w:r>
    </w:p>
    <w:p>
      <w:r>
        <w:t>Make the world a happier place here and there.</w:t>
      </w:r>
    </w:p>
    <w:p>
      <w:r>
        <w:t>Winter, spring, summer, fall.  Lord, thank you for them all.</w:t>
      </w:r>
    </w:p>
    <w:p>
      <w:r>
        <w:t>It's been so dry the trees have been whistling for the dogs!</w:t>
      </w:r>
    </w:p>
    <w:p>
      <w:r>
        <w:t>One for the rock, one for the crow, One to die, and one to grow. - English saying</w:t>
      </w:r>
    </w:p>
    <w:p>
      <w:r>
        <w:t>One for the blackbird, one for the crow, One for the cutworm, and one to grow. - American saying</w:t>
      </w:r>
    </w:p>
    <w:p>
      <w:r>
        <w:t>A good gardener always plants 3 seeds...one for the bugs, one for the weather and one for himself.</w:t>
      </w:r>
    </w:p>
    <w:p>
      <w:r>
        <w:t>Many eyes go through the meadows, but few see the flowers.</w:t>
      </w:r>
    </w:p>
    <w:p>
      <w:r>
        <w:t>Abandon your post, and nature will sneak in and steal you blind!</w:t>
      </w:r>
    </w:p>
    <w:p>
      <w:r>
        <w:t>Inch by Inch, row by row, gonna make this crop grow.</w:t>
      </w:r>
    </w:p>
    <w:p>
      <w:r>
        <w:t>Let's get down and dirty</w:t>
      </w:r>
    </w:p>
    <w:p>
      <w:r>
        <w:t>Weeds are our specialty</w:t>
      </w:r>
    </w:p>
    <w:p>
      <w:r>
        <w:t>Five Little Peas, Five little peas in a pea-pod pressed, One grew , two grew, and so did all the rest; They grew...and grew...and did not stop, Until one day the pod went...POP!</w:t>
      </w:r>
    </w:p>
    <w:p>
      <w:r>
        <w:t>I dig a hole and plant a seed, Cover it with dirt, and pull a weed. Down comes the rain, and out comes the sun, Up grows my plant, Oh! What fun!</w:t>
      </w:r>
    </w:p>
    <w:p>
      <w:pPr>
        <w:pStyle w:val="Heading2"/>
      </w:pPr>
      <w:r>
        <w:t>Horses</w:t>
      </w:r>
    </w:p>
    <w:p>
      <w:r>
        <w:t>A woman's place is on a horse...</w:t>
      </w:r>
      <w:r>
        <w:br/>
      </w:r>
      <w:r>
        <w:t>...and God took a handful of southerly wind, blew his breath over it and created the horse.</w:t>
      </w:r>
      <w:r>
        <w:br/>
      </w:r>
      <w:r>
        <w:t>Don't change horses in midstream.</w:t>
      </w:r>
      <w:r>
        <w:br/>
      </w:r>
      <w:r>
        <w:t>Don't change horses in the middle of the stream.</w:t>
      </w:r>
      <w:r>
        <w:br/>
      </w:r>
      <w:r>
        <w:t>Don't look a gift horse in the mouth.</w:t>
      </w:r>
      <w:r>
        <w:br/>
      </w:r>
      <w:r>
        <w:t>Don't put the cart before the horse.</w:t>
      </w:r>
      <w:r>
        <w:br/>
      </w:r>
      <w:r>
        <w:t>Each leg apart in it's gallop seems to stream with a rush of speed as though from a bucket of water poured o'er the field.</w:t>
      </w:r>
      <w:r>
        <w:br/>
      </w:r>
      <w:r>
        <w:t>God first made Man. He thought better of it and made Woman. When he had time, he made the horse, which has the courage and spirit of Man and the beauty and grace of Woman.</w:t>
      </w:r>
      <w:r>
        <w:br/>
      </w:r>
      <w:r>
        <w:t>Gone Ridin'....</w:t>
      </w:r>
      <w:r>
        <w:br/>
      </w:r>
      <w:r>
        <w:t>Hitching a hackney pony to the Budweiser wagon won't make him a Clydesdale.</w:t>
      </w:r>
      <w:r>
        <w:br/>
      </w:r>
      <w:r>
        <w:t>Horse owners are stable people.</w:t>
      </w:r>
      <w:r>
        <w:br/>
      </w:r>
      <w:r>
        <w:t>Horse sense is only stable thinking.</w:t>
      </w:r>
      <w:r>
        <w:br/>
      </w:r>
      <w:r>
        <w:t>If you hear hoof beats in the woods, think horses, not zebras!</w:t>
      </w:r>
      <w:r>
        <w:br/>
      </w:r>
      <w:r>
        <w:t>I'm so busy.....I don't know if I just found a rope or lost my horse..!!</w:t>
      </w:r>
      <w:r>
        <w:br/>
      </w:r>
      <w:r>
        <w:t>In riding a horse we borrow freedom.</w:t>
      </w:r>
      <w:r>
        <w:br/>
      </w:r>
      <w:r>
        <w:t>Judge not the horse by his saddle.</w:t>
      </w:r>
      <w:r>
        <w:br/>
      </w:r>
      <w:r>
        <w:t>Love me...Love my horse.</w:t>
      </w:r>
      <w:r>
        <w:br/>
      </w:r>
      <w:r>
        <w:t>My husband said if I don't sell my horses, he will leave me. Some days I miss him.</w:t>
      </w:r>
      <w:r>
        <w:br/>
      </w:r>
      <w:r>
        <w:t>One cannot shoe a running horse.</w:t>
      </w:r>
      <w:r>
        <w:br/>
      </w:r>
      <w:r>
        <w:t>Riding:  the art of keeping a horse between you and the ground.</w:t>
      </w:r>
      <w:r>
        <w:br/>
      </w:r>
      <w:r>
        <w:t>Shoot lower Sheriff.....they're ridin' Shetlands !!</w:t>
      </w:r>
      <w:r>
        <w:br/>
      </w:r>
      <w:r>
        <w:t>Straight from the horses mouth.</w:t>
      </w:r>
      <w:r>
        <w:br/>
      </w:r>
      <w:r>
        <w:t>The air of heaven is that which blows between a horse's ears.</w:t>
      </w:r>
      <w:r>
        <w:br/>
      </w:r>
      <w:r>
        <w:t>The daughter who won't lift a finger in the house is the same child who cycles madly off in the pouring rain to spend all morning mucking out a stable.</w:t>
      </w:r>
      <w:r>
        <w:br/>
      </w:r>
      <w:r>
        <w:t>The outside of a horse is good for the inside of a man.</w:t>
      </w:r>
      <w:r>
        <w:br/>
      </w:r>
      <w:r>
        <w:t>The wildest colts make the best horses.</w:t>
      </w:r>
      <w:r>
        <w:br/>
      </w:r>
      <w:r>
        <w:t>The world looks wider from the back of a horse.</w:t>
      </w:r>
      <w:r>
        <w:br/>
      </w:r>
      <w:r>
        <w:t>There is no secret as that between a rider and his horse.</w:t>
      </w:r>
      <w:r>
        <w:br/>
      </w:r>
      <w:r>
        <w:t>Understanding the soul of a horse is the closest we humans can come to knowing perfection.</w:t>
      </w:r>
      <w:r>
        <w:br/>
      </w:r>
      <w:r>
        <w:t>When taking a wife or buying a horse, close your eyes and command yourself to God.</w:t>
      </w:r>
      <w:r>
        <w:br/>
      </w:r>
      <w:r>
        <w:t>Yes, Lord...we will ride ~!!</w:t>
      </w:r>
      <w:r>
        <w:br/>
      </w:r>
      <w:r>
        <w:t>You can tell a gelding, You can ask a stallion, But you must discuss it with a mare.</w:t>
      </w:r>
      <w:r>
        <w:br/>
      </w:r>
      <w:r>
        <w:t>You can lead a horse to water but you can't make him drink.</w:t>
      </w:r>
      <w:r>
        <w:br/>
      </w:r>
      <w:r>
        <w:t>You can't teach an old horse to run.</w:t>
      </w:r>
    </w:p>
    <w:p>
      <w:pPr>
        <w:pStyle w:val="Heading2"/>
      </w:pPr>
      <w:r>
        <w:t>Knitting</w:t>
      </w:r>
    </w:p>
    <w:p>
      <w:r>
        <w:t>Hands to work...Hearts to God...</w:t>
      </w:r>
      <w:r>
        <w:br/>
      </w:r>
      <w:r>
        <w:t>I sits an' I knits, an' da ball o' cotton, it jest rolls aroun' da flo'.....</w:t>
      </w:r>
      <w:r>
        <w:br/>
      </w:r>
      <w:r>
        <w:t>(this saying was found in an antique store on an embroidered sampler with a picture of a black girl)</w:t>
      </w:r>
      <w:r>
        <w:br/>
      </w:r>
      <w:r>
        <w:t>If I stitch fast does it count as an aerobic exercise ??</w:t>
      </w:r>
      <w:r>
        <w:br/>
      </w:r>
      <w:r>
        <w:t>If I'm sittin'.....I'm knittin'  !!</w:t>
      </w:r>
      <w:r>
        <w:br/>
      </w:r>
      <w:r>
        <w:t>Memories are stitched in love.</w:t>
      </w:r>
      <w:r>
        <w:br/>
      </w:r>
      <w:r>
        <w:t>My heart sings joyfully with each stitch I take...!!</w:t>
      </w:r>
      <w:r>
        <w:br/>
      </w:r>
      <w:r>
        <w:t>Never let a knitting machine know you're in a hurry.</w:t>
      </w:r>
      <w:r>
        <w:br/>
      </w:r>
      <w:r>
        <w:t>There is a time to be born and a time to die. A time to laugh and a time to cry,  but there never seems to be enough time to knit.</w:t>
      </w:r>
    </w:p>
    <w:p>
      <w:pPr>
        <w:pStyle w:val="Heading2"/>
      </w:pPr>
      <w:r>
        <w:t>Poems</w:t>
      </w:r>
    </w:p>
    <w:p>
      <w:r>
        <w:t>Bubbles</w:t>
      </w:r>
      <w:r>
        <w:br/>
      </w:r>
      <w:r>
        <w:t>Bubbles, bubbles, large and small,</w:t>
      </w:r>
      <w:r>
        <w:br/>
      </w:r>
      <w:r>
        <w:t>Sailing through the air.</w:t>
      </w:r>
      <w:r>
        <w:br/>
      </w:r>
      <w:r>
        <w:t>I reach out to catch one</w:t>
      </w:r>
      <w:r>
        <w:br/>
      </w:r>
      <w:r>
        <w:t>And POP!</w:t>
      </w:r>
      <w:r>
        <w:br/>
      </w:r>
      <w:r>
        <w:t>It isn't there.</w:t>
      </w:r>
    </w:p>
    <w:p>
      <w:r>
        <w:t>GOOD MORNING</w:t>
      </w:r>
      <w:r>
        <w:br/>
      </w:r>
      <w:r>
        <w:t>Good Morning to you</w:t>
      </w:r>
      <w:r>
        <w:br/>
      </w:r>
      <w:r>
        <w:t>Good Morning to you</w:t>
      </w:r>
      <w:r>
        <w:br/>
      </w:r>
      <w:r>
        <w:t>Good Morning Dear ____</w:t>
      </w:r>
      <w:r>
        <w:br/>
      </w:r>
      <w:r>
        <w:t>Good Morning to you!</w:t>
      </w:r>
    </w:p>
    <w:p>
      <w:r>
        <w:t>I am Special</w:t>
      </w:r>
      <w:r>
        <w:br/>
      </w:r>
      <w:r>
        <w:t>Hundreds of birds in the sky,</w:t>
      </w:r>
      <w:r>
        <w:br/>
      </w:r>
      <w:r>
        <w:t>Hundreds of fish in the sea,</w:t>
      </w:r>
      <w:r>
        <w:br/>
      </w:r>
      <w:r>
        <w:t>Hundreds of flowers in the field</w:t>
      </w:r>
      <w:r>
        <w:br/>
      </w:r>
      <w:r>
        <w:t>But there's only one of me!</w:t>
      </w:r>
    </w:p>
    <w:p>
      <w:r>
        <w:t>I Eat</w:t>
      </w:r>
      <w:r>
        <w:br/>
      </w:r>
      <w:r>
        <w:t>I eat apples-</w:t>
      </w:r>
      <w:r>
        <w:br/>
      </w:r>
      <w:r>
        <w:t>crunch, crunch, crunch</w:t>
      </w:r>
      <w:r>
        <w:br/>
      </w:r>
      <w:r>
        <w:t>I eat sandwiches-</w:t>
      </w:r>
      <w:r>
        <w:br/>
      </w:r>
      <w:r>
        <w:t>munch, munch, munch</w:t>
      </w:r>
      <w:r>
        <w:br/>
      </w:r>
      <w:r>
        <w:t>I eat lollipops-</w:t>
      </w:r>
      <w:r>
        <w:br/>
      </w:r>
      <w:r>
        <w:t>lick, lick, lick</w:t>
      </w:r>
      <w:r>
        <w:br/>
      </w:r>
      <w:r>
        <w:t>But I eat ice cream</w:t>
      </w:r>
      <w:r>
        <w:br/>
      </w:r>
      <w:r>
        <w:t>quick,quick, quick!</w:t>
      </w:r>
    </w:p>
    <w:p>
      <w:r>
        <w:t>A Kite</w:t>
      </w:r>
      <w:r>
        <w:br/>
      </w:r>
      <w:r>
        <w:t>I often sit and wish that I</w:t>
      </w:r>
      <w:r>
        <w:br/>
      </w:r>
      <w:r>
        <w:t>Could be a kite up in the sky,</w:t>
      </w:r>
      <w:r>
        <w:br/>
      </w:r>
      <w:r>
        <w:t>And ride upon the wind and go</w:t>
      </w:r>
      <w:r>
        <w:br/>
      </w:r>
      <w:r>
        <w:t>Whichever way I chanced to blow.</w:t>
      </w:r>
      <w:r>
        <w:br/>
      </w:r>
      <w:r>
        <w:t>Kite Days</w:t>
      </w:r>
      <w:r>
        <w:br/>
      </w:r>
      <w:r>
        <w:t>A kite, a sky, and a good firm breeze</w:t>
      </w:r>
      <w:r>
        <w:br/>
      </w:r>
      <w:r>
        <w:t>And acres of ground away from trees.</w:t>
      </w:r>
      <w:r>
        <w:br/>
      </w:r>
      <w:r>
        <w:t>And one hundred yards of clean, strong string--</w:t>
      </w:r>
      <w:r>
        <w:br/>
      </w:r>
      <w:r>
        <w:t>O boy, O boy! I call that Spring!</w:t>
      </w:r>
      <w:r>
        <w:br/>
      </w:r>
      <w:r>
        <w:t>Mark Sawyer</w:t>
      </w:r>
    </w:p>
    <w:p>
      <w:r>
        <w:t>Mashed potatoes</w:t>
      </w:r>
      <w:r>
        <w:br/>
      </w:r>
      <w:r>
        <w:t>One potato, two potato,</w:t>
      </w:r>
      <w:r>
        <w:br/>
      </w:r>
      <w:r>
        <w:t>Three potato, four;</w:t>
      </w:r>
      <w:r>
        <w:br/>
      </w:r>
      <w:r>
        <w:t>I like mashed potato,</w:t>
      </w:r>
      <w:r>
        <w:br/>
      </w:r>
      <w:r>
        <w:t>May I please have some more?</w:t>
      </w:r>
    </w:p>
    <w:p>
      <w:r>
        <w:t>My Teddy Bear</w:t>
      </w:r>
      <w:r>
        <w:br/>
      </w:r>
      <w:r>
        <w:t>My Teddy Bear is a faithful friend</w:t>
      </w:r>
      <w:r>
        <w:br/>
      </w:r>
      <w:r>
        <w:t>You can pick him up and either end</w:t>
      </w:r>
      <w:r>
        <w:br/>
      </w:r>
      <w:r>
        <w:t>His fur is the color of breakfast toast</w:t>
      </w:r>
      <w:r>
        <w:br/>
      </w:r>
      <w:r>
        <w:t>And he's always there</w:t>
      </w:r>
      <w:r>
        <w:br/>
      </w:r>
      <w:r>
        <w:t>When you need him the most!</w:t>
      </w:r>
    </w:p>
    <w:p>
      <w:r>
        <w:t>My Teddy Bear</w:t>
      </w:r>
      <w:r>
        <w:br/>
      </w:r>
      <w:r>
        <w:t>My teddybear is soft and brown</w:t>
      </w:r>
      <w:r>
        <w:br/>
      </w:r>
      <w:r>
        <w:t>His heart is warm and good.</w:t>
      </w:r>
      <w:r>
        <w:br/>
      </w:r>
      <w:r>
        <w:t>No matter if I laugh or frown</w:t>
      </w:r>
      <w:r>
        <w:br/>
      </w:r>
      <w:r>
        <w:t>I know I'm understood!</w:t>
      </w:r>
    </w:p>
    <w:p>
      <w:r>
        <w:t>Oodles of Noodles</w:t>
      </w:r>
      <w:r>
        <w:br/>
      </w:r>
      <w:r>
        <w:t>I love noodles. Give me oodles.</w:t>
      </w:r>
      <w:r>
        <w:br/>
      </w:r>
      <w:r>
        <w:t>Make a mound up to the sun.</w:t>
      </w:r>
      <w:r>
        <w:br/>
      </w:r>
      <w:r>
        <w:t>Noodles are my favorite foodles.</w:t>
      </w:r>
      <w:r>
        <w:br/>
      </w:r>
      <w:r>
        <w:t>I eat noodles by the ton.</w:t>
      </w:r>
    </w:p>
    <w:p>
      <w:r>
        <w:t>Pancakes</w:t>
      </w:r>
      <w:r>
        <w:br/>
      </w:r>
      <w:r>
        <w:t>Mix a pancake,</w:t>
      </w:r>
      <w:r>
        <w:br/>
      </w:r>
      <w:r>
        <w:t>Stir a pancake,</w:t>
      </w:r>
      <w:r>
        <w:br/>
      </w:r>
      <w:r>
        <w:t>Pop it in the pan;</w:t>
      </w:r>
      <w:r>
        <w:br/>
      </w:r>
      <w:r>
        <w:t>Fry a pancake,</w:t>
      </w:r>
      <w:r>
        <w:br/>
      </w:r>
      <w:r>
        <w:t>Toss a pancake,</w:t>
      </w:r>
      <w:r>
        <w:br/>
      </w:r>
      <w:r>
        <w:t>Catch it if you can!</w:t>
      </w:r>
    </w:p>
    <w:p>
      <w:r>
        <w:t>Trees</w:t>
      </w:r>
      <w:r>
        <w:br/>
      </w:r>
      <w:r>
        <w:t>Trees just stand around all day</w:t>
      </w:r>
      <w:r>
        <w:br/>
      </w:r>
      <w:r>
        <w:t>and sun themselves and rest.</w:t>
      </w:r>
      <w:r>
        <w:br/>
      </w:r>
      <w:r>
        <w:t>They never walk or run away</w:t>
      </w:r>
      <w:r>
        <w:br/>
      </w:r>
      <w:r>
        <w:t>and surely that is best.</w:t>
      </w:r>
      <w:r>
        <w:br/>
      </w:r>
      <w:r>
        <w:t>For otherwise how would a</w:t>
      </w:r>
      <w:r>
        <w:br/>
      </w:r>
      <w:r>
        <w:t>squirrel or robin find its nest?</w:t>
      </w:r>
    </w:p>
    <w:p>
      <w:r>
        <w:t>Arbor Day</w:t>
      </w:r>
      <w:r>
        <w:br/>
      </w:r>
      <w:r>
        <w:t>The seeds we plant today</w:t>
      </w:r>
      <w:r>
        <w:br/>
      </w:r>
      <w:r>
        <w:t>With sun and rain and rest</w:t>
      </w:r>
      <w:r>
        <w:br/>
      </w:r>
      <w:r>
        <w:t>Will grow to be the shade</w:t>
      </w:r>
      <w:r>
        <w:br/>
      </w:r>
      <w:r>
        <w:t>That all the land wears best.</w:t>
      </w:r>
      <w:r>
        <w:br/>
      </w:r>
      <w:r>
        <w:t>Dick Hayman</w:t>
      </w:r>
    </w:p>
    <w:p>
      <w:r>
        <w:t>School Morning</w:t>
      </w:r>
      <w:r>
        <w:br/>
      </w:r>
      <w:r>
        <w:t>School is waiting</w:t>
      </w:r>
      <w:r>
        <w:br/>
      </w:r>
      <w:r>
        <w:t>Can't be late.</w:t>
      </w:r>
      <w:r>
        <w:br/>
      </w:r>
      <w:r>
        <w:t>Hurry! Hurry!</w:t>
      </w:r>
      <w:r>
        <w:br/>
      </w:r>
      <w:r>
        <w:t>Half-past eight.</w:t>
      </w:r>
      <w:r>
        <w:br/>
      </w:r>
      <w:r>
        <w:t>Out the door</w:t>
      </w:r>
      <w:r>
        <w:br/>
      </w:r>
      <w:r>
        <w:t>And down the street,</w:t>
      </w:r>
      <w:r>
        <w:br/>
      </w:r>
      <w:r>
        <w:t>Then softly, quietly,</w:t>
      </w:r>
      <w:r>
        <w:br/>
      </w:r>
      <w:r>
        <w:t>Take your seat.</w:t>
      </w:r>
    </w:p>
    <w:p>
      <w:r>
        <w:t>This is a candle for you to light</w:t>
      </w:r>
      <w:r>
        <w:br/>
      </w:r>
      <w:r>
        <w:t>Once the stork has made his flight</w:t>
      </w:r>
      <w:r>
        <w:br/>
      </w:r>
      <w:r>
        <w:t>The flame will glow to celebrate</w:t>
      </w:r>
      <w:r>
        <w:br/>
      </w:r>
      <w:r>
        <w:t>Baby ____'s arrival date.</w:t>
      </w:r>
    </w:p>
    <w:p>
      <w:r>
        <w:t>This is a gift for you today.</w:t>
      </w:r>
      <w:r>
        <w:br/>
      </w:r>
      <w:r>
        <w:t>So when I'm born, you'll light my way.</w:t>
      </w:r>
      <w:r>
        <w:br/>
      </w:r>
      <w:r>
        <w:t>And when that happy day is here,</w:t>
      </w:r>
      <w:r>
        <w:br/>
      </w:r>
      <w:r>
        <w:t>Burn this candle and spread good cheer</w:t>
      </w:r>
      <w:r>
        <w:br/>
      </w:r>
      <w:r>
        <w:t>Here's a candle for you to light</w:t>
      </w:r>
      <w:r>
        <w:br/>
      </w:r>
      <w:r>
        <w:t>Once the stork has made his flight</w:t>
      </w:r>
      <w:r>
        <w:br/>
      </w:r>
      <w:r>
        <w:t>With the flicker of the flame</w:t>
      </w:r>
      <w:r>
        <w:br/>
      </w:r>
      <w:r>
        <w:t>Say a prayer in the baby's name</w:t>
      </w:r>
      <w:r>
        <w:br/>
      </w:r>
      <w:r>
        <w:t>A Special Thank You:</w:t>
      </w:r>
      <w:r>
        <w:br/>
      </w:r>
      <w:r>
        <w:t>Thank you for attending today although I'm not yet here.</w:t>
      </w:r>
      <w:r>
        <w:br/>
      </w:r>
      <w:r>
        <w:t>I'm more than a twinkle in my</w:t>
      </w:r>
      <w:r>
        <w:br/>
      </w:r>
      <w:r>
        <w:t>parents' eyes, and thank you</w:t>
      </w:r>
      <w:r>
        <w:br/>
      </w:r>
      <w:r>
        <w:t>for thinking of me.</w:t>
      </w:r>
      <w:r>
        <w:br/>
      </w:r>
      <w:r>
        <w:t>Feel free to 'oh-ah' and 'ah-ha'</w:t>
      </w:r>
      <w:r>
        <w:br/>
      </w:r>
      <w:r>
        <w:t>and talk of how 'perfect'</w:t>
      </w:r>
      <w:r>
        <w:br/>
      </w:r>
      <w:r>
        <w:t>I am when I finally appear.</w:t>
      </w:r>
      <w:r>
        <w:br/>
      </w:r>
      <w:r>
        <w:t>I promise to make you think of</w:t>
      </w:r>
      <w:r>
        <w:br/>
      </w:r>
      <w:r>
        <w:t>the 'joys of children'</w:t>
      </w:r>
      <w:r>
        <w:br/>
      </w:r>
      <w:r>
        <w:t>when you visit me after I arrive!</w:t>
      </w:r>
      <w:r>
        <w:br/>
      </w:r>
      <w:r>
        <w:t>Thank you so very much.</w:t>
      </w:r>
      <w:r>
        <w:br/>
      </w:r>
      <w:r>
        <w:t>Monday's child is fair of face,</w:t>
      </w:r>
      <w:r>
        <w:br/>
      </w:r>
      <w:r>
        <w:t>Tuesday's child is full of grace,</w:t>
      </w:r>
      <w:r>
        <w:br/>
      </w:r>
      <w:r>
        <w:t>Wednesday's child is full of woe,</w:t>
      </w:r>
      <w:r>
        <w:br/>
      </w:r>
      <w:r>
        <w:t>Thursday's child has far to go,</w:t>
      </w:r>
      <w:r>
        <w:br/>
      </w:r>
      <w:r>
        <w:t>Friday's child is loving and giving,</w:t>
      </w:r>
      <w:r>
        <w:br/>
      </w:r>
      <w:r>
        <w:t>Saturday's child works hard for a living,</w:t>
      </w:r>
      <w:r>
        <w:br/>
      </w:r>
      <w:r>
        <w:t>And the child that is born on the Sabbath day</w:t>
      </w:r>
      <w:r>
        <w:br/>
      </w:r>
      <w:r>
        <w:t>Is bonny and blithe, and good and gay.</w:t>
      </w:r>
    </w:p>
    <w:p>
      <w:r>
        <w:t>Especially for you</w:t>
      </w:r>
      <w:r>
        <w:br/>
      </w:r>
      <w:r>
        <w:t>From Winnie the Pooh</w:t>
      </w:r>
      <w:r>
        <w:br/>
      </w:r>
      <w:r>
        <w:t>A spoonful of honey</w:t>
      </w:r>
      <w:r>
        <w:br/>
      </w:r>
      <w:r>
        <w:t>For the rumbly in your tummy!</w:t>
      </w:r>
    </w:p>
    <w:p>
      <w:r>
        <w:t>A Child's Angel</w:t>
      </w:r>
    </w:p>
    <w:p>
      <w:r>
        <w:t>Once upon a time there was a child ready to be born. So one day he asked God:</w:t>
      </w:r>
      <w:r>
        <w:br/>
      </w:r>
      <w:r>
        <w:t>"They tell me you are sending me to earth soon, but how am I going to live there being so small and helpless?"</w:t>
      </w:r>
    </w:p>
    <w:p>
      <w:r>
        <w:t>"Among the many angels, I chose one for you. She will be waiting for you and will take care of you."</w:t>
      </w:r>
    </w:p>
    <w:p>
      <w:r>
        <w:t>"But tell me, here in Heaven, I don't do anything else but sing and smile, that's enough for me to be happy."</w:t>
      </w:r>
    </w:p>
    <w:p>
      <w:r>
        <w:t>"Your angel will sing for you and will also smile for you every day. And you will feel your angel's love and be happy."</w:t>
      </w:r>
    </w:p>
    <w:p>
      <w:r>
        <w:t>"And how am I going to be able to understand when people talk to me, if I don't know the language that men talk?"</w:t>
      </w:r>
    </w:p>
    <w:p>
      <w:r>
        <w:t>"Your angel will tell you the most beautiful and sweet words you will ever hear, and with much patience and care, your angel will teach you how to speak."</w:t>
      </w:r>
    </w:p>
    <w:p>
      <w:r>
        <w:t>"And what am I going to do when I want to talk to you?"</w:t>
      </w:r>
    </w:p>
    <w:p>
      <w:r>
        <w:t>"Your angel will place your hands together and will teach you how to pray."</w:t>
      </w:r>
    </w:p>
    <w:p>
      <w:r>
        <w:t>"I've heard that on earth there are bad men. Who will protect me?"</w:t>
      </w:r>
    </w:p>
    <w:p>
      <w:r>
        <w:t>"Your angel will defend you even if it means risking its life."</w:t>
      </w:r>
    </w:p>
    <w:p>
      <w:r>
        <w:t>"But I will always be sad because I will not see you anymore."</w:t>
      </w:r>
    </w:p>
    <w:p>
      <w:r>
        <w:t>"Your angel will always talk to you about me and will teach you the way for you to come back to me, even though I will always be next to you."</w:t>
      </w:r>
    </w:p>
    <w:p>
      <w:r>
        <w:t>At that moment there was much peace in Heaven, but voices from earth could already be heard, and the child in a hurry asked softly:</w:t>
      </w:r>
    </w:p>
    <w:p>
      <w:r>
        <w:t>"Oh God, if I am about to leave now, please tell me my angel's name."</w:t>
      </w:r>
    </w:p>
    <w:p>
      <w:r>
        <w:t>"Your angel's name is of no importance, you will call your angel: Mommy"</w:t>
      </w:r>
      <w:r>
        <w:br/>
      </w:r>
      <w:r>
        <w:t>Thank You From Baby</w:t>
      </w:r>
    </w:p>
    <w:p>
      <w:r>
        <w:t>I'm really glad that you could come</w:t>
      </w:r>
      <w:r>
        <w:br/>
      </w:r>
      <w:r>
        <w:t>to help surprise my mother.</w:t>
      </w:r>
      <w:r>
        <w:br/>
      </w:r>
      <w:r>
        <w:t>Sit down, relax, enjoy yourselves</w:t>
      </w:r>
      <w:r>
        <w:br/>
      </w:r>
      <w:r>
        <w:t>and chat with one another.</w:t>
      </w:r>
      <w:r>
        <w:br/>
      </w:r>
      <w:r>
        <w:t>Sorry I can't be with you</w:t>
      </w:r>
      <w:r>
        <w:br/>
      </w:r>
      <w:r>
        <w:t>to share in Mommy's shower</w:t>
      </w:r>
      <w:r>
        <w:br/>
      </w:r>
      <w:r>
        <w:t>but you see I'm very busy</w:t>
      </w:r>
      <w:r>
        <w:br/>
      </w:r>
      <w:r>
        <w:t>cause I'm growing more each hour.</w:t>
      </w:r>
      <w:r>
        <w:br/>
      </w:r>
      <w:r>
        <w:t>Though I'm not here to thank you</w:t>
      </w:r>
      <w:r>
        <w:br/>
      </w:r>
      <w:r>
        <w:t>for the special gift you brought</w:t>
      </w:r>
      <w:r>
        <w:br/>
      </w:r>
      <w:r>
        <w:t>My family and I are grateful...</w:t>
      </w:r>
      <w:r>
        <w:br/>
      </w:r>
      <w:r>
        <w:t>We appreciate the thought.</w:t>
      </w:r>
      <w:r>
        <w:br/>
      </w:r>
      <w:r>
        <w:t>I'll be arriving shortly</w:t>
      </w:r>
      <w:r>
        <w:br/>
      </w:r>
      <w:r>
        <w:t>I'm as happy as can be</w:t>
      </w:r>
      <w:r>
        <w:br/>
      </w:r>
      <w:r>
        <w:t>So after I've been home awhile</w:t>
      </w:r>
      <w:r>
        <w:br/>
      </w:r>
      <w:r>
        <w:t>Please come visit me!</w:t>
      </w:r>
    </w:p>
    <w:p>
      <w:r>
        <w:t>Love,</w:t>
      </w:r>
      <w:r>
        <w:br/>
      </w:r>
      <w:r>
        <w:t>Baby</w:t>
      </w:r>
      <w:r>
        <w:br/>
      </w:r>
      <w:r>
        <w:t>The Greatest of Gifts</w:t>
      </w:r>
    </w:p>
    <w:p>
      <w:r>
        <w:t>Ten little fingers,</w:t>
      </w:r>
      <w:r>
        <w:br/>
      </w:r>
      <w:r>
        <w:t>Ten little toes,</w:t>
      </w:r>
      <w:r>
        <w:br/>
      </w:r>
      <w:r>
        <w:t>The sweetest of smiles</w:t>
      </w:r>
      <w:r>
        <w:br/>
      </w:r>
      <w:r>
        <w:t>And a cute little nose</w:t>
      </w:r>
      <w:r>
        <w:br/>
      </w:r>
      <w:r>
        <w:t>All these add up</w:t>
      </w:r>
      <w:r>
        <w:br/>
      </w:r>
      <w:r>
        <w:t>To a very special thing--</w:t>
      </w:r>
      <w:r>
        <w:br/>
      </w:r>
      <w:r>
        <w:t>A baby---</w:t>
      </w:r>
      <w:r>
        <w:br/>
      </w:r>
      <w:r>
        <w:t>The greatest of gifts</w:t>
      </w:r>
      <w:r>
        <w:br/>
      </w:r>
      <w:r>
        <w:t>That life can bring.</w:t>
      </w:r>
      <w:r>
        <w:br/>
      </w:r>
      <w:r>
        <w:t>Some Day</w:t>
      </w:r>
    </w:p>
    <w:p>
      <w:r>
        <w:t>Someday I'll jump through puddles,</w:t>
      </w:r>
      <w:r>
        <w:br/>
      </w:r>
      <w:r>
        <w:t>take a stroll or win a race.</w:t>
      </w:r>
      <w:r>
        <w:br/>
      </w:r>
      <w:r>
        <w:t>Someday I'll walk across the street,</w:t>
      </w:r>
      <w:r>
        <w:br/>
      </w:r>
      <w:r>
        <w:t>or maybe walk in space.</w:t>
      </w:r>
    </w:p>
    <w:p>
      <w:r>
        <w:t>Someday I'll scale a mountain,</w:t>
      </w:r>
      <w:r>
        <w:br/>
      </w:r>
      <w:r>
        <w:t>or go on a concert tour.</w:t>
      </w:r>
      <w:r>
        <w:br/>
      </w:r>
      <w:r>
        <w:t>Someday I'll walk a tight rope,</w:t>
      </w:r>
      <w:r>
        <w:br/>
      </w:r>
      <w:r>
        <w:t>or explore the ocean shore.</w:t>
      </w:r>
    </w:p>
    <w:p>
      <w:r>
        <w:t>Someday these feet will do something</w:t>
      </w:r>
      <w:r>
        <w:br/>
      </w:r>
      <w:r>
        <w:t>that only heaven knows...</w:t>
      </w:r>
      <w:r>
        <w:br/>
      </w:r>
      <w:r>
        <w:t>But for today they're happy just to wiggle all their toes.</w:t>
      </w:r>
    </w:p>
    <w:p>
      <w:pPr>
        <w:pStyle w:val="Heading2"/>
      </w:pPr>
      <w:r>
        <w:t>Quilters</w:t>
      </w:r>
    </w:p>
    <w:p>
      <w:r>
        <w:t>Quilters (or Sewists) come with strings attached.</w:t>
      </w:r>
    </w:p>
    <w:p>
      <w:r>
        <w:t>Quilters aren't greedy, they're just materialistic.</w:t>
      </w:r>
    </w:p>
    <w:p>
      <w:r>
        <w:t>Quilting with a friend will keep you in stitches.</w:t>
      </w:r>
    </w:p>
    <w:p>
      <w:r>
        <w:t>When life gives you scraps - make a quilt.</w:t>
      </w:r>
    </w:p>
    <w:p>
      <w:r>
        <w:t>Quilting forever...housework whenever!</w:t>
      </w:r>
    </w:p>
    <w:p>
      <w:r>
        <w:t>Quilters never cut corners.</w:t>
      </w:r>
    </w:p>
    <w:p>
      <w:r>
        <w:t>Quilts are like friends - a great source of comfort.</w:t>
      </w:r>
    </w:p>
    <w:p>
      <w:r>
        <w:t>Quilt 'til you wilt!</w:t>
      </w:r>
    </w:p>
    <w:p>
      <w:r>
        <w:t>Old quilters never die, they just go to pieces.</w:t>
      </w:r>
    </w:p>
    <w:p>
      <w:r>
        <w:t>Old Crafter's never die, they just get more bazaar!</w:t>
      </w:r>
    </w:p>
    <w:p>
      <w:r>
        <w:t>Our lives are like quilts - bits and pieces, joy and sorrow, stitched with love</w:t>
      </w:r>
    </w:p>
    <w:p>
      <w:r>
        <w:t>Blessed are the children of the piecemakers . . . for they shall inherit the quilts !</w:t>
      </w:r>
    </w:p>
    <w:p>
      <w:r>
        <w:t>I am a quilter and my house is in pieces.</w:t>
      </w:r>
    </w:p>
    <w:p>
      <w:r>
        <w:t>Those who sleep under a quilt, sleep under a blanket of love.</w:t>
      </w:r>
    </w:p>
    <w:p>
      <w:r>
        <w:t>May your sorrows be patched and your joys quilted.</w:t>
      </w:r>
    </w:p>
    <w:p>
      <w:r>
        <w:t>In the crazy quilt of life, I'm glad you're in my block of friends.</w:t>
      </w:r>
    </w:p>
    <w:p>
      <w:r>
        <w:t>Seasons ..I'm glad I live….Where seasons change -…I like my world….To rearrange.</w:t>
      </w:r>
    </w:p>
    <w:p>
      <w:pPr>
        <w:pStyle w:val="Heading2"/>
      </w:pPr>
      <w:r>
        <w:t>Sayings for Scrapbooks</w:t>
      </w:r>
    </w:p>
    <w:p>
      <w:r>
        <w:t>Old Scrappers never die, they just punch out!</w:t>
      </w:r>
    </w:p>
    <w:p>
      <w:r>
        <w:t>You know you're a scrapper if you can't find your kitchen table.</w:t>
      </w:r>
    </w:p>
    <w:p>
      <w:r>
        <w:t>Every page I scrap is a tiny little piece of history.</w:t>
      </w:r>
    </w:p>
    <w:p>
      <w:r>
        <w:t>Love is acid Free</w:t>
      </w:r>
    </w:p>
    <w:p>
      <w:r>
        <w:t>In the end, the love you take is equal to the pages you make.</w:t>
      </w:r>
    </w:p>
    <w:p>
      <w:r>
        <w:t>Life is a scrapbook, torn and old</w:t>
      </w:r>
      <w:r>
        <w:br/>
      </w:r>
      <w:r>
        <w:t>In which our little lives are told,</w:t>
      </w:r>
      <w:r>
        <w:br/>
      </w:r>
      <w:r>
        <w:t>And when the twilight shadows fall</w:t>
      </w:r>
      <w:r>
        <w:br/>
      </w:r>
      <w:r>
        <w:t>This is the sweetest thing of all;</w:t>
      </w:r>
      <w:r>
        <w:br/>
      </w:r>
      <w:r>
        <w:t>To turn the pages of the years,</w:t>
      </w:r>
      <w:r>
        <w:br/>
      </w:r>
      <w:r>
        <w:t>Remembering with happy tears</w:t>
      </w:r>
      <w:r>
        <w:br/>
      </w:r>
      <w:r>
        <w:t>The faithful love, the perfect friend...</w:t>
      </w:r>
      <w:r>
        <w:br/>
      </w:r>
      <w:r>
        <w:t>These things are treasured to the end.</w:t>
      </w:r>
    </w:p>
    <w:p>
      <w:pPr>
        <w:pStyle w:val="Heading2"/>
      </w:pPr>
      <w:r>
        <w:t>Scrapbooking</w:t>
      </w:r>
    </w:p>
    <w:p>
      <w:r>
        <w:t>She learned to crop on Monday, Her shapes were going fine.  She forgot to thaw our dinner, So we went out to dine . . . She added diecuts on Tuesday, She says they really are a must.  They actually were quite lovely, But she forgot to dust . . .  On Wednesday it was stickers, She says the designs are fun.  What highlights, what shadows!  But the laundry wasn’t done . . .  Her journaling was on Thursday, with Pigma pens, including red;  I guess she really was engrossed, She never made the bed . . .  It was more acid-free paper on Friday, in colors that she adores.  It never bothered her at all, The crumbs on the floor . . .  I found a maid on Saturday, my week is now complete;  My wife can crop the hours away, the house will still be neat! Well, it’s already Sunday, but don’t call me a great Pop! I cursed!@#$, I raved*%@, I ranted! The maid has learned to CROP!</w:t>
      </w:r>
      <w:r>
        <w:br/>
      </w:r>
      <w:r>
        <w:t>When summer turns to winter,</w:t>
      </w:r>
      <w:r>
        <w:br/>
      </w:r>
      <w:r>
        <w:t>And the present disappears,</w:t>
      </w:r>
      <w:r>
        <w:br/>
      </w:r>
      <w:r>
        <w:t>The laughter we were glad to share</w:t>
      </w:r>
      <w:r>
        <w:br/>
      </w:r>
      <w:r>
        <w:t>Will echo through the years.</w:t>
      </w:r>
      <w:r>
        <w:br/>
      </w:r>
      <w:r>
        <w:t>Here is the perfect poem for a title page.</w:t>
      </w:r>
    </w:p>
    <w:p>
      <w:r>
        <w:t>My arms reach out through time and space</w:t>
      </w:r>
      <w:r>
        <w:br/>
      </w:r>
      <w:r>
        <w:t>And hold each memory in place:</w:t>
      </w:r>
      <w:r>
        <w:br/>
      </w:r>
      <w:r>
        <w:t>A creaking swing, a whispered word,</w:t>
      </w:r>
      <w:r>
        <w:br/>
      </w:r>
      <w:r>
        <w:t>A promise only night winds heard...</w:t>
      </w:r>
      <w:r>
        <w:br/>
      </w:r>
      <w:r>
        <w:t>A little footstep on the stair,</w:t>
      </w:r>
      <w:r>
        <w:br/>
      </w:r>
      <w:r>
        <w:t>A small fragmented baby prayer.</w:t>
      </w:r>
      <w:r>
        <w:br/>
      </w:r>
      <w:r>
        <w:t>My arms reach out through time and space</w:t>
      </w:r>
      <w:r>
        <w:br/>
      </w:r>
      <w:r>
        <w:t>And do not find an empty place.</w:t>
      </w:r>
    </w:p>
    <w:p>
      <w:r>
        <w:t>And what is life?</w:t>
      </w:r>
      <w:r>
        <w:br/>
      </w:r>
      <w:r>
        <w:t>A crazy quilt;</w:t>
      </w:r>
      <w:r>
        <w:br/>
      </w:r>
      <w:r>
        <w:t>Sorrow and joy,</w:t>
      </w:r>
      <w:r>
        <w:br/>
      </w:r>
      <w:r>
        <w:t>and grace and guilt,</w:t>
      </w:r>
      <w:r>
        <w:br/>
      </w:r>
      <w:r>
        <w:t>With here and there</w:t>
      </w:r>
      <w:r>
        <w:br/>
      </w:r>
      <w:r>
        <w:t>a square of blue</w:t>
      </w:r>
      <w:r>
        <w:br/>
      </w:r>
      <w:r>
        <w:t>For some old happiness</w:t>
      </w:r>
      <w:r>
        <w:br/>
      </w:r>
      <w:r>
        <w:t>we knew--</w:t>
      </w:r>
    </w:p>
    <w:p>
      <w:r>
        <w:t>Life is a collection of moments.</w:t>
      </w:r>
      <w:r>
        <w:br/>
      </w:r>
      <w:r>
        <w:t>What a wonderful life I've had. I only wish I'd realized it sooner.</w:t>
      </w:r>
      <w:r>
        <w:br/>
      </w:r>
      <w:r>
        <w:t>A human life is a single letter in the alphabet. It can be meaningless. Or it can be part of a great meaning.</w:t>
      </w:r>
      <w:r>
        <w:br/>
      </w:r>
      <w:r>
        <w:t>When I hear somebody sigh, "Life is hard," I am always tempted to ask, "Compared to what?"</w:t>
      </w:r>
      <w:r>
        <w:br/>
      </w:r>
      <w:r>
        <w:t>Life is like a rocking chair...you've got to push it to make it go.</w:t>
      </w:r>
      <w:r>
        <w:br/>
      </w:r>
      <w:r>
        <w:t>You are the author of your own life story.</w:t>
      </w:r>
      <w:r>
        <w:br/>
      </w:r>
      <w:r>
        <w:t>Life is like an onion, you peel it off one layer at a time, and sometimes you weep.</w:t>
      </w:r>
      <w:r>
        <w:br/>
      </w:r>
      <w:r>
        <w:t>Never be sad for what is over, be glad it once was yours.</w:t>
      </w:r>
      <w:r>
        <w:br/>
      </w:r>
      <w:r>
        <w:t>A happy life is built up of little clumps of violets noticed along the roadside.</w:t>
      </w:r>
      <w:r>
        <w:br/>
      </w:r>
      <w:r>
        <w:t>Count your blessings.</w:t>
      </w:r>
      <w:r>
        <w:br/>
      </w:r>
      <w:r>
        <w:t>It may not be the best, but it's not bad.</w:t>
      </w:r>
      <w:r>
        <w:br/>
      </w:r>
      <w:r>
        <w:t>If you can eat today, enjoy the sunlight today, mix good cheer with friends today, enjoy it and thank God for it.</w:t>
      </w:r>
      <w:r>
        <w:br/>
      </w:r>
      <w:r>
        <w:t>The special book upon the shelf</w:t>
      </w:r>
      <w:r>
        <w:br/>
      </w:r>
      <w:r>
        <w:t>was made with many hands.</w:t>
      </w:r>
      <w:r>
        <w:br/>
      </w:r>
      <w:r>
        <w:t>Our ancestors who posed back then</w:t>
      </w:r>
      <w:r>
        <w:br/>
      </w:r>
      <w:r>
        <w:t>all came from different lands.</w:t>
      </w:r>
    </w:p>
    <w:p>
      <w:r>
        <w:t>Their pictures were all tucked away</w:t>
      </w:r>
      <w:r>
        <w:br/>
      </w:r>
      <w:r>
        <w:t>and rarely did we see,</w:t>
      </w:r>
      <w:r>
        <w:br/>
      </w:r>
      <w:r>
        <w:t>The importance of these treasures is</w:t>
      </w:r>
      <w:r>
        <w:br/>
      </w:r>
      <w:r>
        <w:t>The start of you and me.</w:t>
      </w:r>
    </w:p>
    <w:p>
      <w:r>
        <w:t>The history of our families</w:t>
      </w:r>
      <w:r>
        <w:br/>
      </w:r>
      <w:r>
        <w:t>now here in black and white</w:t>
      </w:r>
      <w:r>
        <w:br/>
      </w:r>
      <w:r>
        <w:t>Preserved with special care and time</w:t>
      </w:r>
      <w:r>
        <w:br/>
      </w:r>
      <w:r>
        <w:t>Each page is done just right.</w:t>
      </w:r>
    </w:p>
    <w:p>
      <w:r>
        <w:t>When time permits, we take it down</w:t>
      </w:r>
      <w:r>
        <w:br/>
      </w:r>
      <w:r>
        <w:t>and think of days long past.</w:t>
      </w:r>
      <w:r>
        <w:br/>
      </w:r>
      <w:r>
        <w:t>Our hopes, our dreams, our heritage</w:t>
      </w:r>
      <w:r>
        <w:br/>
      </w:r>
      <w:r>
        <w:t>All safe and made to last.</w:t>
      </w:r>
      <w:r>
        <w:br/>
      </w:r>
      <w:r>
        <w:t>Life is a scrapbook, torn and old</w:t>
      </w:r>
      <w:r>
        <w:br/>
      </w:r>
      <w:r>
        <w:t>In which our little lives are told,</w:t>
      </w:r>
      <w:r>
        <w:br/>
      </w:r>
      <w:r>
        <w:t>And when the twilight shadows fall</w:t>
      </w:r>
      <w:r>
        <w:br/>
      </w:r>
      <w:r>
        <w:t>This is the sweetest thing of all;</w:t>
      </w:r>
      <w:r>
        <w:br/>
      </w:r>
      <w:r>
        <w:t>To turn the pages of the years,</w:t>
      </w:r>
      <w:r>
        <w:br/>
      </w:r>
      <w:r>
        <w:t>Remembering with happy tears</w:t>
      </w:r>
      <w:r>
        <w:br/>
      </w:r>
      <w:r>
        <w:t>The faithful love, the perfect friend...</w:t>
      </w:r>
      <w:r>
        <w:br/>
      </w:r>
      <w:r>
        <w:t>These things are treasured to the end.</w:t>
      </w:r>
    </w:p>
    <w:p>
      <w:pPr>
        <w:pStyle w:val="Heading2"/>
      </w:pPr>
      <w:r>
        <w:t>Sewing</w:t>
      </w:r>
    </w:p>
    <w:p>
      <w:r>
        <w:t>I was Cut out to be RICH, but I was sewed up WRONG!</w:t>
      </w:r>
    </w:p>
    <w:p>
      <w:r>
        <w:t>A day hemmed in prayer seldom comes unravelled.</w:t>
      </w:r>
    </w:p>
    <w:p>
      <w:r>
        <w:t>Sewing &amp; Crafts fill my day...not to mention my sewing room, closets, dining room table, and family room!</w:t>
      </w:r>
    </w:p>
    <w:p>
      <w:r>
        <w:t>Costumers make clothes for imaginary people</w:t>
      </w:r>
    </w:p>
    <w:p>
      <w:r>
        <w:t>Asking a seamstress to mend is like asking Rembrandt to paint your garage!</w:t>
      </w:r>
    </w:p>
    <w:p>
      <w:r>
        <w:t>A Quilt Will Warm Your Body and Comfort Your Soul</w:t>
      </w:r>
    </w:p>
    <w:p>
      <w:r>
        <w:t>A day hemmed in prayer seldom unravels</w:t>
      </w:r>
    </w:p>
    <w:p>
      <w:r>
        <w:t>Sewing and crafts fill my day, not to mention the living room, bedroom, and closets</w:t>
      </w:r>
    </w:p>
    <w:p>
      <w:r>
        <w:t>Stash Management Flunkie</w:t>
      </w:r>
    </w:p>
    <w:p>
      <w:r>
        <w:t>Sewing makes you crazy</w:t>
      </w:r>
    </w:p>
    <w:p>
      <w:r>
        <w:t>Itching To Be Stitching</w:t>
      </w:r>
    </w:p>
    <w:p>
      <w:r>
        <w:t>Caution!  Slow Moving Seamstress But Fast Moving Thread &amp; Needle!</w:t>
      </w:r>
    </w:p>
    <w:p>
      <w:r>
        <w:t>My hubby calls me his "sew &amp; sew"</w:t>
      </w:r>
    </w:p>
    <w:p>
      <w:r>
        <w:t>I Think Sew</w:t>
      </w:r>
    </w:p>
    <w:p>
      <w:r>
        <w:t>Will work for FABRIC!</w:t>
      </w:r>
    </w:p>
    <w:p>
      <w:r>
        <w:t>Sewing forever, housework whenever!</w:t>
      </w:r>
    </w:p>
    <w:p>
      <w:r>
        <w:t>Any day spent sewing, is a good day!</w:t>
      </w:r>
    </w:p>
    <w:p>
      <w:r>
        <w:t>Caution: Enter this Sewing Room at your own Risk</w:t>
      </w:r>
    </w:p>
    <w:p>
      <w:r>
        <w:t>A Stitch in Time saves Nine</w:t>
      </w:r>
    </w:p>
    <w:p>
      <w:r>
        <w:t>Don't Needle the Seamstress!</w:t>
      </w:r>
    </w:p>
    <w:p>
      <w:r>
        <w:t>Creative Clutter is better than Idle Neatness</w:t>
      </w:r>
    </w:p>
    <w:p>
      <w:r>
        <w:t>Repair What?#!*%$?</w:t>
      </w:r>
    </w:p>
    <w:p>
      <w:r>
        <w:t>Warning: This Vehicle Stops at all Fabric Shops</w:t>
      </w:r>
    </w:p>
    <w:p>
      <w:r>
        <w:t>As ye Sew, Sew Shall Ye Rip</w:t>
      </w:r>
    </w:p>
    <w:p>
      <w:r>
        <w:t>Good Friends are like Quilts. They age with you, yet never lose their warmth.</w:t>
      </w:r>
    </w:p>
    <w:p>
      <w:r>
        <w:t>Have You Hugged Your Sewing Machine Today?</w:t>
      </w:r>
    </w:p>
    <w:p>
      <w:r>
        <w:t>When I learned to sew, I forgot how to cook!</w:t>
      </w:r>
    </w:p>
    <w:p>
      <w:r>
        <w:t>Share the Love of Sewing!</w:t>
      </w:r>
    </w:p>
    <w:p>
      <w:r>
        <w:t>When life throws you scraps, make a quilt</w:t>
      </w:r>
    </w:p>
    <w:p>
      <w:r>
        <w:t>Ready.....set.....SEW!</w:t>
      </w:r>
    </w:p>
    <w:p>
      <w:r>
        <w:t>Sew what...</w:t>
      </w:r>
      <w:r>
        <w:br/>
      </w:r>
      <w:r>
        <w:t>LOST: Husband, dog, and sewing machine. Reward offered for sewing machine!</w:t>
      </w:r>
    </w:p>
    <w:p>
      <w:r>
        <w:t>Sew on to success!</w:t>
      </w:r>
    </w:p>
    <w:p>
      <w:r>
        <w:t>My husband lets me buy all the fabric I can hide!</w:t>
      </w:r>
    </w:p>
    <w:p>
      <w:r>
        <w:t>She who dies with the most fabric.....wins!</w:t>
      </w:r>
    </w:p>
    <w:p>
      <w:r>
        <w:t>Constant Use has not worn ragged, the Fabric of their Friendship</w:t>
      </w:r>
    </w:p>
    <w:p>
      <w:r>
        <w:t>Friendship is sewn with Love and Measured by Kindness</w:t>
      </w:r>
    </w:p>
    <w:p>
      <w:r>
        <w:t>Sew Much Fabric, Sew Little Time!</w:t>
      </w:r>
    </w:p>
    <w:p>
      <w:r>
        <w:t>Behind every sewer is a huge pile of fabric.</w:t>
      </w:r>
    </w:p>
    <w:p>
      <w:r>
        <w:t>Anytime is stitchin' time.</w:t>
      </w:r>
    </w:p>
    <w:p>
      <w:r>
        <w:t>My husband said if I were to buy any more fabric, he would leave me.</w:t>
      </w:r>
    </w:p>
    <w:p>
      <w:r>
        <w:t>Darn, I'm gonna miss him!</w:t>
      </w:r>
    </w:p>
    <w:p>
      <w:r>
        <w:t>Memories are stitched with love.</w:t>
      </w:r>
    </w:p>
    <w:p>
      <w:r>
        <w:t>In the crazy quilt of life, I'm glad you're in my block of friends.</w:t>
      </w:r>
    </w:p>
    <w:p>
      <w:r>
        <w:t>God lives in the details.</w:t>
      </w:r>
    </w:p>
    <w:p>
      <w:r>
        <w:t>Quilters never cut corners.</w:t>
      </w:r>
    </w:p>
    <w:p>
      <w:r>
        <w:t>One yard of fabric, like one cookie, is never enough!</w:t>
      </w:r>
    </w:p>
    <w:p>
      <w:r>
        <w:t>Quilts are like friends - a great source of comfort.</w:t>
      </w:r>
    </w:p>
    <w:p>
      <w:r>
        <w:t>I'm in therapy and SEWING is cheaper than a psychiatrist.</w:t>
      </w:r>
    </w:p>
    <w:p>
      <w:r>
        <w:t>Touch my sewing machine and die!</w:t>
      </w:r>
    </w:p>
    <w:p>
      <w:r>
        <w:t>A quilt is something you make to keep someone you love ... WARM!</w:t>
      </w:r>
    </w:p>
    <w:p>
      <w:r>
        <w:t>Good friends are like quilts, they never lose their warmth.</w:t>
      </w:r>
    </w:p>
    <w:p>
      <w:r>
        <w:t>Buttons and patches and the cold wind blowing...the days pass quickly when I am sewing!</w:t>
      </w:r>
    </w:p>
    <w:p>
      <w:r>
        <w:t>Friendships are sewn one stitch at a time.</w:t>
      </w:r>
    </w:p>
    <w:p>
      <w:r>
        <w:t>A family stitched together with love, seldom unravels.</w:t>
      </w:r>
    </w:p>
    <w:p>
      <w:r>
        <w:t>You are SEW special!</w:t>
      </w:r>
    </w:p>
    <w:p>
      <w:r>
        <w:t>Old seamstresses never go crazy, they just stay on pins and needles!!</w:t>
      </w:r>
    </w:p>
    <w:p>
      <w:r>
        <w:t>My soul is fed with needle and thread.</w:t>
      </w:r>
    </w:p>
    <w:p>
      <w:r>
        <w:t>Love is the thread that binds us.</w:t>
      </w:r>
    </w:p>
    <w:p>
      <w:r>
        <w:t>A family is a patchwork of LOVE.</w:t>
      </w:r>
    </w:p>
    <w:p>
      <w:r>
        <w:t>The love of sewing is our common thread.</w:t>
      </w:r>
    </w:p>
    <w:p>
      <w:r>
        <w:t>Hi Ho, Hi Ho, it's off to sew we go</w:t>
      </w:r>
    </w:p>
    <w:p>
      <w:r>
        <w:t>I love sewing and have plenty of material witnesses.</w:t>
      </w:r>
    </w:p>
    <w:p>
      <w:r>
        <w:t>May your bobbin always be full!</w:t>
      </w:r>
    </w:p>
    <w:p>
      <w:r>
        <w:t>Quilting with a friend, will keep you in stitches.</w:t>
      </w:r>
    </w:p>
    <w:p>
      <w:r>
        <w:t>I got a sewing machine for my husband!  Good trade, huh?</w:t>
      </w:r>
    </w:p>
    <w:p>
      <w:r>
        <w:t>Quilters never grow old, they just go to pieces.</w:t>
      </w:r>
    </w:p>
    <w:p>
      <w:r>
        <w:t>God put me on this Earth to sew and finish a certain number of things.</w:t>
      </w:r>
    </w:p>
    <w:p>
      <w:r>
        <w:t>I am so far behind now,  I will never die!</w:t>
      </w:r>
    </w:p>
    <w:p>
      <w:pPr>
        <w:pStyle w:val="Heading2"/>
      </w:pPr>
      <w:r>
        <w:t>Teddy Bear Quotes</w:t>
      </w:r>
    </w:p>
    <w:p>
      <w:r>
        <w:t>Learn to listen like a Teddy Bear, with ears open and mouth closed tight.</w:t>
      </w:r>
      <w:r>
        <w:br/>
      </w:r>
      <w:r>
        <w:t>Learn to forgive like a Teddy Bear with heart open not caring who is right.</w:t>
      </w:r>
      <w:r>
        <w:br/>
      </w:r>
      <w:r>
        <w:t>Learn to love like a Teddy Bear, with arms open and imperfect eyesight.</w:t>
      </w:r>
      <w:r>
        <w:br/>
      </w:r>
      <w:r>
        <w:t>Everything in life I share except, of course, my teddy bear.</w:t>
      </w:r>
      <w:r>
        <w:br/>
      </w:r>
      <w:r>
        <w:t>Bear hugs and back rubs welcome.</w:t>
      </w:r>
      <w:r>
        <w:br/>
      </w:r>
      <w:r>
        <w:t>Beauty is in the eyes of the bear-holder.</w:t>
      </w:r>
      <w:r>
        <w:br/>
      </w:r>
      <w:r>
        <w:t>Bear with me.</w:t>
      </w:r>
      <w:r>
        <w:br/>
      </w:r>
      <w:r>
        <w:t>Guardian Teddy Bear on Duty.</w:t>
      </w:r>
      <w:r>
        <w:br/>
      </w:r>
      <w:r>
        <w:t>Little hearts never fear when Teddy Bears are near.</w:t>
      </w:r>
      <w:r>
        <w:br/>
      </w:r>
      <w:r>
        <w:t>Love a bear and he will follow you anywhere.</w:t>
      </w:r>
      <w:r>
        <w:br/>
      </w:r>
      <w:r>
        <w:t>Love bears all things.</w:t>
      </w:r>
      <w:r>
        <w:br/>
      </w:r>
      <w:r>
        <w:t>Love me...Love my Teddy Bear!</w:t>
      </w:r>
      <w:r>
        <w:br/>
      </w:r>
      <w:r>
        <w:t>Never too old to play with Teddy Bears.</w:t>
      </w:r>
      <w:r>
        <w:br/>
      </w:r>
      <w:r>
        <w:t>Teddy and me...Welcome thee</w:t>
      </w:r>
      <w:r>
        <w:br/>
      </w:r>
      <w:r>
        <w:t>Teddy Bears are for cuddlin' and luvin'.</w:t>
      </w:r>
      <w:r>
        <w:br/>
      </w:r>
      <w:r>
        <w:t>Teddy bears are stuffed with dreams and memories.</w:t>
      </w:r>
      <w:r>
        <w:br/>
      </w:r>
      <w:r>
        <w:t>Teddy Bear Collector:  trained in warm hugs and story telling.</w:t>
      </w:r>
      <w:r>
        <w:br/>
      </w:r>
      <w:r>
        <w:t>This is a home for Bears.</w:t>
      </w:r>
      <w:r>
        <w:br/>
      </w:r>
      <w:r>
        <w:t>We all need a little tender loving bear.</w:t>
      </w:r>
      <w:r>
        <w:br/>
      </w:r>
      <w:r>
        <w:t>Grin and bear it</w:t>
      </w:r>
      <w:r>
        <w:br/>
      </w:r>
      <w:r>
        <w:t>I can "bearly" wait!</w:t>
      </w:r>
      <w:r>
        <w:br/>
      </w:r>
      <w:r>
        <w:t>Everyone has a soft spot</w:t>
      </w:r>
      <w:r>
        <w:br/>
      </w:r>
      <w:r>
        <w:t>Hugs are even better than chocolate.</w:t>
      </w:r>
      <w:r>
        <w:br/>
      </w:r>
      <w:r>
        <w:t>There's no such thing as "too" many kisses.</w:t>
      </w:r>
      <w:r>
        <w:br/>
      </w:r>
      <w:r>
        <w:t>Love is supposed to wear out your fur a little.</w:t>
      </w:r>
      <w:r>
        <w:br/>
      </w:r>
      <w:r>
        <w:t>There's nothing like a "warm fuzzy".</w:t>
      </w:r>
      <w:r>
        <w:br/>
      </w:r>
      <w:r>
        <w:t>One good cuddle can change a grumpy day</w:t>
      </w:r>
      <w:r>
        <w:br/>
      </w:r>
      <w:r>
        <w:t>Bear hugs make the friendliest greetings.</w:t>
      </w:r>
      <w:r>
        <w:br/>
      </w:r>
      <w:r>
        <w:t>Listening is as important as talking</w:t>
      </w:r>
      <w:r>
        <w:br/>
      </w:r>
      <w:r>
        <w:t>A true friend can bear your faults</w:t>
      </w:r>
      <w:r>
        <w:br/>
      </w:r>
      <w:r>
        <w:t>Everyone needs someone to hold on to</w:t>
      </w:r>
      <w:r>
        <w:br/>
      </w:r>
      <w:r>
        <w:t>It's OK to let your stuffing show now and then</w:t>
      </w:r>
      <w:r>
        <w:br/>
      </w:r>
      <w:r>
        <w:t>It's never too late to have a happy childhood</w:t>
      </w:r>
      <w:r>
        <w:br/>
      </w:r>
      <w:r>
        <w:t>Someone's got to keep their eyes open all the time</w:t>
      </w:r>
      <w:r>
        <w:br/>
      </w:r>
      <w:r>
        <w:t>Happiness is always found in the "bear necessities".</w:t>
      </w:r>
      <w:r>
        <w:br/>
      </w:r>
      <w:r>
        <w:t>There's no friend like an old friend!</w:t>
      </w:r>
      <w:r>
        <w:br/>
      </w:r>
      <w:r>
        <w:t>A teddy bear is a faithful friend.</w:t>
      </w:r>
      <w:r>
        <w:br/>
      </w:r>
      <w:r>
        <w:t>You can pick him up at either end.</w:t>
      </w:r>
      <w:r>
        <w:br/>
      </w:r>
      <w:r>
        <w:t>His fur is the color of breakfast toast,</w:t>
      </w:r>
      <w:r>
        <w:br/>
      </w:r>
      <w:r>
        <w:t>And he's always there when you need him most.</w:t>
      </w:r>
      <w:r>
        <w:br/>
      </w:r>
      <w:r>
        <w:t>Teddy Bear! Teddy Bear!</w:t>
      </w:r>
      <w:r>
        <w:br/>
      </w:r>
      <w:r>
        <w:t>You sweet thing!</w:t>
      </w:r>
      <w:r>
        <w:br/>
      </w:r>
      <w:r>
        <w:t>What warmth and friendship you do bring.</w:t>
      </w:r>
      <w:r>
        <w:br/>
      </w:r>
      <w:r>
        <w:t>You're always there to hug and hold;</w:t>
      </w:r>
      <w:r>
        <w:br/>
      </w:r>
      <w:r>
        <w:t>To you my secrets all are told.</w:t>
      </w:r>
      <w:r>
        <w:br/>
      </w:r>
      <w:r>
        <w:t>Teddy Bear! Teddy Bear!</w:t>
      </w:r>
      <w:r>
        <w:br/>
      </w:r>
      <w:r>
        <w:t>The best of chums!</w:t>
      </w:r>
      <w:r>
        <w:br/>
      </w:r>
      <w:r>
        <w:t>Get some rest before tomorrow comes.</w:t>
      </w:r>
      <w:r>
        <w:br/>
      </w:r>
      <w:r>
        <w:t>'Cause at the dawn of each new day,</w:t>
      </w:r>
      <w:r>
        <w:br/>
      </w:r>
      <w:r>
        <w:t>It's with YOU I'll want to play!</w:t>
      </w:r>
      <w:r>
        <w:br/>
      </w:r>
      <w:r>
        <w:t>Teddy Bear, Teddy Bear,</w:t>
      </w:r>
      <w:r>
        <w:br/>
      </w:r>
      <w:r>
        <w:t>Torn and tattered.</w:t>
      </w:r>
      <w:r>
        <w:br/>
      </w:r>
      <w:r>
        <w:t>You were my friend</w:t>
      </w:r>
      <w:r>
        <w:br/>
      </w:r>
      <w:r>
        <w:t>When it really mattered.</w:t>
      </w:r>
      <w:r>
        <w:br/>
      </w:r>
      <w:r>
        <w:t>Teddy bears are wonderful reminders for us to</w:t>
      </w:r>
      <w:r>
        <w:br/>
      </w:r>
      <w:r>
        <w:t>have soft edges, be full of love and trust,</w:t>
      </w:r>
      <w:r>
        <w:br/>
      </w:r>
      <w:r>
        <w:t>and always ready for a hug.</w:t>
      </w:r>
      <w:r>
        <w:br/>
      </w:r>
      <w:r>
        <w:t>Here sits my teddy bear, all tattered and torn.</w:t>
      </w:r>
      <w:r>
        <w:br/>
      </w:r>
      <w:r>
        <w:t>Everybody loves him even though he's so worn.</w:t>
      </w:r>
      <w:r>
        <w:br/>
      </w:r>
      <w:r>
        <w:t>His body is floppy ~ His hair is a mess.</w:t>
      </w:r>
      <w:r>
        <w:br/>
      </w:r>
      <w:r>
        <w:t>But I love him dearly and he loves me best.</w:t>
      </w:r>
      <w:r>
        <w:br/>
      </w:r>
      <w:r>
        <w:t>I wish I were a Teddy Bear, the more worn out you get, the more valuable you become.</w:t>
      </w:r>
      <w:r>
        <w:br/>
      </w:r>
      <w:r>
        <w:t>The nicest dreams that will ever be are the dreams shared by my teddy and me.</w:t>
      </w:r>
      <w:r>
        <w:br/>
      </w:r>
      <w:r>
        <w:t>There's a rip and a tear in my teddy bear.  Love pours from him everywhere.</w:t>
      </w:r>
    </w:p>
    <w:p>
      <w:pPr>
        <w:pStyle w:val="Heading2"/>
      </w:pPr>
      <w:r>
        <w:t>Candle Poem (poem)</w:t>
      </w:r>
    </w:p>
    <w:p>
      <w:r>
        <w:t>A candle is but a simple thing</w:t>
      </w:r>
      <w:r>
        <w:br/>
      </w:r>
      <w:r>
        <w:t>It starts with just a bit of string</w:t>
      </w:r>
      <w:r>
        <w:br/>
      </w:r>
      <w:r>
        <w:t>Yet dipped and dipped with patient hand</w:t>
      </w:r>
      <w:r>
        <w:br/>
      </w:r>
      <w:r>
        <w:t>It gathers wax upon the strand</w:t>
      </w:r>
      <w:r>
        <w:br/>
      </w:r>
      <w:r>
        <w:t>Until complete and snowy white</w:t>
      </w:r>
      <w:r>
        <w:br/>
      </w:r>
      <w:r>
        <w:t>It gives at last a lovely light</w:t>
      </w:r>
      <w:r>
        <w:br/>
      </w:r>
      <w:r>
        <w:t>Life seems so like that bit of string</w:t>
      </w:r>
      <w:r>
        <w:br/>
      </w:r>
      <w:r>
        <w:t>Each deed we do a simple thing</w:t>
      </w:r>
      <w:r>
        <w:br/>
      </w:r>
      <w:r>
        <w:t>Yet day by day if on life's strand</w:t>
      </w:r>
      <w:r>
        <w:br/>
      </w:r>
      <w:r>
        <w:t>We work with patient heart and hand</w:t>
      </w:r>
      <w:r>
        <w:br/>
      </w:r>
      <w:r>
        <w:t>It gathers joy, makes dark days bright</w:t>
      </w:r>
      <w:r>
        <w:br/>
      </w:r>
      <w:r>
        <w:t>And gives at last a lovely light</w:t>
      </w:r>
    </w:p>
    <w:p>
      <w:pPr>
        <w:pStyle w:val="Heading2"/>
      </w:pPr>
      <w:r>
        <w:t>A Basket of Candles</w:t>
      </w:r>
    </w:p>
    <w:p>
      <w:r>
        <w:t>For bride name</w:t>
      </w:r>
      <w:r>
        <w:br/>
      </w:r>
      <w:r>
        <w:t>A basket of candles That come in a pair</w:t>
      </w:r>
      <w:r>
        <w:br/>
      </w:r>
      <w:r>
        <w:t>In all different colors, For you two to share</w:t>
      </w:r>
      <w:r>
        <w:br/>
      </w:r>
      <w:r>
        <w:t>The white ones burn first</w:t>
      </w:r>
      <w:r>
        <w:br/>
      </w:r>
      <w:r>
        <w:t>They are wrapped in white lace</w:t>
      </w:r>
      <w:r>
        <w:br/>
      </w:r>
      <w:r>
        <w:t>To celebrate your first married night</w:t>
      </w:r>
      <w:r>
        <w:br/>
      </w:r>
      <w:r>
        <w:t>In your new chosen place</w:t>
      </w:r>
      <w:r>
        <w:br/>
      </w:r>
      <w:r>
        <w:t>The green pair is taller, and also much thinner</w:t>
      </w:r>
      <w:r>
        <w:br/>
      </w:r>
      <w:r>
        <w:t>Burn with the first company, you have over for dinner</w:t>
      </w:r>
      <w:r>
        <w:br/>
      </w:r>
      <w:r>
        <w:t>The dark blue candles are for after your first fight</w:t>
      </w:r>
      <w:r>
        <w:br/>
      </w:r>
      <w:r>
        <w:t>Use them to burn while making up all night</w:t>
      </w:r>
      <w:r>
        <w:br/>
      </w:r>
      <w:r>
        <w:t>Pink candles set the mood and pave the way</w:t>
      </w:r>
      <w:r>
        <w:br/>
      </w:r>
      <w:r>
        <w:t>For your first married Valentine’s Day</w:t>
      </w:r>
      <w:r>
        <w:br/>
      </w:r>
      <w:r>
        <w:t>Now, when your first year of marriage is through</w:t>
      </w:r>
      <w:r>
        <w:br/>
      </w:r>
      <w:r>
        <w:t>The cream anniversary pair, will light for you two.</w:t>
      </w:r>
      <w:r>
        <w:br/>
      </w:r>
      <w:r>
        <w:t>Red candles aflame, both your futures are bright.</w:t>
      </w:r>
      <w:r>
        <w:br/>
      </w:r>
      <w:r>
        <w:t>Celebrate promotions you’ve worked toward with all of your might.</w:t>
      </w:r>
      <w:r>
        <w:br/>
      </w:r>
      <w:r>
        <w:t>By this time we hope, maybe, just maybe</w:t>
      </w:r>
      <w:r>
        <w:br/>
      </w:r>
      <w:r>
        <w:t>You can light the purple ones, on the birth of your baby,</w:t>
      </w:r>
      <w:r>
        <w:br/>
      </w:r>
      <w:r>
        <w:t>And just when you thought, you’d put these away</w:t>
      </w:r>
      <w:r>
        <w:br/>
      </w:r>
      <w:r>
        <w:t>Take the light blue ones out-for your fifth anniversary day.</w:t>
      </w:r>
      <w:r>
        <w:br/>
      </w:r>
      <w:r>
        <w:t>Now just one more pair left-for the big 2 5</w:t>
      </w:r>
      <w:r>
        <w:br/>
      </w:r>
      <w:r>
        <w:t>The anniversary pair that will keep your love alive</w:t>
      </w:r>
      <w:r>
        <w:br/>
      </w:r>
      <w:r>
        <w:t>Congratulations bride and groom (enter names)</w:t>
      </w:r>
      <w:r>
        <w:br/>
      </w:r>
      <w:r>
        <w:t>On the start of your forever</w:t>
      </w:r>
      <w:r>
        <w:br/>
      </w:r>
      <w:r>
        <w:t>May the two of you always be happy together</w:t>
      </w:r>
      <w:r>
        <w:br/>
      </w:r>
      <w:r>
        <w:t>And burn these candles</w:t>
      </w:r>
      <w:r>
        <w:br/>
      </w:r>
      <w:r>
        <w:t>Just the way we said</w:t>
      </w:r>
      <w:r>
        <w:br/>
      </w:r>
      <w:r>
        <w:t>But please don’t forget-blow them out before bed!</w:t>
      </w:r>
      <w:r>
        <w:br/>
      </w:r>
      <w:r>
        <w:t>With love,</w:t>
      </w:r>
      <w:r>
        <w:br/>
      </w:r>
      <w:r>
        <w:t>Your bridal party</w:t>
      </w:r>
    </w:p>
    <w:p>
      <w:pPr>
        <w:pStyle w:val="Heading2"/>
      </w:pPr>
      <w:r>
        <w:t>The Story Behind the Pet Memorial Candle</w:t>
      </w:r>
    </w:p>
    <w:p>
      <w:r>
        <w:t>When the Artist's 13 year-old cat passed away, she wanted to do something special "in memory" of her departed companion, something that would also help her cope with the flood of emotions that she was experiencing.</w:t>
      </w:r>
    </w:p>
    <w:p>
      <w:r>
        <w:t>Searching shop to shop she found nothing that was appropriate to aid in her personal expression of love and sorrow. There didn't seem to be an affordable tribute designed specifically for animal friends. Other devoted pet lovers she spoke to felt the same void.</w:t>
      </w:r>
    </w:p>
    <w:p>
      <w:r>
        <w:t>Out of her grief, this beautiful candle was created -- a classic, wax-filled glass tumbler with a silk-screen design, depicting ethereal dogs and cats circling a wonderfully comforting poem. The Furry Angel Candle is 5" high x 2 5/8" in diameter and will burn for approximately 3 days. Included is a Gift Card containing a Special Blessing, thoughts for a Candle-lighting Ceremony, and a place to record the pet's name.</w:t>
      </w:r>
    </w:p>
    <w:p>
      <w:r>
        <w:t>The Furry Angel Candle makes a thoughtful gift for anyone who has lost a treasured animal companion. It can also be used to commemorate the anniversary of a pet's passing. After the candle has burned, the silk-screened glass makes a lovely permanent flower vase.</w:t>
      </w:r>
    </w:p>
    <w:p>
      <w:pPr>
        <w:pStyle w:val="Heading2"/>
      </w:pPr>
      <w:r>
        <w:t>One Little Candle!</w:t>
      </w:r>
    </w:p>
    <w:p>
      <w:r>
        <w:t>When the day is dark and dreary,</w:t>
      </w:r>
      <w:r>
        <w:br/>
      </w:r>
      <w:r>
        <w:t>And your way is hard to find,</w:t>
      </w:r>
      <w:r>
        <w:br/>
      </w:r>
      <w:r>
        <w:t>Don't let your heart be weary,</w:t>
      </w:r>
      <w:r>
        <w:br/>
      </w:r>
      <w:r>
        <w:t>Just keep this thought in mind:</w:t>
      </w:r>
    </w:p>
    <w:p>
      <w:r>
        <w:t>It is better to light just one little candle</w:t>
      </w:r>
      <w:r>
        <w:br/>
      </w:r>
      <w:r>
        <w:t>Than to stumble in the dark.</w:t>
      </w:r>
      <w:r>
        <w:br/>
      </w:r>
      <w:r>
        <w:t>Better far that you light just one little candle,</w:t>
      </w:r>
      <w:r>
        <w:br/>
      </w:r>
      <w:r>
        <w:t>All you need is a tiny spark.</w:t>
      </w:r>
      <w:r>
        <w:br/>
      </w:r>
      <w:r>
        <w:t>If we'd all say a prayer that the world would be free,</w:t>
      </w:r>
      <w:r>
        <w:br/>
      </w:r>
      <w:r>
        <w:t>A wonderful dawn of a new day we'd see...</w:t>
      </w:r>
      <w:r>
        <w:br/>
      </w:r>
      <w:r>
        <w:t>And if everyone lit just one little candle,</w:t>
      </w:r>
      <w:r>
        <w:br/>
      </w:r>
      <w:r>
        <w:t>What a bright world this would be.</w:t>
      </w:r>
    </w:p>
    <w:p>
      <w:r>
        <w:t>When the day is dark and dreary</w:t>
      </w:r>
      <w:r>
        <w:br/>
      </w:r>
      <w:r>
        <w:t>And we know not where to go;</w:t>
      </w:r>
      <w:r>
        <w:br/>
      </w:r>
      <w:r>
        <w:t>Don't let your heart go weary,</w:t>
      </w:r>
      <w:r>
        <w:br/>
      </w:r>
      <w:r>
        <w:t>Just keep this thought in mind...</w:t>
      </w:r>
    </w:p>
    <w:p>
      <w:r>
        <w:t>It is better to light just one little candle</w:t>
      </w:r>
      <w:r>
        <w:br/>
      </w:r>
      <w:r>
        <w:t>Than to stumble in the dark.</w:t>
      </w:r>
      <w:r>
        <w:br/>
      </w:r>
      <w:r>
        <w:t>Better far that you light just one little candle,</w:t>
      </w:r>
      <w:r>
        <w:br/>
      </w:r>
      <w:r>
        <w:t>All you need is a tiny spark.</w:t>
      </w:r>
      <w:r>
        <w:br/>
      </w:r>
      <w:r>
        <w:t>If we'd all say a prayer that the world would be free,</w:t>
      </w:r>
      <w:r>
        <w:br/>
      </w:r>
      <w:r>
        <w:t>A wonderful dawn of a new day we'd see...</w:t>
      </w:r>
      <w:r>
        <w:br/>
      </w:r>
      <w:r>
        <w:t>And if everyone lit just one little candle,</w:t>
      </w:r>
      <w:r>
        <w:br/>
      </w:r>
      <w:r>
        <w:t>What a bright world this would be.</w:t>
      </w:r>
    </w:p>
    <w:p>
      <w:r>
        <w:t>Page 436 of 436</w:t>
      </w:r>
    </w:p>
    <w:p>
      <w:pPr>
        <w:pStyle w:val="Heading1"/>
      </w:pPr>
      <w:r>
        <w:t>Work, sports and the outdoors</w:t>
      </w:r>
    </w:p>
    <w:p>
      <w:pPr>
        <w:pStyle w:val="Heading2"/>
      </w:pPr>
      <w:r>
        <w:t>Band</w:t>
      </w:r>
    </w:p>
    <w:p>
      <w:r>
        <w:t>Colorguard prayer</w:t>
      </w:r>
      <w:r>
        <w:br/>
      </w:r>
      <w:r>
        <w:t>When the music starts and we stand proud and true</w:t>
      </w:r>
      <w:r>
        <w:br/>
      </w:r>
      <w:r>
        <w:t>Please oh lord! Let the judges like what we do</w:t>
      </w:r>
    </w:p>
    <w:p>
      <w:r>
        <w:t>May I stay in rhythm; let me not lose my count</w:t>
      </w:r>
      <w:r>
        <w:br/>
      </w:r>
      <w:r>
        <w:t>for I dread they will see and point me out</w:t>
      </w:r>
    </w:p>
    <w:p>
      <w:r>
        <w:t>This I well know is not so bad but,</w:t>
      </w:r>
      <w:r>
        <w:br/>
      </w:r>
      <w:r>
        <w:t>buy the looks on my instructor could kill my dad</w:t>
      </w:r>
    </w:p>
    <w:p>
      <w:r>
        <w:t>I ask not for myself but for the whole</w:t>
      </w:r>
      <w:r>
        <w:br/>
      </w:r>
      <w:r>
        <w:t>let us march in straight lines, and not on our toes</w:t>
      </w:r>
    </w:p>
    <w:p>
      <w:r>
        <w:t>May my hands be true even though they're black and blue</w:t>
      </w:r>
      <w:r>
        <w:br/>
      </w:r>
      <w:r>
        <w:t>It's the price we must pay for the toss's that get away</w:t>
      </w:r>
    </w:p>
    <w:p>
      <w:r>
        <w:t>Protect me oh lord! from you know who</w:t>
      </w:r>
      <w:r>
        <w:br/>
      </w:r>
      <w:r>
        <w:t>They couldn't catch a cold you know this is true</w:t>
      </w:r>
    </w:p>
    <w:p>
      <w:r>
        <w:t>When the show's almost over and the fans are on their feet</w:t>
      </w:r>
      <w:r>
        <w:br/>
      </w:r>
      <w:r>
        <w:t>keep me smiling that same smile, even though I can not breath.</w:t>
      </w:r>
    </w:p>
    <w:p>
      <w:r>
        <w:t>Marching practice</w:t>
      </w:r>
      <w:r>
        <w:br/>
      </w:r>
      <w:r>
        <w:t>We practice each day since our great goal is All-State,</w:t>
      </w:r>
      <w:r>
        <w:br/>
      </w:r>
      <w:r>
        <w:t>Sustained by hope and warm Gatorade,</w:t>
      </w:r>
      <w:r>
        <w:br/>
      </w:r>
      <w:r>
        <w:t>"no, that was rag-ged!" "tubas play lou-der!"</w:t>
      </w:r>
      <w:r>
        <w:br/>
      </w:r>
      <w:r>
        <w:t>Do it again, such a mess we've made.</w:t>
      </w:r>
      <w:r>
        <w:br/>
      </w:r>
      <w:r>
        <w:t>Go forwards and backwards, two eights then three fours,</w:t>
      </w:r>
      <w:r>
        <w:br/>
      </w:r>
      <w:r>
        <w:t>Get to our spots 'fore the music's done.</w:t>
      </w:r>
      <w:r>
        <w:br/>
      </w:r>
      <w:r>
        <w:t>"straighten that front row! "</w:t>
      </w:r>
      <w:r>
        <w:br/>
      </w:r>
      <w:r>
        <w:t>"hold your horns higher!"</w:t>
      </w:r>
      <w:r>
        <w:br/>
      </w:r>
      <w:r>
        <w:t>Do it again, isn't this such fun?</w:t>
      </w:r>
      <w:r>
        <w:br/>
      </w:r>
      <w:r>
        <w:t>We've marched and played 'cross this wide field for ho-urs.</w:t>
      </w:r>
      <w:r>
        <w:br/>
      </w:r>
      <w:r>
        <w:t>From set to set under a hot sun.</w:t>
      </w:r>
      <w:r>
        <w:br/>
      </w:r>
      <w:r>
        <w:t>"no! Its not right yet!"</w:t>
      </w:r>
      <w:r>
        <w:br/>
      </w:r>
      <w:r>
        <w:t>"go back to set one!"</w:t>
      </w:r>
      <w:r>
        <w:br/>
      </w:r>
      <w:r>
        <w:t>Do it twice more before we are done.</w:t>
      </w:r>
    </w:p>
    <w:p>
      <w:r>
        <w:t>We Are The Show: Author Unknown</w:t>
      </w:r>
    </w:p>
    <w:p>
      <w:r>
        <w:t>The time between seasons drags</w:t>
      </w:r>
      <w:r>
        <w:br/>
      </w:r>
      <w:r>
        <w:t>And the days click by like dominoes</w:t>
      </w:r>
      <w:r>
        <w:br/>
      </w:r>
      <w:r>
        <w:t>One by one they tumble over</w:t>
      </w:r>
      <w:r>
        <w:br/>
      </w:r>
      <w:r>
        <w:t>Countdown to begin the show.</w:t>
      </w:r>
    </w:p>
    <w:p>
      <w:r>
        <w:t>Then finally the season starts</w:t>
      </w:r>
      <w:r>
        <w:br/>
      </w:r>
      <w:r>
        <w:t>The date is set, the time, the place</w:t>
      </w:r>
      <w:r>
        <w:br/>
      </w:r>
      <w:r>
        <w:t>We organize another year</w:t>
      </w:r>
      <w:r>
        <w:br/>
      </w:r>
      <w:r>
        <w:t>The calendars fill with practice dates.</w:t>
      </w:r>
    </w:p>
    <w:p>
      <w:r>
        <w:t>Tosses, spins, amazing grace</w:t>
      </w:r>
      <w:r>
        <w:br/>
      </w:r>
      <w:r>
        <w:t>The music haunts us day and night</w:t>
      </w:r>
      <w:r>
        <w:br/>
      </w:r>
      <w:r>
        <w:t>Foot here, hand there, the flag in place</w:t>
      </w:r>
      <w:r>
        <w:br/>
      </w:r>
      <w:r>
        <w:t>Practice, practice to make it right.</w:t>
      </w:r>
    </w:p>
    <w:p>
      <w:r>
        <w:t>Performance faces, focused eyes</w:t>
      </w:r>
      <w:r>
        <w:br/>
      </w:r>
      <w:r>
        <w:t>The music fills our hearts once more</w:t>
      </w:r>
      <w:r>
        <w:br/>
      </w:r>
      <w:r>
        <w:t>Just like in practice all those times</w:t>
      </w:r>
      <w:r>
        <w:br/>
      </w:r>
      <w:r>
        <w:t>We dance across the wooden floor.</w:t>
      </w:r>
    </w:p>
    <w:p>
      <w:r>
        <w:t>A show well done fills up our hearts</w:t>
      </w:r>
      <w:r>
        <w:br/>
      </w:r>
      <w:r>
        <w:t>The end result of hours strained</w:t>
      </w:r>
      <w:r>
        <w:br/>
      </w:r>
      <w:r>
        <w:t>We burst with pride when we know it's good</w:t>
      </w:r>
      <w:r>
        <w:br/>
      </w:r>
      <w:r>
        <w:t>And when it's not, we burn with shame.</w:t>
      </w:r>
    </w:p>
    <w:p>
      <w:r>
        <w:t>All our shows improve by bounds</w:t>
      </w:r>
      <w:r>
        <w:br/>
      </w:r>
      <w:r>
        <w:t>The season moves on faithfully</w:t>
      </w:r>
      <w:r>
        <w:br/>
      </w:r>
      <w:r>
        <w:t>And all too soon it has to end</w:t>
      </w:r>
      <w:r>
        <w:br/>
      </w:r>
      <w:r>
        <w:t>When it's all over, where will we be?</w:t>
      </w:r>
    </w:p>
    <w:p>
      <w:r>
        <w:t>A little wiser, a little sad</w:t>
      </w:r>
      <w:r>
        <w:br/>
      </w:r>
      <w:r>
        <w:t>To see another season go</w:t>
      </w:r>
      <w:r>
        <w:br/>
      </w:r>
      <w:r>
        <w:t>But knowing we'll always treasure the time</w:t>
      </w:r>
      <w:r>
        <w:br/>
      </w:r>
      <w:r>
        <w:t>When together, we were the show.</w:t>
      </w:r>
    </w:p>
    <w:p>
      <w:r>
        <w:t>What it's like</w:t>
      </w:r>
    </w:p>
    <w:p>
      <w:r>
        <w:t>Adrenaline pumping hearts beating,</w:t>
      </w:r>
      <w:r>
        <w:br/>
      </w:r>
      <w:r>
        <w:t>Fingers throbbing, music leading.</w:t>
      </w:r>
      <w:r>
        <w:br/>
      </w:r>
      <w:r>
        <w:t>All a part of a sport called colorguard,</w:t>
      </w:r>
      <w:r>
        <w:br/>
      </w:r>
      <w:r>
        <w:t>The taste of sweat, you know it gets hard,</w:t>
      </w:r>
      <w:r>
        <w:br/>
      </w:r>
      <w:r>
        <w:t>But ask any teammate, they'll probably say,</w:t>
      </w:r>
      <w:r>
        <w:br/>
      </w:r>
      <w:r>
        <w:t>That's ok I like it that way.</w:t>
      </w:r>
    </w:p>
    <w:p>
      <w:r>
        <w:t>All teammates are friends, each helps the other,</w:t>
      </w:r>
      <w:r>
        <w:br/>
      </w:r>
      <w:r>
        <w:t>But practice isn't a time to call for your mother.</w:t>
      </w:r>
      <w:r>
        <w:br/>
      </w:r>
      <w:r>
        <w:t>Tough it out, the coach might yell,</w:t>
      </w:r>
      <w:r>
        <w:br/>
      </w:r>
      <w:r>
        <w:t>but with that phrase the attitudes swell.</w:t>
      </w:r>
    </w:p>
    <w:p>
      <w:r>
        <w:t>Then those famous words come a new,</w:t>
      </w:r>
      <w:r>
        <w:br/>
      </w:r>
      <w:r>
        <w:t>Set it up once lets do a run through.</w:t>
      </w:r>
      <w:r>
        <w:br/>
      </w:r>
      <w:r>
        <w:t>Your music ends and you're breathing quite a bit faster,</w:t>
      </w:r>
      <w:r>
        <w:br/>
      </w:r>
      <w:r>
        <w:t>You did a good run and you think you're the master.</w:t>
      </w:r>
    </w:p>
    <w:p>
      <w:r>
        <w:t>Time to load the truck, it's not that bad,</w:t>
      </w:r>
      <w:r>
        <w:br/>
      </w:r>
      <w:r>
        <w:t>Every one helps, even the dads.</w:t>
      </w:r>
      <w:r>
        <w:br/>
      </w:r>
      <w:r>
        <w:t>Now time to relax, getting on the bus,</w:t>
      </w:r>
      <w:r>
        <w:br/>
      </w:r>
      <w:r>
        <w:t>Now wait your hair now there's a fuss.</w:t>
      </w:r>
      <w:r>
        <w:br/>
      </w:r>
      <w:r>
        <w:t>The gel, the spray, it all goes on there,</w:t>
      </w:r>
      <w:r>
        <w:br/>
      </w:r>
      <w:r>
        <w:t>And now you don't even want to touch your hair.</w:t>
      </w:r>
    </w:p>
    <w:p>
      <w:r>
        <w:t>Put on your makeup so it'll look right,</w:t>
      </w:r>
      <w:r>
        <w:br/>
      </w:r>
      <w:r>
        <w:t>Don't mess it up, we don't want to fight.</w:t>
      </w:r>
      <w:r>
        <w:br/>
      </w:r>
      <w:r>
        <w:t>Put on the headphones and litsten to "your" song,</w:t>
      </w:r>
      <w:r>
        <w:br/>
      </w:r>
      <w:r>
        <w:t>Listen, relax, it won't be very long.</w:t>
      </w:r>
      <w:r>
        <w:br/>
      </w:r>
      <w:r>
        <w:t>The bus comes to a stop, everyone knows that they're there,</w:t>
      </w:r>
      <w:r>
        <w:br/>
      </w:r>
      <w:r>
        <w:t>Someone wakes you up and you check your hair.</w:t>
      </w:r>
    </w:p>
    <w:p>
      <w:r>
        <w:t>Get all your stuff people and get on out here,</w:t>
      </w:r>
      <w:r>
        <w:br/>
      </w:r>
      <w:r>
        <w:t>Now it sets in, just a little bit of fear.</w:t>
      </w:r>
      <w:r>
        <w:br/>
      </w:r>
      <w:r>
        <w:t>You get to your room and take of your shoes,</w:t>
      </w:r>
      <w:r>
        <w:br/>
      </w:r>
      <w:r>
        <w:t>Take a deep breath, there's nothing to lose.</w:t>
      </w:r>
    </w:p>
    <w:p>
      <w:r>
        <w:t>Warm up and stretch out, get that equipment flying,</w:t>
      </w:r>
      <w:r>
        <w:br/>
      </w:r>
      <w:r>
        <w:t>Don't busy yourself yet, don't want to see you crying.</w:t>
      </w:r>
      <w:r>
        <w:br/>
      </w:r>
      <w:r>
        <w:t>Get your equipment and get ready to go,</w:t>
      </w:r>
      <w:r>
        <w:br/>
      </w:r>
      <w:r>
        <w:t>Line up in the hall to put on your show.</w:t>
      </w:r>
    </w:p>
    <w:p>
      <w:r>
        <w:t>They pull all the equipment on to the floor,</w:t>
      </w:r>
      <w:r>
        <w:br/>
      </w:r>
      <w:r>
        <w:t>You step a little bit closer and look through the door.</w:t>
      </w:r>
      <w:r>
        <w:br/>
      </w:r>
      <w:r>
        <w:t>The crowd is huge, you don't think you'll make it,</w:t>
      </w:r>
      <w:r>
        <w:br/>
      </w:r>
      <w:r>
        <w:t>Breath nice and slow, you know you can take it.</w:t>
      </w:r>
      <w:r>
        <w:br/>
      </w:r>
      <w:r>
        <w:t>It's your turn to put on your show,</w:t>
      </w:r>
      <w:r>
        <w:br/>
      </w:r>
      <w:r>
        <w:t>Walk with pride you know it will flow.</w:t>
      </w:r>
      <w:r>
        <w:br/>
      </w:r>
      <w:r>
        <w:t>Is the guard ready? Ya you think so,</w:t>
      </w:r>
      <w:r>
        <w:br/>
      </w:r>
      <w:r>
        <w:t>Northmont High School you may present your show.</w:t>
      </w:r>
    </w:p>
    <w:p>
      <w:r>
        <w:t>Look up at the crowd, make sure they see you,</w:t>
      </w:r>
      <w:r>
        <w:br/>
      </w:r>
      <w:r>
        <w:t>It's your last chance, don't let this thing beat you.</w:t>
      </w:r>
      <w:r>
        <w:br/>
      </w:r>
      <w:r>
        <w:t>Vibrant flags fly fiercely over head,</w:t>
      </w:r>
      <w:r>
        <w:br/>
      </w:r>
      <w:r>
        <w:t>Catch it right or your arm will red.</w:t>
      </w:r>
    </w:p>
    <w:p>
      <w:r>
        <w:t>Crack that rifle, you know you can do it,</w:t>
      </w:r>
      <w:r>
        <w:br/>
      </w:r>
      <w:r>
        <w:t>All right, nice job, I knew you knew it.</w:t>
      </w:r>
      <w:r>
        <w:br/>
      </w:r>
      <w:r>
        <w:t>Here comes the end, don't break down just yet,</w:t>
      </w:r>
      <w:r>
        <w:br/>
      </w:r>
      <w:r>
        <w:t>It will be awesome, this is what I bet.</w:t>
      </w:r>
    </w:p>
    <w:p>
      <w:r>
        <w:t>The zip of the flag, the final snag,</w:t>
      </w:r>
      <w:r>
        <w:br/>
      </w:r>
      <w:r>
        <w:t>It looks great, you got it in the bag.</w:t>
      </w:r>
      <w:r>
        <w:br/>
      </w:r>
      <w:r>
        <w:t>With hands trembling, you get up and say,</w:t>
      </w:r>
      <w:r>
        <w:br/>
      </w:r>
      <w:r>
        <w:t>Yes, see I told ya I like it this way.</w:t>
      </w:r>
    </w:p>
    <w:p>
      <w:r>
        <w:t>Watery eyes, spontaneous combustion of tears,</w:t>
      </w:r>
      <w:r>
        <w:br/>
      </w:r>
      <w:r>
        <w:t>Screaming, excitement initiated cheers.</w:t>
      </w:r>
      <w:r>
        <w:br/>
      </w:r>
      <w:r>
        <w:t>Go ahead let it out, you gave it your all,</w:t>
      </w:r>
      <w:r>
        <w:br/>
      </w:r>
      <w:r>
        <w:t>Don't hold back, admit it, you had a ball.</w:t>
      </w:r>
    </w:p>
    <w:p>
      <w:r>
        <w:t>You showed all those people what you got in you,</w:t>
      </w:r>
      <w:r>
        <w:br/>
      </w:r>
      <w:r>
        <w:t>Some pain, some love, need I continue?</w:t>
      </w:r>
      <w:r>
        <w:br/>
      </w:r>
      <w:r>
        <w:t>Some strength, some friendship, some talent, and grace,</w:t>
      </w:r>
      <w:r>
        <w:br/>
      </w:r>
      <w:r>
        <w:t>You spread it around all over that place.</w:t>
      </w:r>
    </w:p>
    <w:p>
      <w:r>
        <w:t>Just when you thought you were gonna be knocked down,</w:t>
      </w:r>
      <w:r>
        <w:br/>
      </w:r>
      <w:r>
        <w:t>You bounced right back and refused to go down.</w:t>
      </w:r>
      <w:r>
        <w:br/>
      </w:r>
      <w:r>
        <w:t>With all those going for ya, where next from here?</w:t>
      </w:r>
      <w:r>
        <w:br/>
      </w:r>
      <w:r>
        <w:t>Do you know where you'll end up next year?</w:t>
      </w:r>
    </w:p>
    <w:p>
      <w:r>
        <w:t>This is what makes up a colorguard,</w:t>
      </w:r>
      <w:r>
        <w:br/>
      </w:r>
      <w:r>
        <w:t>Some people try but don't make it because it's too hard.</w:t>
      </w:r>
      <w:r>
        <w:br/>
      </w:r>
      <w:r>
        <w:t>All the stress and the anger, some people can't take it,</w:t>
      </w:r>
      <w:r>
        <w:br/>
      </w:r>
      <w:r>
        <w:t>And somewhere inside they know they won't make it.</w:t>
      </w:r>
    </w:p>
    <w:p>
      <w:r>
        <w:t>All of my teammates have this desire,</w:t>
      </w:r>
      <w:r>
        <w:br/>
      </w:r>
      <w:r>
        <w:t>Something in their heart that lights a fire.</w:t>
      </w:r>
      <w:r>
        <w:br/>
      </w:r>
      <w:r>
        <w:t>To do all they need to, to pull off a show,</w:t>
      </w:r>
      <w:r>
        <w:br/>
      </w:r>
      <w:r>
        <w:t>But what I hate the most is to see them all go.</w:t>
      </w:r>
    </w:p>
    <w:p>
      <w:r>
        <w:t>So just a little something to say to my girls,</w:t>
      </w:r>
      <w:r>
        <w:br/>
      </w:r>
      <w:r>
        <w:t>To me, you mean the world.</w:t>
      </w:r>
      <w:r>
        <w:br/>
      </w:r>
      <w:r>
        <w:t>I love you all and I want you to know,</w:t>
      </w:r>
      <w:r>
        <w:br/>
      </w:r>
      <w:r>
        <w:t>I'm so proud of you guys and our guard show.</w:t>
      </w:r>
    </w:p>
    <w:p>
      <w:r>
        <w:t>I really, down deep, don't want this season to end,</w:t>
      </w:r>
      <w:r>
        <w:br/>
      </w:r>
      <w:r>
        <w:t>I'm gonna miss it all so much and all of my friends.</w:t>
      </w:r>
      <w:r>
        <w:br/>
      </w:r>
      <w:r>
        <w:t>"Color Guard"</w:t>
      </w:r>
    </w:p>
    <w:p>
      <w:r>
        <w:t>Flags . . .</w:t>
      </w:r>
      <w:r>
        <w:br/>
      </w:r>
      <w:r>
        <w:t>Rifles . . .</w:t>
      </w:r>
      <w:r>
        <w:br/>
      </w:r>
      <w:r>
        <w:t>Sabres . . .</w:t>
      </w:r>
      <w:r>
        <w:br/>
      </w:r>
      <w:r>
        <w:t>Glitter and grace</w:t>
      </w:r>
      <w:r>
        <w:br/>
      </w:r>
      <w:r>
        <w:t>Colors, bright and lively</w:t>
      </w:r>
      <w:r>
        <w:br/>
      </w:r>
      <w:r>
        <w:t>Music over the loudspeakers blare</w:t>
      </w:r>
      <w:r>
        <w:br/>
      </w:r>
      <w:r>
        <w:t>One by one each guard performs</w:t>
      </w:r>
      <w:r>
        <w:br/>
      </w:r>
      <w:r>
        <w:t>People applaud each on loudly</w:t>
      </w:r>
    </w:p>
    <w:p>
      <w:r>
        <w:t>Art In Motion</w:t>
      </w:r>
    </w:p>
    <w:p>
      <w:r>
        <w:t>Flags moving in sweeps of color</w:t>
      </w:r>
      <w:r>
        <w:br/>
      </w:r>
      <w:r>
        <w:t>Slap of the rifle strap after a solid quad</w:t>
      </w:r>
      <w:r>
        <w:br/>
      </w:r>
      <w:r>
        <w:t>Roar of the crowd as a six is caught by the sabre line</w:t>
      </w:r>
    </w:p>
    <w:p>
      <w:r>
        <w:t>One girl with a grin of happiness of doing something right</w:t>
      </w:r>
      <w:r>
        <w:br/>
      </w:r>
      <w:r>
        <w:t>Another's face clouded by the regret of a mistake</w:t>
      </w:r>
      <w:r>
        <w:br/>
      </w:r>
      <w:r>
        <w:t>Another in tears of pain</w:t>
      </w:r>
    </w:p>
    <w:p>
      <w:r>
        <w:t>For what?</w:t>
      </w:r>
      <w:r>
        <w:br/>
      </w:r>
      <w:r>
        <w:t>Fun</w:t>
      </w:r>
      <w:r>
        <w:br/>
      </w:r>
      <w:r>
        <w:t>Joy</w:t>
      </w:r>
      <w:r>
        <w:br/>
      </w:r>
      <w:r>
        <w:t>Entertainment</w:t>
      </w:r>
    </w:p>
    <w:p>
      <w:r>
        <w:t>The members come off the floor</w:t>
      </w:r>
      <w:r>
        <w:br/>
      </w:r>
      <w:r>
        <w:t>Tired</w:t>
      </w:r>
      <w:r>
        <w:br/>
      </w:r>
      <w:r>
        <w:t>Hot</w:t>
      </w:r>
      <w:r>
        <w:br/>
      </w:r>
      <w:r>
        <w:t>Excited</w:t>
      </w:r>
      <w:r>
        <w:br/>
      </w:r>
      <w:r>
        <w:t>Leaving their all on the floor</w:t>
      </w:r>
      <w:r>
        <w:br/>
      </w:r>
      <w:r>
        <w:t>The are praised</w:t>
      </w:r>
      <w:r>
        <w:br/>
      </w:r>
      <w:r>
        <w:t>Commended for a job well done</w:t>
      </w:r>
      <w:r>
        <w:br/>
      </w:r>
      <w:r>
        <w:t>No matter what the outcome</w:t>
      </w:r>
    </w:p>
    <w:p>
      <w:r>
        <w:t>When the Lion lifts his mighty head</w:t>
      </w:r>
      <w:r>
        <w:br/>
      </w:r>
      <w:r>
        <w:t>He roars loud enough to wake the dead</w:t>
      </w:r>
      <w:r>
        <w:br/>
      </w:r>
      <w:r>
        <w:t>he struts around and says "I'm king"</w:t>
      </w:r>
      <w:r>
        <w:br/>
      </w:r>
      <w:r>
        <w:t>While his pride works for his well being</w:t>
      </w:r>
      <w:r>
        <w:br/>
      </w:r>
      <w:r>
        <w:t>Oh, such a mighty beast is he,</w:t>
      </w:r>
      <w:r>
        <w:br/>
      </w:r>
      <w:r>
        <w:t>King of all that he can see.</w:t>
      </w:r>
      <w:r>
        <w:br/>
      </w:r>
      <w:r>
        <w:t>When the lion roams the land,</w:t>
      </w:r>
      <w:r>
        <w:br/>
      </w:r>
      <w:r>
        <w:t>he sees himself within the plan.</w:t>
      </w:r>
      <w:r>
        <w:br/>
      </w:r>
      <w:r>
        <w:t>But, sees his family and how it lives,</w:t>
      </w:r>
      <w:r>
        <w:br/>
      </w:r>
      <w:r>
        <w:t>Each member plays a role and gives.</w:t>
      </w:r>
      <w:r>
        <w:br/>
      </w:r>
      <w:r>
        <w:t>See how they work within the plan,</w:t>
      </w:r>
      <w:r>
        <w:br/>
      </w:r>
      <w:r>
        <w:t>The mighty beasts that roam the land.</w:t>
      </w:r>
    </w:p>
    <w:p>
      <w:r>
        <w:t>The Lion's name we find is "Sauce"</w:t>
      </w:r>
      <w:r>
        <w:br/>
      </w:r>
      <w:r>
        <w:t>Yup...he's our mighty Boss.</w:t>
      </w:r>
      <w:r>
        <w:br/>
      </w:r>
      <w:r>
        <w:t>His family though, is quite grand,</w:t>
      </w:r>
      <w:r>
        <w:br/>
      </w:r>
      <w:r>
        <w:t>They are the Carmel Marching Band.</w:t>
      </w:r>
      <w:r>
        <w:br/>
      </w:r>
      <w:r>
        <w:t>Each one of them, big and small,</w:t>
      </w:r>
      <w:r>
        <w:br/>
      </w:r>
      <w:r>
        <w:t>Know that they could win it all.</w:t>
      </w:r>
      <w:r>
        <w:br/>
      </w:r>
      <w:r>
        <w:t>They sometimes get caught up in other things for a while,</w:t>
      </w:r>
      <w:r>
        <w:br/>
      </w:r>
      <w:r>
        <w:t>Then comes along that push from Kyle.</w:t>
      </w:r>
      <w:r>
        <w:br/>
      </w:r>
      <w:r>
        <w:t>The on top with the greatest view,</w:t>
      </w:r>
      <w:r>
        <w:br/>
      </w:r>
      <w:r>
        <w:t>We find leading then was J. W.</w:t>
      </w:r>
      <w:r>
        <w:br/>
      </w:r>
      <w:r>
        <w:t>Sometimes, some may be out for a cold or hepatitis,</w:t>
      </w:r>
      <w:r>
        <w:br/>
      </w:r>
      <w:r>
        <w:t>But, the one more often caught disease was "Panty-itis!"</w:t>
      </w:r>
      <w:r>
        <w:br/>
      </w:r>
      <w:r>
        <w:t>They all travel in a pack and walk with their TOES UP,</w:t>
      </w:r>
      <w:r>
        <w:br/>
      </w:r>
      <w:r>
        <w:t>And then even welcomed in Mallorie, their new young pup.</w:t>
      </w:r>
    </w:p>
    <w:p>
      <w:r>
        <w:t>There was a lot of life given to the pack,</w:t>
      </w:r>
      <w:r>
        <w:br/>
      </w:r>
      <w:r>
        <w:t>Especially from Dave, but just enough to stay on track.</w:t>
      </w:r>
      <w:r>
        <w:br/>
      </w:r>
      <w:r>
        <w:t>Seniors, Juniors, Sophomores and Freshman made up the four</w:t>
      </w:r>
      <w:r>
        <w:br/>
      </w:r>
      <w:r>
        <w:t>divisions, In each, they carried in with them some strong visions.</w:t>
      </w:r>
      <w:r>
        <w:br/>
      </w:r>
      <w:r>
        <w:t>They thought of things that would help the pack as a whole,</w:t>
      </w:r>
      <w:r>
        <w:br/>
      </w:r>
      <w:r>
        <w:t>And to help each one to become a stronger individual.</w:t>
      </w:r>
      <w:r>
        <w:br/>
      </w:r>
      <w:r>
        <w:t>The pack would always try to fight against the weather,</w:t>
      </w:r>
      <w:r>
        <w:br/>
      </w:r>
      <w:r>
        <w:t>And even in the worse, they made it by working together.</w:t>
      </w:r>
    </w:p>
    <w:p>
      <w:r>
        <w:t>But, the pack would never survive without Charlie and the guard,</w:t>
      </w:r>
      <w:r>
        <w:br/>
      </w:r>
      <w:r>
        <w:t>For they had weapons, and to beat them would be hard.</w:t>
      </w:r>
      <w:r>
        <w:br/>
      </w:r>
      <w:r>
        <w:t>And even though they wore too much make-up and curls,</w:t>
      </w:r>
      <w:r>
        <w:br/>
      </w:r>
      <w:r>
        <w:t>They were a bunch of tough, hardworking girls!</w:t>
      </w:r>
      <w:r>
        <w:br/>
      </w:r>
      <w:r>
        <w:t>Although we lost our dear friend Frizz for a while,</w:t>
      </w:r>
      <w:r>
        <w:br/>
      </w:r>
      <w:r>
        <w:t>She came back to us with the same sweet smile.</w:t>
      </w:r>
    </w:p>
    <w:p>
      <w:r>
        <w:t>With all the percussion looking just so fine,</w:t>
      </w:r>
      <w:r>
        <w:br/>
      </w:r>
      <w:r>
        <w:t>Great rhythms could be heard from our pit and drumline.</w:t>
      </w:r>
      <w:r>
        <w:br/>
      </w:r>
      <w:r>
        <w:t>And with "Mac Daddy" tapping and dupping at the lead,</w:t>
      </w:r>
      <w:r>
        <w:br/>
      </w:r>
      <w:r>
        <w:t>"Metronome Mike" is the one who keeps the speed.</w:t>
      </w:r>
      <w:r>
        <w:br/>
      </w:r>
      <w:r>
        <w:t>With the "farts, toots, and whistle" sounds from our pit,</w:t>
      </w:r>
      <w:r>
        <w:br/>
      </w:r>
      <w:r>
        <w:t>IT gets the pack in to a laughing fit.</w:t>
      </w:r>
    </w:p>
    <w:p>
      <w:r>
        <w:t>Split into 9 different instrumental sections,</w:t>
      </w:r>
      <w:r>
        <w:br/>
      </w:r>
      <w:r>
        <w:t>May traditions became long-lasting resurrections.</w:t>
      </w:r>
    </w:p>
    <w:p>
      <w:r>
        <w:t>Starting with the flutes and piccolos, O MY!</w:t>
      </w:r>
      <w:r>
        <w:br/>
      </w:r>
      <w:r>
        <w:t>Their high shrilled sounds reach far beyond the sky.</w:t>
      </w:r>
      <w:r>
        <w:br/>
      </w:r>
      <w:r>
        <w:t>With all their good luck jewelry, shirts and braids,</w:t>
      </w:r>
      <w:r>
        <w:br/>
      </w:r>
      <w:r>
        <w:t>Bailie's head was the one that got absolute praise.</w:t>
      </w:r>
    </w:p>
    <w:p>
      <w:r>
        <w:t>The Clarinets would always do whatever it takes,</w:t>
      </w:r>
      <w:r>
        <w:br/>
      </w:r>
      <w:r>
        <w:t>Even if it meant actually trying Janet's pancakes.</w:t>
      </w:r>
      <w:r>
        <w:br/>
      </w:r>
      <w:r>
        <w:t>And with Jessie at the head, and no-one at the rear,</w:t>
      </w:r>
      <w:r>
        <w:br/>
      </w:r>
      <w:r>
        <w:t>"Come on Guys!" was the shouting you would hear.</w:t>
      </w:r>
    </w:p>
    <w:p>
      <w:r>
        <w:t>The Bass clarinets, even though they are small,</w:t>
      </w:r>
      <w:r>
        <w:br/>
      </w:r>
      <w:r>
        <w:t>They are a part of us after all.</w:t>
      </w:r>
    </w:p>
    <w:p>
      <w:r>
        <w:t>Then, we come around to the beautiful sax,</w:t>
      </w:r>
      <w:r>
        <w:br/>
      </w:r>
      <w:r>
        <w:t>Where everyone puts their playing to the max.</w:t>
      </w:r>
      <w:r>
        <w:br/>
      </w:r>
      <w:r>
        <w:t>And they are lead by "Big Bad Rob"</w:t>
      </w:r>
      <w:r>
        <w:br/>
      </w:r>
      <w:r>
        <w:t>Who always seems to fulfill his job.</w:t>
      </w:r>
    </w:p>
    <w:p>
      <w:r>
        <w:t>Around the circle we find the mellos,</w:t>
      </w:r>
      <w:r>
        <w:br/>
      </w:r>
      <w:r>
        <w:t>They are a group of fine young fellows.</w:t>
      </w:r>
      <w:r>
        <w:br/>
      </w:r>
      <w:r>
        <w:t>Everytime they travel, the load up on candy,</w:t>
      </w:r>
      <w:r>
        <w:br/>
      </w:r>
      <w:r>
        <w:t>And they all owe thanks to Amanda, Sarah and Brandy.</w:t>
      </w:r>
    </w:p>
    <w:p>
      <w:r>
        <w:t>Next, there's the awesome trumpet,</w:t>
      </w:r>
      <w:r>
        <w:br/>
      </w:r>
      <w:r>
        <w:t>All those players like to PUMP IT!</w:t>
      </w:r>
      <w:r>
        <w:br/>
      </w:r>
      <w:r>
        <w:t>In a nice long file they're always standin'</w:t>
      </w:r>
      <w:r>
        <w:br/>
      </w:r>
      <w:r>
        <w:t>They get their support from mighty 'ol Brandon.</w:t>
      </w:r>
    </w:p>
    <w:p>
      <w:r>
        <w:t>Also meet our wonderful Tones and Bones,</w:t>
      </w:r>
      <w:r>
        <w:br/>
      </w:r>
      <w:r>
        <w:t>A team that has some of the greatest tones.</w:t>
      </w:r>
      <w:r>
        <w:br/>
      </w:r>
      <w:r>
        <w:t>They are the coolest gang in the hood,</w:t>
      </w:r>
      <w:r>
        <w:br/>
      </w:r>
      <w:r>
        <w:t>And their marching style is better than good.</w:t>
      </w:r>
    </w:p>
    <w:p>
      <w:r>
        <w:t>The contras are the lowest of the lows,</w:t>
      </w:r>
      <w:r>
        <w:br/>
      </w:r>
      <w:r>
        <w:t>They keep the band on their toes.</w:t>
      </w:r>
      <w:r>
        <w:br/>
      </w:r>
      <w:r>
        <w:t>The newest contra was freshman Bob,</w:t>
      </w:r>
      <w:r>
        <w:br/>
      </w:r>
      <w:r>
        <w:t>The other guys made him a part of their mob.</w:t>
      </w:r>
    </w:p>
    <w:p>
      <w:r>
        <w:t>But really, the staff is the reason for our success,</w:t>
      </w:r>
      <w:r>
        <w:br/>
      </w:r>
      <w:r>
        <w:t>Because they knew our accomplishments were limitless.</w:t>
      </w:r>
      <w:r>
        <w:br/>
      </w:r>
      <w:r>
        <w:t>There were times when some would get mad or cranky,</w:t>
      </w:r>
      <w:r>
        <w:br/>
      </w:r>
      <w:r>
        <w:t>But on bad days, no-one could outdo Mr. Kreke!</w:t>
      </w:r>
      <w:r>
        <w:br/>
      </w:r>
      <w:r>
        <w:t>He was the guy at the back of the form,</w:t>
      </w:r>
      <w:r>
        <w:br/>
      </w:r>
      <w:r>
        <w:t>who was a little out of the norm.</w:t>
      </w:r>
      <w:r>
        <w:br/>
      </w:r>
      <w:r>
        <w:t>Then, the one who knew it when we missed a note</w:t>
      </w:r>
      <w:r>
        <w:br/>
      </w:r>
      <w:r>
        <w:t>Huh, that was Mr. Pote.</w:t>
      </w:r>
      <w:r>
        <w:br/>
      </w:r>
      <w:r>
        <w:t>I was told to watch out for his evil claws</w:t>
      </w:r>
      <w:r>
        <w:br/>
      </w:r>
      <w:r>
        <w:t>But I wasn't afraid after seeing that HE wore bras!</w:t>
      </w:r>
      <w:r>
        <w:br/>
      </w:r>
      <w:r>
        <w:t>But they put us together and made us a team,</w:t>
      </w:r>
      <w:r>
        <w:br/>
      </w:r>
      <w:r>
        <w:t>And helped us to fulfill our dream</w:t>
      </w:r>
    </w:p>
    <w:p>
      <w:r>
        <w:t>Now I conclude just to say,</w:t>
      </w:r>
      <w:r>
        <w:br/>
      </w:r>
      <w:r>
        <w:t>Thanks to all, for giving us those memorable days.</w:t>
      </w:r>
      <w:r>
        <w:br/>
      </w:r>
      <w:r>
        <w:t>So, in the end, the lion can rest,</w:t>
      </w:r>
      <w:r>
        <w:br/>
      </w:r>
      <w:r>
        <w:t>Knowing that he did his very best!</w:t>
      </w:r>
    </w:p>
    <w:p>
      <w:r>
        <w:t>The First Show</w:t>
      </w:r>
    </w:p>
    <w:p>
      <w:r>
        <w:t>When we first started camp we knew nothing at all,</w:t>
      </w:r>
      <w:r>
        <w:br/>
      </w:r>
      <w:r>
        <w:t>But now we stand on the field straight and tall.</w:t>
      </w:r>
      <w:r>
        <w:br/>
      </w:r>
      <w:r>
        <w:t>At first the drop spins were a bit off,</w:t>
      </w:r>
      <w:r>
        <w:br/>
      </w:r>
      <w:r>
        <w:t>But now, oh boy, do we show them off.</w:t>
      </w:r>
      <w:r>
        <w:br/>
      </w:r>
      <w:r>
        <w:t>And when we first stepped on that field we were so lost,</w:t>
      </w:r>
      <w:r>
        <w:br/>
      </w:r>
      <w:r>
        <w:t>When we ran into band member, we sure paid the cost.</w:t>
      </w:r>
      <w:r>
        <w:br/>
      </w:r>
      <w:r>
        <w:t>But we pulled through even though it was hard,</w:t>
      </w:r>
      <w:r>
        <w:br/>
      </w:r>
      <w:r>
        <w:t>It has it?ewards afterward.</w:t>
      </w:r>
      <w:r>
        <w:br/>
      </w:r>
      <w:r>
        <w:t>We owe our thanks to instructor,</w:t>
      </w:r>
      <w:r>
        <w:br/>
      </w:r>
      <w:r>
        <w:t>And to our choreographer too</w:t>
      </w:r>
      <w:r>
        <w:br/>
      </w:r>
      <w:r>
        <w:t>Without their support we would not have pulled through.</w:t>
      </w:r>
      <w:r>
        <w:br/>
      </w:r>
      <w:r>
        <w:t>And without our strict captains this could not have been done,</w:t>
      </w:r>
      <w:r>
        <w:br/>
      </w:r>
      <w:r>
        <w:t>They made it all seem so easy, and everything fun.</w:t>
      </w:r>
      <w:r>
        <w:br/>
      </w:r>
      <w:r>
        <w:t>To the Freshman who have tried their very best,</w:t>
      </w:r>
      <w:r>
        <w:br/>
      </w:r>
      <w:r>
        <w:t>Never asking for a break or a chance to rest.</w:t>
      </w:r>
      <w:r>
        <w:br/>
      </w:r>
      <w:r>
        <w:t>The upper classmen have been so kind,</w:t>
      </w:r>
      <w:r>
        <w:br/>
      </w:r>
      <w:r>
        <w:t>Even when some one drove them out of their mind.</w:t>
      </w:r>
      <w:r>
        <w:br/>
      </w:r>
      <w:r>
        <w:t>Now the time has come to put our work to show,</w:t>
      </w:r>
      <w:r>
        <w:br/>
      </w:r>
      <w:r>
        <w:t>On your mart, get set, it?ime to go.</w:t>
      </w:r>
      <w:r>
        <w:br/>
      </w:r>
      <w:r>
        <w:t>Good luck to you all, I know you?do great.</w:t>
      </w:r>
      <w:r>
        <w:br/>
      </w:r>
      <w:r>
        <w:t>Hurry up now, don?e late!</w:t>
      </w:r>
    </w:p>
    <w:p>
      <w:pPr>
        <w:pStyle w:val="Heading2"/>
      </w:pPr>
      <w:r>
        <w:t>Basketball</w:t>
      </w:r>
    </w:p>
    <w:p>
      <w:r>
        <w:t>Air Ball !!</w:t>
      </w:r>
      <w:r>
        <w:br/>
      </w:r>
      <w:r>
        <w:t>Attitude is EVERYTHING !</w:t>
      </w:r>
      <w:r>
        <w:br/>
      </w:r>
      <w:r>
        <w:t>Basketball is Life, Nothing else Matters !</w:t>
      </w:r>
      <w:r>
        <w:br/>
      </w:r>
      <w:r>
        <w:t>Boxin' out !</w:t>
      </w:r>
      <w:r>
        <w:br/>
      </w:r>
      <w:r>
        <w:t>CHEER the game !  WORK the crowd !  BUILD the spirit !</w:t>
      </w:r>
      <w:r>
        <w:br/>
      </w:r>
      <w:r>
        <w:t>Cinderella goes to the ball... and takes it to the net !!</w:t>
      </w:r>
      <w:r>
        <w:br/>
      </w:r>
      <w:r>
        <w:t>Crashin' the boards !</w:t>
      </w:r>
      <w:r>
        <w:br/>
      </w:r>
      <w:r>
        <w:t>Dribble, pass, shoot !</w:t>
      </w:r>
      <w:r>
        <w:br/>
      </w:r>
      <w:r>
        <w:t>Dribble, Rebound, Shoot, SCORE !</w:t>
      </w:r>
      <w:r>
        <w:br/>
      </w:r>
      <w:r>
        <w:t>Drivin' or Dishin'...points or assists !</w:t>
      </w:r>
      <w:r>
        <w:br/>
      </w:r>
      <w:r>
        <w:t>Elevate, Exclamate, Dominate !</w:t>
      </w:r>
      <w:r>
        <w:br/>
      </w:r>
      <w:r>
        <w:t>Hit the net !</w:t>
      </w:r>
      <w:r>
        <w:br/>
      </w:r>
      <w:r>
        <w:t>I am a woman, see me score !</w:t>
      </w:r>
      <w:r>
        <w:br/>
      </w:r>
      <w:r>
        <w:t>I don't need glory, I don't need fame, I don't need the spotlight, I just need the ball !</w:t>
      </w:r>
      <w:r>
        <w:br/>
      </w:r>
      <w:r>
        <w:t>It's an easy TWO !!</w:t>
      </w:r>
      <w:r>
        <w:br/>
      </w:r>
      <w:r>
        <w:t>Nothing but NET !</w:t>
      </w:r>
      <w:r>
        <w:br/>
      </w:r>
      <w:r>
        <w:t>Pass....Shoot....Score !</w:t>
      </w:r>
      <w:r>
        <w:br/>
      </w:r>
      <w:r>
        <w:t>Poppin' the three...!</w:t>
      </w:r>
      <w:r>
        <w:br/>
      </w:r>
      <w:r>
        <w:t>Rip it !</w:t>
      </w:r>
      <w:r>
        <w:br/>
      </w:r>
      <w:r>
        <w:t>Slam...DUNK !</w:t>
      </w:r>
      <w:r>
        <w:br/>
      </w:r>
      <w:r>
        <w:t>SWISH !</w:t>
      </w:r>
      <w:r>
        <w:br/>
      </w:r>
      <w:r>
        <w:t>Take it to the hoop !</w:t>
      </w:r>
      <w:r>
        <w:br/>
      </w:r>
      <w:r>
        <w:t>Taking it home !</w:t>
      </w:r>
      <w:r>
        <w:br/>
      </w:r>
      <w:r>
        <w:t>There are two things in life:  Basketball and more BASKETBALL !!</w:t>
      </w:r>
      <w:r>
        <w:br/>
      </w:r>
      <w:r>
        <w:t>Time to put your bonnets on girls !!</w:t>
      </w:r>
      <w:r>
        <w:br/>
      </w:r>
      <w:r>
        <w:t>To "air" is human !</w:t>
      </w:r>
    </w:p>
    <w:p>
      <w:pPr>
        <w:pStyle w:val="Heading2"/>
      </w:pPr>
      <w:r>
        <w:t>Beach</w:t>
      </w:r>
    </w:p>
    <w:p>
      <w:r>
        <w:t>A Day at the Beach</w:t>
      </w:r>
      <w:r>
        <w:br/>
      </w:r>
      <w:r>
        <w:t>Beach Baby /Bum /Comber</w:t>
      </w:r>
      <w:r>
        <w:br/>
      </w:r>
      <w:r>
        <w:t>Beach Blanket Nap</w:t>
      </w:r>
      <w:r>
        <w:br/>
      </w:r>
      <w:r>
        <w:t>Bikini Brigade</w:t>
      </w:r>
      <w:r>
        <w:br/>
      </w:r>
      <w:r>
        <w:t>Castles in the Sand</w:t>
      </w:r>
      <w:r>
        <w:br/>
      </w:r>
      <w:r>
        <w:t>Catch a Wave and your sitting on top of the world - Beach Boys</w:t>
      </w:r>
      <w:r>
        <w:br/>
      </w:r>
      <w:r>
        <w:t>Catchin' Some Rays/Waves</w:t>
      </w:r>
      <w:r>
        <w:br/>
      </w:r>
      <w:r>
        <w:t>Coastal Craze</w:t>
      </w:r>
      <w:r>
        <w:br/>
      </w:r>
      <w:r>
        <w:t>Dare Devil</w:t>
      </w:r>
      <w:r>
        <w:br/>
      </w:r>
      <w:r>
        <w:t>Down by the Bay</w:t>
      </w:r>
      <w:r>
        <w:br/>
      </w:r>
      <w:r>
        <w:t>Hangin' on for Dear Life</w:t>
      </w:r>
      <w:r>
        <w:br/>
      </w:r>
      <w:r>
        <w:t>Having a Sand-sational Time</w:t>
      </w:r>
      <w:r>
        <w:br/>
      </w:r>
      <w:r>
        <w:t>Heaven seems a little closer when your house is near the water.</w:t>
      </w:r>
      <w:r>
        <w:br/>
      </w:r>
      <w:r>
        <w:t>If my dreams could all come true paradise would be - in a little bungalow - somewhere by the sea.</w:t>
      </w:r>
      <w:r>
        <w:br/>
      </w:r>
      <w:r>
        <w:t>If you're lucky enough to be at the beach you're lucky enough.</w:t>
      </w:r>
      <w:r>
        <w:br/>
      </w:r>
      <w:r>
        <w:t>I've got my toes in the sand</w:t>
      </w:r>
      <w:r>
        <w:br/>
      </w:r>
      <w:r>
        <w:t>Let's go surfin' now - everybody's learnin' how. - Beach Boys</w:t>
      </w:r>
      <w:r>
        <w:br/>
      </w:r>
      <w:r>
        <w:t>Life's a Beach / Life is the Beach</w:t>
      </w:r>
      <w:r>
        <w:br/>
      </w:r>
      <w:r>
        <w:t>Making Waves</w:t>
      </w:r>
      <w:r>
        <w:br/>
      </w:r>
      <w:r>
        <w:t>Our little Mermaid</w:t>
      </w:r>
      <w:r>
        <w:br/>
      </w:r>
      <w:r>
        <w:t>The Ride of your Life</w:t>
      </w:r>
      <w:r>
        <w:br/>
      </w:r>
      <w:r>
        <w:t>Remember that you can't stop the waves, but you can learn to surf.</w:t>
      </w:r>
      <w:r>
        <w:br/>
      </w:r>
      <w:r>
        <w:t>Sand Castling</w:t>
      </w:r>
      <w:r>
        <w:br/>
      </w:r>
      <w:r>
        <w:t>Sand-Tastic / Sand-Sational</w:t>
      </w:r>
      <w:r>
        <w:br/>
      </w:r>
      <w:r>
        <w:t>Sandy Claws (cat or dog in the sand)</w:t>
      </w:r>
      <w:r>
        <w:br/>
      </w:r>
      <w:r>
        <w:t>Seashells by the Seashore</w:t>
      </w:r>
      <w:r>
        <w:br/>
      </w:r>
      <w:r>
        <w:t>Seaside Treasures</w:t>
      </w:r>
      <w:r>
        <w:br/>
      </w:r>
      <w:r>
        <w:t>Sea, sand and surf</w:t>
      </w:r>
      <w:r>
        <w:br/>
      </w:r>
      <w:r>
        <w:t>SINK or SWIM</w:t>
      </w:r>
      <w:r>
        <w:br/>
      </w:r>
      <w:r>
        <w:t>Sittin' on Top of the World - Beach Boys</w:t>
      </w:r>
      <w:r>
        <w:br/>
      </w:r>
      <w:r>
        <w:t>Sittin' on the Dock of the Bay, wastin' time. - Otis Redding</w:t>
      </w:r>
      <w:r>
        <w:br/>
      </w:r>
      <w:r>
        <w:t>Sunbathing Beauties</w:t>
      </w:r>
      <w:r>
        <w:br/>
      </w:r>
      <w:r>
        <w:t>Surfin' Safari - Beach Boys</w:t>
      </w:r>
      <w:r>
        <w:br/>
      </w:r>
      <w:r>
        <w:t>Surf's Up</w:t>
      </w:r>
      <w:r>
        <w:br/>
      </w:r>
      <w:r>
        <w:t>Treasures from the Sea (sea shell hunting)</w:t>
      </w:r>
      <w:r>
        <w:br/>
      </w:r>
      <w:r>
        <w:t>Under the Sea</w:t>
      </w:r>
      <w:r>
        <w:br/>
      </w:r>
      <w:r>
        <w:t>Under the Water and Beneath the Waves</w:t>
      </w:r>
      <w:r>
        <w:br/>
      </w:r>
      <w:r>
        <w:t>Water Wars</w:t>
      </w:r>
      <w:r>
        <w:br/>
      </w:r>
      <w:r>
        <w:t>Wild and Wacky Water</w:t>
      </w:r>
    </w:p>
    <w:p>
      <w:pPr>
        <w:pStyle w:val="Heading2"/>
      </w:pPr>
      <w:r>
        <w:t>Beauticians</w:t>
      </w:r>
    </w:p>
    <w:p>
      <w:r>
        <w:t>A good man might be hard to find, but a good hairdresser is next to impossible.</w:t>
      </w:r>
      <w:r>
        <w:br/>
      </w:r>
      <w:r>
        <w:t>Beauty is only skin deep.</w:t>
      </w:r>
      <w:r>
        <w:br/>
      </w:r>
      <w:r>
        <w:t>Hairstylists are a cut above !</w:t>
      </w:r>
      <w:r>
        <w:br/>
      </w:r>
      <w:r>
        <w:t>Hairstylist are a shear delight !!</w:t>
      </w:r>
      <w:r>
        <w:br/>
      </w:r>
      <w:r>
        <w:t>Hair today....gone tomorrow !!</w:t>
      </w:r>
      <w:r>
        <w:br/>
      </w:r>
      <w:r>
        <w:t>Hairdressers do it with style.</w:t>
      </w:r>
      <w:r>
        <w:br/>
      </w:r>
      <w:r>
        <w:t>Hairstylists are a "shear" pleasure !</w:t>
      </w:r>
      <w:r>
        <w:br/>
      </w:r>
      <w:r>
        <w:t>How can I control my life when I can't control my hair ?</w:t>
      </w:r>
      <w:r>
        <w:br/>
      </w:r>
      <w:r>
        <w:t>How old you are is your business...How young you look is our business...!!</w:t>
      </w:r>
      <w:r>
        <w:br/>
      </w:r>
      <w:r>
        <w:t>If your hair is unbecoming to see....then maybe you should be coming to me!"</w:t>
      </w:r>
      <w:r>
        <w:br/>
      </w:r>
      <w:r>
        <w:t>I'm a beautician....I can tell you stories that will curl your hair !</w:t>
      </w:r>
      <w:r>
        <w:br/>
      </w:r>
      <w:r>
        <w:t>I'm a beautician...not a magician..!!!</w:t>
      </w:r>
      <w:r>
        <w:br/>
      </w:r>
      <w:r>
        <w:t>This is a comb....not a magic wand !!</w:t>
      </w:r>
      <w:r>
        <w:br/>
      </w:r>
      <w:r>
        <w:t>We curl up and dye for you !!</w:t>
      </w:r>
      <w:r>
        <w:br/>
      </w:r>
      <w:r>
        <w:t>We tease to please!</w:t>
      </w:r>
    </w:p>
    <w:p>
      <w:pPr>
        <w:pStyle w:val="Heading2"/>
      </w:pPr>
      <w:r>
        <w:t>Bingo</w:t>
      </w:r>
    </w:p>
    <w:p>
      <w:r>
        <w:t>A Bingo Players Prayer:</w:t>
      </w:r>
    </w:p>
    <w:p>
      <w:r>
        <w:t>As I lay me down to slumber, All I need is one more number.  When to the next game I go, I pray the Lord I yell....BINGO !</w:t>
      </w:r>
    </w:p>
    <w:p>
      <w:r>
        <w:t>Bingo....It's a religion.  They play it in churches....don't they??</w:t>
      </w:r>
    </w:p>
    <w:p>
      <w:r>
        <w:t>I only play bingo on days that end in Y...</w:t>
      </w:r>
    </w:p>
    <w:p>
      <w:r>
        <w:t>Happiness is Yelling B I N G O...!!!</w:t>
      </w:r>
    </w:p>
    <w:p>
      <w:r>
        <w:t>"My husband said to choose between him and bingo.  I'm gonna miss that man !!".</w:t>
      </w:r>
    </w:p>
    <w:p>
      <w:r>
        <w:t>Was there life B-4 Bingo ?!?!?!</w:t>
      </w:r>
    </w:p>
    <w:p>
      <w:r>
        <w:t>Way to Go !!  BINGO !!</w:t>
      </w:r>
    </w:p>
    <w:p>
      <w:r>
        <w:t>When the chips are down....yell BINGO !!</w:t>
      </w:r>
    </w:p>
    <w:p>
      <w:pPr>
        <w:pStyle w:val="Heading2"/>
      </w:pPr>
      <w:r>
        <w:t>Hairdressers</w:t>
      </w:r>
    </w:p>
    <w:p>
      <w:r>
        <w:t>A good man might be hard to find, but a good hairdresser is next to impossible.</w:t>
      </w:r>
    </w:p>
    <w:p>
      <w:r>
        <w:t>Hairstylists are a cut above !</w:t>
      </w:r>
    </w:p>
    <w:p>
      <w:r>
        <w:t>Hairstylist are a shear delight !!</w:t>
      </w:r>
    </w:p>
    <w:p>
      <w:r>
        <w:t>Hair today....gone tomorrow !!</w:t>
      </w:r>
    </w:p>
    <w:p>
      <w:r>
        <w:t>Hairdressers do it with style.</w:t>
      </w:r>
    </w:p>
    <w:p>
      <w:r>
        <w:t>Hairstylists are a "shear" pleasure !</w:t>
      </w:r>
    </w:p>
    <w:p>
      <w:r>
        <w:t>How can I control my life when I can't control my hair ?</w:t>
      </w:r>
    </w:p>
    <w:p>
      <w:r>
        <w:t>How old you are is your business...How young you look is our business...!!</w:t>
      </w:r>
    </w:p>
    <w:p>
      <w:r>
        <w:t>If your hair is unbecoming to see....then maybe you should be coming to me!"</w:t>
      </w:r>
    </w:p>
    <w:p>
      <w:r>
        <w:t>I'm a beautician....I can tell you stories that will curl your hair !</w:t>
      </w:r>
    </w:p>
    <w:p>
      <w:r>
        <w:t>I'm a beautician...not a magician..!!!</w:t>
      </w:r>
    </w:p>
    <w:p>
      <w:r>
        <w:t>This is a comb....not a magic wand !!</w:t>
      </w:r>
    </w:p>
    <w:p>
      <w:r>
        <w:t>We curl up and dye for you !!</w:t>
      </w:r>
    </w:p>
    <w:p>
      <w:r>
        <w:t>We tease to please!</w:t>
      </w:r>
    </w:p>
    <w:p>
      <w:pPr>
        <w:pStyle w:val="Heading2"/>
      </w:pPr>
      <w:r>
        <w:t>Harley Davidson</w:t>
      </w:r>
    </w:p>
    <w:p>
      <w:r>
        <w:t>Born to ride my Harley...Forced to work !!!</w:t>
      </w:r>
      <w:r>
        <w:br/>
      </w:r>
      <w:r>
        <w:t>Dirt roads teach patience.</w:t>
      </w:r>
      <w:r>
        <w:br/>
      </w:r>
      <w:r>
        <w:t>Harley Davidson Repair Shop "will work for beer"</w:t>
      </w:r>
      <w:r>
        <w:br/>
      </w:r>
      <w:r>
        <w:t>If she won't agree to be my babe...My bike will take her place.</w:t>
      </w:r>
      <w:r>
        <w:br/>
      </w:r>
      <w:r>
        <w:t>If you can read this......she fell off !  (back of a t-shirt)</w:t>
      </w:r>
      <w:r>
        <w:br/>
      </w:r>
      <w:r>
        <w:t>If you want to ride a couch...stay home.</w:t>
      </w:r>
      <w:r>
        <w:br/>
      </w:r>
      <w:r>
        <w:t>It's not the destination, it's the journey !</w:t>
      </w:r>
      <w:r>
        <w:br/>
      </w:r>
      <w:r>
        <w:t>Keep the faith...Ride safe !</w:t>
      </w:r>
      <w:r>
        <w:br/>
      </w:r>
      <w:r>
        <w:t>Live to ride, ride to eat !!</w:t>
      </w:r>
      <w:r>
        <w:br/>
      </w:r>
      <w:r>
        <w:t>Live to Ride...Ride to Live !!</w:t>
      </w:r>
      <w:r>
        <w:br/>
      </w:r>
      <w:r>
        <w:t>Ride a Hog....Forever Free !!</w:t>
      </w:r>
      <w:r>
        <w:br/>
      </w:r>
      <w:r>
        <w:t>To ride or not to ride...THAT is a stupid question !!</w:t>
      </w:r>
    </w:p>
    <w:p>
      <w:pPr>
        <w:pStyle w:val="Heading2"/>
      </w:pPr>
      <w:r>
        <w:t>Hockey</w:t>
      </w:r>
    </w:p>
    <w:p>
      <w:r>
        <w:t>Be kind to animals...hug a hockey player !</w:t>
      </w:r>
      <w:r>
        <w:br/>
      </w:r>
      <w:r>
        <w:t>Chicks with Sticks !!</w:t>
      </w:r>
      <w:r>
        <w:br/>
      </w:r>
      <w:r>
        <w:t>Give blood...play Hockey !!</w:t>
      </w:r>
      <w:r>
        <w:br/>
      </w:r>
      <w:r>
        <w:t>Here's a buck, maybe you can buy a goal !!</w:t>
      </w:r>
      <w:r>
        <w:br/>
      </w:r>
      <w:r>
        <w:t>Hit someone, anyone, everyone !!</w:t>
      </w:r>
      <w:r>
        <w:br/>
      </w:r>
      <w:r>
        <w:t>Hockey is Life !</w:t>
      </w:r>
      <w:r>
        <w:br/>
      </w:r>
      <w:r>
        <w:t>Know Hockey, Know Life...No Hockey, No Life...</w:t>
      </w:r>
      <w:r>
        <w:br/>
      </w:r>
      <w:r>
        <w:t>Passing the puck makes bad players good and good players great !!</w:t>
      </w:r>
      <w:r>
        <w:br/>
      </w:r>
      <w:r>
        <w:t>Skate Hard...Play Hard...Win Hard !!!</w:t>
      </w:r>
      <w:r>
        <w:br/>
      </w:r>
      <w:r>
        <w:t>Support your local hospital...play hockey !!</w:t>
      </w:r>
      <w:r>
        <w:br/>
      </w:r>
      <w:r>
        <w:t>The goalies best friend:  the post</w:t>
      </w:r>
      <w:r>
        <w:br/>
      </w:r>
      <w:r>
        <w:t>The hockey players biggest fan...the dentist !!</w:t>
      </w:r>
      <w:r>
        <w:br/>
      </w:r>
      <w:r>
        <w:t>The puck stops here.   (for goalie !)</w:t>
      </w:r>
    </w:p>
    <w:p>
      <w:pPr>
        <w:pStyle w:val="Heading2"/>
      </w:pPr>
      <w:r>
        <w:t>Mechanical</w:t>
      </w:r>
    </w:p>
    <w:p>
      <w:r>
        <w:t>A power mower is a small vehicle that gives the least mileage -  only one yard to the gallon.</w:t>
      </w:r>
      <w:r>
        <w:br/>
      </w:r>
      <w:r>
        <w:t>Washing machines only break down during the wash cycle.</w:t>
      </w:r>
      <w:r>
        <w:br/>
      </w:r>
      <w:r>
        <w:t>The only way you can pass speeding motorists at a safe distance is to travel by plane.</w:t>
      </w:r>
      <w:r>
        <w:br/>
      </w:r>
      <w:r>
        <w:t>If necessity is the mother of invention, how do all the unnecessary gadgets get invented?</w:t>
      </w:r>
      <w:r>
        <w:br/>
      </w:r>
      <w:r>
        <w:t>Traffic signals in New York are just rough guidelines.</w:t>
      </w:r>
      <w:r>
        <w:br/>
      </w:r>
      <w:r>
        <w:t>Ask not what your computer can do for you, but what you can do for your computer.</w:t>
      </w:r>
      <w:r>
        <w:br/>
      </w:r>
      <w:r>
        <w:t>Cars are constantly being improved with more horsepower under the hood instead of more horse sense behind the wheel.</w:t>
      </w:r>
      <w:r>
        <w:br/>
      </w:r>
      <w:r>
        <w:t>The most exasperating car trouble is when the engine won't start and the payments won't stop.</w:t>
      </w:r>
      <w:r>
        <w:br/>
      </w:r>
      <w:r>
        <w:t>The hardness of the butter is directly proportional to the softness of the bread.</w:t>
      </w:r>
      <w:r>
        <w:br/>
      </w:r>
      <w:r>
        <w:t>The shortest distance between two points is always under construction.</w:t>
      </w:r>
      <w:r>
        <w:br/>
      </w:r>
      <w:r>
        <w:t>Everything happens at once.</w:t>
      </w:r>
    </w:p>
    <w:p>
      <w:pPr>
        <w:pStyle w:val="Heading2"/>
      </w:pPr>
      <w:r>
        <w:t>Military</w:t>
      </w:r>
    </w:p>
    <w:p>
      <w:r>
        <w:t>Sailor! Do you put your feet up on the furniture at home?” the officer demanded. “No, sir, but it's not the same thing, is it?” “What do you mean, 'not the same'?” “Well, we don't land airplanes on our roof at home either!”</w:t>
      </w:r>
    </w:p>
    <w:p>
      <w:r>
        <w:t>If it's stupid but works, it isn't stupid.</w:t>
      </w:r>
    </w:p>
    <w:p>
      <w:r>
        <w:t>If the enemy is in range, so are you.</w:t>
      </w:r>
    </w:p>
    <w:p>
      <w:r>
        <w:t>The difficult we do immediately. The impossible takes a little while longer. - U.S. Navy Seabees</w:t>
      </w:r>
    </w:p>
    <w:p>
      <w:r>
        <w:t>It is generally inadvisable to eject directly over the area you just bombed.</w:t>
      </w:r>
    </w:p>
    <w:p>
      <w:r>
        <w:t>Whoever said the pen is mightier than the sword obviously never encountered automatic weapons!</w:t>
      </w:r>
    </w:p>
    <w:p>
      <w:r>
        <w:t>If God had meant for us to be in the Army, we would have been born with green, baggy skin.</w:t>
      </w:r>
    </w:p>
    <w:p>
      <w:r>
        <w:t>Try to look unimportant, they may be low on ammo.</w:t>
      </w:r>
    </w:p>
    <w:p>
      <w:r>
        <w:t>“You, you, and you: Panic. The rest of you, come with me.”</w:t>
      </w:r>
    </w:p>
    <w:p>
      <w:r>
        <w:t>Odd objects attract fire - never lurk behind one.</w:t>
      </w:r>
    </w:p>
    <w:p>
      <w:r>
        <w:t>Incoming fire has the right of way.</w:t>
      </w:r>
    </w:p>
    <w:p>
      <w:r>
        <w:t>Don't look conspicuous: it draws fire.</w:t>
      </w:r>
    </w:p>
    <w:p>
      <w:r>
        <w:t>Five second fuses only last three seconds.</w:t>
      </w:r>
    </w:p>
    <w:p>
      <w:r>
        <w:t>Who *cares* if a laser guided 500 lb bomb is accurate to within 9 feet?</w:t>
      </w:r>
    </w:p>
    <w:p>
      <w:r>
        <w:t>The easy way is always mined.</w:t>
      </w:r>
    </w:p>
    <w:p>
      <w:r>
        <w:t>Don't ever be the first, don't ever be the last and don't ever volunteer to do anything.</w:t>
      </w:r>
    </w:p>
    <w:p>
      <w:r>
        <w:t>Never share a fox hole with anyone braver than you.</w:t>
      </w:r>
    </w:p>
    <w:p>
      <w:r>
        <w:t>Bravery is being the only one who knows you're afraid.</w:t>
      </w:r>
    </w:p>
    <w:p>
      <w:r>
        <w:t>If your attack is going well, you have walked into an ambush.</w:t>
      </w:r>
    </w:p>
    <w:p>
      <w:r>
        <w:t>Never trust a private with a loaded weapon, or an officer with a map.</w:t>
      </w:r>
    </w:p>
    <w:p>
      <w:r>
        <w:t>Teamwork is essential; it gives the enemy someone else to shoot at.</w:t>
      </w:r>
    </w:p>
    <w:p>
      <w:r>
        <w:t>Push to test... Release to detonate.</w:t>
      </w:r>
    </w:p>
    <w:p>
      <w:r>
        <w:t>There is no such thing as an atheist in a foxhole.</w:t>
      </w:r>
    </w:p>
    <w:p>
      <w:r>
        <w:t>No combat ready unit has ever passed inspection.</w:t>
      </w:r>
    </w:p>
    <w:p>
      <w:r>
        <w:t>Make it too tough for the enemy to get in and you can't get out.</w:t>
      </w:r>
    </w:p>
    <w:p>
      <w:r>
        <w:t>Any ship can be a minesweeper... once.</w:t>
      </w:r>
    </w:p>
    <w:p>
      <w:r>
        <w:t>Never tell the Platoon Sergeant you have nothing to do.</w:t>
      </w:r>
    </w:p>
    <w:p>
      <w:r>
        <w:t>The more you sweat in peace, the less you bleed in war.</w:t>
      </w:r>
    </w:p>
    <w:p>
      <w:r>
        <w:t>Don't draw fire, it irritates the people around you.</w:t>
      </w:r>
    </w:p>
    <w:p>
      <w:r>
        <w:t>The enemy invariably attacks on one of two occasions: 1. When you're ready for them. 2. When you're not ready for them.</w:t>
      </w:r>
    </w:p>
    <w:p>
      <w:r>
        <w:t>Combat will occur on the ground between two adjoining maps.</w:t>
      </w:r>
    </w:p>
    <w:p>
      <w:r>
        <w:t>Friendly fire - isn't.</w:t>
      </w:r>
    </w:p>
    <w:p>
      <w:r>
        <w:t>Sometimes I think war is God's way of teaching us geography. - Paul Rodriguez</w:t>
      </w:r>
    </w:p>
    <w:p>
      <w:r>
        <w:t>The side with the simplest uniforms wins.</w:t>
      </w:r>
    </w:p>
    <w:p>
      <w:r>
        <w:t>When you're short of everything but the enemy, you're in combat.</w:t>
      </w:r>
    </w:p>
    <w:p>
      <w:r>
        <w:t>Mines are equal opportunity weapons.</w:t>
      </w:r>
    </w:p>
    <w:p>
      <w:r>
        <w:t>We are not retreating, we are advancing in another direction.</w:t>
      </w:r>
    </w:p>
    <w:p>
      <w:pPr>
        <w:pStyle w:val="Heading2"/>
      </w:pPr>
      <w:r>
        <w:t>Nurses</w:t>
      </w:r>
    </w:p>
    <w:p>
      <w:r>
        <w:t>LPN: means loving person near</w:t>
      </w:r>
    </w:p>
    <w:p>
      <w:r>
        <w:t>LPN:  Low Paid Nurse</w:t>
      </w:r>
    </w:p>
    <w:p>
      <w:r>
        <w:t>Nurses are I.V. Leaguers</w:t>
      </w:r>
    </w:p>
    <w:p>
      <w:r>
        <w:t>Nurses are the cure-all !</w:t>
      </w:r>
    </w:p>
    <w:p>
      <w:r>
        <w:t>Nurses call the SHOTS !</w:t>
      </w:r>
    </w:p>
    <w:p>
      <w:r>
        <w:t>Nurses give Intensive Care</w:t>
      </w:r>
    </w:p>
    <w:p>
      <w:r>
        <w:t>Nurses have a lot of patients.</w:t>
      </w:r>
    </w:p>
    <w:p>
      <w:r>
        <w:t>Nursing is the gentle art of caring.</w:t>
      </w:r>
    </w:p>
    <w:p>
      <w:r>
        <w:t>Nursing is a work of Heart !</w:t>
      </w:r>
    </w:p>
    <w:p>
      <w:r>
        <w:t>Nurses are Angels in comfortable shoes.</w:t>
      </w:r>
    </w:p>
    <w:p>
      <w:r>
        <w:t>RN means.....real nice !</w:t>
      </w:r>
    </w:p>
    <w:p>
      <w:pPr>
        <w:pStyle w:val="Heading2"/>
      </w:pPr>
      <w:r>
        <w:t>Outdoor</w:t>
      </w:r>
    </w:p>
    <w:p>
      <w:r>
        <w:t>Back to Nature</w:t>
      </w:r>
    </w:p>
    <w:p>
      <w:r>
        <w:t>Burnt Offerings</w:t>
      </w:r>
    </w:p>
    <w:p>
      <w:r>
        <w:t>Happy Trails to You</w:t>
      </w:r>
    </w:p>
    <w:p>
      <w:r>
        <w:t>Take a Hike</w:t>
      </w:r>
    </w:p>
    <w:p>
      <w:r>
        <w:t>The Great Outdoors</w:t>
      </w:r>
    </w:p>
    <w:p>
      <w:pPr>
        <w:pStyle w:val="Heading2"/>
      </w:pPr>
      <w:r>
        <w:t>Outdoor – Boating</w:t>
      </w:r>
    </w:p>
    <w:p>
      <w:r>
        <w:t>When launching a boat, always back the boat into the water. Pulling the boat into the water can really mess up your carburetor.</w:t>
      </w:r>
    </w:p>
    <w:p>
      <w:r>
        <w:t>When water-skiing, never allow a feisty duck to hitch a ride on your skis.</w:t>
      </w:r>
    </w:p>
    <w:p>
      <w:r>
        <w:t>Always stay at least five boat-lengths behind the whale in front of you.</w:t>
      </w:r>
    </w:p>
    <w:p>
      <w:r>
        <w:t>While sinking to the bottom of a lake or ocean, screaming does not help.</w:t>
      </w:r>
    </w:p>
    <w:p>
      <w:r>
        <w:t>When boating, always wear a swimsuit with suspenders. This makes it easier on the guys with the grappling hook when they're trying to retrieve your body.</w:t>
      </w:r>
    </w:p>
    <w:p>
      <w:r>
        <w:t>Drowning can cause severe shortness of breath. And you don't even want to think about what it does to your complexion.</w:t>
      </w:r>
    </w:p>
    <w:p>
      <w:r>
        <w:t>Always wear a life jacket in case you fall overboard. Also, it's a good idea to take along something to read, in case you're swallowed by a whale. Most whales seem to enjoy Moby Dick.</w:t>
      </w:r>
    </w:p>
    <w:p>
      <w:pPr>
        <w:pStyle w:val="Heading2"/>
      </w:pPr>
      <w:r>
        <w:t>Outdoor - Hunting</w:t>
      </w:r>
    </w:p>
    <w:p>
      <w:r>
        <w:t>A hunter will do anything for a buck !</w:t>
      </w:r>
      <w:r>
        <w:br/>
      </w:r>
      <w:r>
        <w:t>Early to bed.   Early to rise.  Hunt all day.  Make up lies.</w:t>
      </w:r>
      <w:r>
        <w:br/>
      </w:r>
      <w:r>
        <w:t>Future Hunter (This would be cute for a sign for a "future hunter")</w:t>
      </w:r>
      <w:r>
        <w:br/>
      </w:r>
      <w:r>
        <w:t>Gone huntin'....be back at dark thirty !!!</w:t>
      </w:r>
      <w:r>
        <w:br/>
      </w:r>
      <w:r>
        <w:t>Gone huntin'....Lookin' for Old Tom (this is a sign I have seen for those turkey hunters)</w:t>
      </w:r>
      <w:r>
        <w:br/>
      </w:r>
      <w:r>
        <w:t>Gone Huntin'....in pursuit of the Elusive White Tail !!</w:t>
      </w:r>
      <w:r>
        <w:br/>
      </w:r>
      <w:r>
        <w:t>I'd rather be Deer Hunting !!</w:t>
      </w:r>
      <w:r>
        <w:br/>
      </w:r>
      <w:r>
        <w:t>One old hunter and The Dear of his life live here.</w:t>
      </w:r>
      <w:r>
        <w:br/>
      </w:r>
      <w:r>
        <w:t>Tag 'em and Bag 'em !!</w:t>
      </w:r>
      <w:r>
        <w:br/>
      </w:r>
      <w:r>
        <w:t>We interrupt this marriage for hunting season .</w:t>
      </w:r>
      <w:r>
        <w:br/>
      </w:r>
      <w:r>
        <w:t>When I die, bury me in the woods ...So my husband will hunt for me.</w:t>
      </w:r>
      <w:r>
        <w:br/>
      </w:r>
      <w:r>
        <w:t>Hunters will do anything for a buck.</w:t>
      </w:r>
    </w:p>
    <w:p>
      <w:r>
        <w:t>Ready...Aim..</w:t>
      </w:r>
    </w:p>
    <w:p>
      <w:r>
        <w:t>When I die, bury me in the woods so my husband will hunt for me!</w:t>
      </w:r>
    </w:p>
    <w:p>
      <w:pPr>
        <w:pStyle w:val="Heading2"/>
      </w:pPr>
      <w:r>
        <w:t>Outdoor – Fishing</w:t>
      </w:r>
    </w:p>
    <w:p>
      <w:r>
        <w:t>A wife and a steady job have ruined many a good fisherman.</w:t>
      </w:r>
    </w:p>
    <w:p>
      <w:r>
        <w:t>Rise &amp; Shine.  It's fishing time!</w:t>
      </w:r>
    </w:p>
    <w:p>
      <w:r>
        <w:t>Even if you've been fishing for 3 hours and haven't gotten anything except poison ivy and a sunburn, you're still better off than the worm.</w:t>
      </w:r>
    </w:p>
    <w:p>
      <w:r>
        <w:t>Ahh Retirement!  Fishing yesterday, fishing today, fishing tomorrow!</w:t>
      </w:r>
    </w:p>
    <w:p>
      <w:r>
        <w:t>Take up a reel sport. . . Fishing!</w:t>
      </w:r>
    </w:p>
    <w:p>
      <w:r>
        <w:t>Fishing permit required but a worm works better.</w:t>
      </w:r>
    </w:p>
    <w:p>
      <w:r>
        <w:t>Fish scales lie.</w:t>
      </w:r>
    </w:p>
    <w:p>
      <w:r>
        <w:t>If people concentrated on the really important stuff in life, there'd be a shortage of fishing poles.</w:t>
      </w:r>
    </w:p>
    <w:p>
      <w:r>
        <w:t>I never caught a fish I didn't like.</w:t>
      </w:r>
    </w:p>
    <w:p>
      <w:r>
        <w:t>You get a line, I'll get a pole and we'll meet down at the old fishing hole.</w:t>
      </w:r>
    </w:p>
    <w:p>
      <w:r>
        <w:t>When life is floundering, its time to go fishing.</w:t>
      </w:r>
    </w:p>
    <w:p>
      <w:r>
        <w:t>My wife says if I go fishing one more time she's leaving.  I'm sure gonna miss her!</w:t>
      </w:r>
    </w:p>
    <w:p>
      <w:r>
        <w:t>I came. I saw. I went fishing.</w:t>
      </w:r>
    </w:p>
    <w:p>
      <w:r>
        <w:t>Thy rod and thy reel comfort me.</w:t>
      </w:r>
    </w:p>
    <w:p>
      <w:r>
        <w:t>Fishing is a tough job, but I'm willing to tackle it!</w:t>
      </w:r>
    </w:p>
    <w:p>
      <w:r>
        <w:t>There's a fine line between fishing and just standing on the shore like an idiot.</w:t>
      </w:r>
    </w:p>
    <w:p>
      <w:r>
        <w:t>Fishing is cheaper than a psychiatrist.</w:t>
      </w:r>
    </w:p>
    <w:p>
      <w:r>
        <w:t>A reel fisherman can tackle anything that bobs along.</w:t>
      </w:r>
    </w:p>
    <w:p>
      <w:r>
        <w:t>Eating it and Loving it!</w:t>
      </w:r>
    </w:p>
    <w:p>
      <w:r>
        <w:t>Fish tremble when they hear my name.</w:t>
      </w:r>
    </w:p>
    <w:p>
      <w:r>
        <w:t>Grandpa, Michael, and the fish makes 3!</w:t>
      </w:r>
    </w:p>
    <w:p>
      <w:r>
        <w:t>Hook, Line and Sinker</w:t>
      </w:r>
    </w:p>
    <w:p>
      <w:r>
        <w:t>Something's Fishy</w:t>
      </w:r>
    </w:p>
    <w:p>
      <w:r>
        <w:t>This takes guts (cleaning fish)</w:t>
      </w:r>
    </w:p>
    <w:p>
      <w:r>
        <w:t>We Bearly Caught Anything</w:t>
      </w:r>
    </w:p>
    <w:p>
      <w:r>
        <w:t>You catch-em, You clean-em</w:t>
      </w:r>
    </w:p>
    <w:p>
      <w:pPr>
        <w:pStyle w:val="Heading2"/>
      </w:pPr>
      <w:r>
        <w:t>Patriotic</w:t>
      </w:r>
    </w:p>
    <w:p>
      <w:r>
        <w:t>All the great things are simple, and many can be expressed in a single word: freedom, justice, honor, duty, mercy, hope. (Winston Churchill)</w:t>
      </w:r>
    </w:p>
    <w:p>
      <w:r>
        <w:t>America the Beautiful !</w:t>
      </w:r>
    </w:p>
    <w:p>
      <w:r>
        <w:t>Bad officials are elected by good citizens who do not vote.</w:t>
      </w:r>
    </w:p>
    <w:p>
      <w:r>
        <w:t>Bless my America !</w:t>
      </w:r>
    </w:p>
    <w:p>
      <w:r>
        <w:t>God bless America....please hurry !</w:t>
      </w:r>
    </w:p>
    <w:p>
      <w:r>
        <w:t>Home of the Brave</w:t>
      </w:r>
    </w:p>
    <w:p>
      <w:r>
        <w:t>Hurrah for America</w:t>
      </w:r>
    </w:p>
    <w:p>
      <w:r>
        <w:t>Hurray for the Red, White and Blue !!</w:t>
      </w:r>
    </w:p>
    <w:p>
      <w:r>
        <w:t>I can disagree with a word you say, but I'll fight to death your right to say it.</w:t>
      </w:r>
    </w:p>
    <w:p>
      <w:r>
        <w:t>Liberty and Justice for All</w:t>
      </w:r>
    </w:p>
    <w:p>
      <w:r>
        <w:t>No one loves his country for its size of eminence but because it is his own.</w:t>
      </w:r>
    </w:p>
    <w:p>
      <w:r>
        <w:t>Old Glory...Long may she wave !!</w:t>
      </w:r>
    </w:p>
    <w:p>
      <w:r>
        <w:t>One nation....under God</w:t>
      </w:r>
    </w:p>
    <w:p>
      <w:r>
        <w:t>Proud to be an American</w:t>
      </w:r>
    </w:p>
    <w:p>
      <w:r>
        <w:t>Three cheers for the red, white and blue !!</w:t>
      </w:r>
    </w:p>
    <w:p>
      <w:r>
        <w:t>VOTE !! You never know, it might count !</w:t>
      </w:r>
    </w:p>
    <w:p>
      <w:r>
        <w:t>Your a grand old flag !</w:t>
      </w:r>
    </w:p>
    <w:p>
      <w:pPr>
        <w:pStyle w:val="Heading2"/>
      </w:pPr>
      <w:r>
        <w:t>Professions</w:t>
      </w:r>
    </w:p>
    <w:p>
      <w:r>
        <w:t>Accountants</w:t>
      </w:r>
    </w:p>
    <w:p>
      <w:r>
        <w:t>Accountants are top dollar !</w:t>
      </w:r>
    </w:p>
    <w:p>
      <w:r>
        <w:t>Accountants work their assets off !</w:t>
      </w:r>
    </w:p>
    <w:p>
      <w:r>
        <w:t>C.P.A. -- Certified Pain in the A** !!!</w:t>
      </w:r>
    </w:p>
    <w:p>
      <w:r>
        <w:t>I'm an accountant...not a magician !</w:t>
      </w:r>
    </w:p>
    <w:p>
      <w:r>
        <w:t>Old accountants never die, they just lose their balance.</w:t>
      </w:r>
    </w:p>
    <w:p>
      <w:r>
        <w:t>Architects</w:t>
      </w:r>
    </w:p>
    <w:p>
      <w:r>
        <w:t>Old architects never die, they just lose their structures.</w:t>
      </w:r>
    </w:p>
    <w:p>
      <w:r>
        <w:t>Banker</w:t>
      </w:r>
    </w:p>
    <w:p>
      <w:r>
        <w:t>I used to be a banker....but I lost interest .</w:t>
      </w:r>
    </w:p>
    <w:p>
      <w:r>
        <w:t>Old bankers never die, they just lose interest.</w:t>
      </w:r>
    </w:p>
    <w:p>
      <w:r>
        <w:t>Bookkeepers</w:t>
      </w:r>
    </w:p>
    <w:p>
      <w:r>
        <w:t>Old bookkeepers never die, they just lose their figures.</w:t>
      </w:r>
    </w:p>
    <w:p>
      <w:r>
        <w:t>Bosses</w:t>
      </w:r>
    </w:p>
    <w:p>
      <w:r>
        <w:t>Old bosses never die, much as you want them to.</w:t>
      </w:r>
    </w:p>
    <w:p>
      <w:r>
        <w:t>Bus Drivers</w:t>
      </w:r>
    </w:p>
    <w:p>
      <w:r>
        <w:t>Anyone can drive a car but it takes someone special to be a school bus driver.</w:t>
      </w:r>
    </w:p>
    <w:p>
      <w:r>
        <w:t>Bus drivers are the driving force to a good education</w:t>
      </w:r>
    </w:p>
    <w:p>
      <w:r>
        <w:t>Bus drivers are the only people whose troubles are all behind them.</w:t>
      </w:r>
    </w:p>
    <w:p>
      <w:r>
        <w:t>Card Players</w:t>
      </w:r>
    </w:p>
    <w:p>
      <w:r>
        <w:t>Old card players never die.....they just shuffle away !</w:t>
      </w:r>
    </w:p>
    <w:p>
      <w:r>
        <w:t>Carpenters</w:t>
      </w:r>
    </w:p>
    <w:p>
      <w:r>
        <w:t>Carpenters are just plane folks.</w:t>
      </w:r>
    </w:p>
    <w:p>
      <w:r>
        <w:t>Cashiers</w:t>
      </w:r>
    </w:p>
    <w:p>
      <w:r>
        <w:t>Old cashiers never die, they just check out.</w:t>
      </w:r>
    </w:p>
    <w:p>
      <w:r>
        <w:t>Chauffeurs</w:t>
      </w:r>
    </w:p>
    <w:p>
      <w:r>
        <w:t>Old chauffeurs never die, they just lose their drive.</w:t>
      </w:r>
    </w:p>
    <w:p>
      <w:r>
        <w:t>Chemists</w:t>
      </w:r>
    </w:p>
    <w:p>
      <w:r>
        <w:t>Old chemists never die, they just fail to react.</w:t>
      </w:r>
    </w:p>
    <w:p>
      <w:r>
        <w:t>Cleaning People</w:t>
      </w:r>
    </w:p>
    <w:p>
      <w:r>
        <w:t>Old cleaning people never die, they just kick the bucket.</w:t>
      </w:r>
    </w:p>
    <w:p>
      <w:r>
        <w:t>Crafters</w:t>
      </w:r>
    </w:p>
    <w:p>
      <w:r>
        <w:t>Old crafters never die, they just get more bazaar.</w:t>
      </w:r>
    </w:p>
    <w:p>
      <w:r>
        <w:t>Deans</w:t>
      </w:r>
    </w:p>
    <w:p>
      <w:r>
        <w:t>Old deans never die, they just lose their faculties.</w:t>
      </w:r>
    </w:p>
    <w:p>
      <w:r>
        <w:t>Dentists</w:t>
      </w:r>
    </w:p>
    <w:p>
      <w:r>
        <w:t>The Boss of the Floss</w:t>
      </w:r>
    </w:p>
    <w:p>
      <w:r>
        <w:t>Divers</w:t>
      </w:r>
    </w:p>
    <w:p>
      <w:r>
        <w:t>Divers do it underwater !!</w:t>
      </w:r>
    </w:p>
    <w:p>
      <w:r>
        <w:t>Doctors</w:t>
      </w:r>
    </w:p>
    <w:p>
      <w:r>
        <w:t>Doctors do it with Patience !</w:t>
      </w:r>
    </w:p>
    <w:p>
      <w:r>
        <w:t>Old doctors never die, they just lose their patients.</w:t>
      </w:r>
    </w:p>
    <w:p>
      <w:r>
        <w:t>Electricians</w:t>
      </w:r>
    </w:p>
    <w:p>
      <w:r>
        <w:t>Old electricians never die, they just lose contact.</w:t>
      </w:r>
    </w:p>
    <w:p>
      <w:r>
        <w:t>Hardware Engineers</w:t>
      </w:r>
    </w:p>
    <w:p>
      <w:r>
        <w:t>Old hardware engineers never die, they just cache in their chips.</w:t>
      </w:r>
    </w:p>
    <w:p>
      <w:r>
        <w:t>Horticulturists</w:t>
      </w:r>
    </w:p>
    <w:p>
      <w:r>
        <w:t>Old horticulturists never die, they just go to pot.</w:t>
      </w:r>
    </w:p>
    <w:p>
      <w:r>
        <w:t>Investors</w:t>
      </w:r>
    </w:p>
    <w:p>
      <w:r>
        <w:t>Old investors never die, they just roll over.</w:t>
      </w:r>
    </w:p>
    <w:p>
      <w:r>
        <w:t>Journalists</w:t>
      </w:r>
    </w:p>
    <w:p>
      <w:r>
        <w:t>Old journalists never die, they just get de-pressed.</w:t>
      </w:r>
    </w:p>
    <w:p>
      <w:r>
        <w:t>Lawyers</w:t>
      </w:r>
    </w:p>
    <w:p>
      <w:r>
        <w:t>Old lawyers never die, they just lose their appeal.</w:t>
      </w:r>
    </w:p>
    <w:p>
      <w:r>
        <w:t>Mathematicians</w:t>
      </w:r>
    </w:p>
    <w:p>
      <w:r>
        <w:t>Old mathematicians never die, they just disintegrate.</w:t>
      </w:r>
    </w:p>
    <w:p>
      <w:r>
        <w:t>Ministers</w:t>
      </w:r>
    </w:p>
    <w:p>
      <w:r>
        <w:t>Old ministers never die.....they just go out to pastor !</w:t>
      </w:r>
    </w:p>
    <w:p>
      <w:r>
        <w:t>Musicians</w:t>
      </w:r>
    </w:p>
    <w:p>
      <w:r>
        <w:t>Old musicians never die.....they just decompose !</w:t>
      </w:r>
    </w:p>
    <w:p>
      <w:r>
        <w:t>Painters</w:t>
      </w:r>
    </w:p>
    <w:p>
      <w:r>
        <w:t>A painters work is never done.</w:t>
      </w:r>
    </w:p>
    <w:p>
      <w:r>
        <w:t>If I paint fast enough....does it count as aerobic exercise?</w:t>
      </w:r>
    </w:p>
    <w:p>
      <w:r>
        <w:t>There is a time to be born and a time to die. A time to laugh and a time to cry, but there never seems to be enough time to paint.</w:t>
      </w:r>
    </w:p>
    <w:p>
      <w:r>
        <w:t>Photographers</w:t>
      </w:r>
    </w:p>
    <w:p>
      <w:r>
        <w:t>Old photographers never die, they just stop developing.</w:t>
      </w:r>
    </w:p>
    <w:p>
      <w:r>
        <w:t>Pilots</w:t>
      </w:r>
    </w:p>
    <w:p>
      <w:r>
        <w:t>Old pilots never die, they just go to a higher plane.</w:t>
      </w:r>
    </w:p>
    <w:p>
      <w:r>
        <w:t>Pilots are just "plane" people with a special "air" about them !</w:t>
      </w:r>
    </w:p>
    <w:p>
      <w:r>
        <w:t>Policemen</w:t>
      </w:r>
    </w:p>
    <w:p>
      <w:r>
        <w:t>Old policemen never die, they just cop out.</w:t>
      </w:r>
    </w:p>
    <w:p>
      <w:r>
        <w:t>Politicians</w:t>
      </w:r>
    </w:p>
    <w:p>
      <w:r>
        <w:t>Our politicians are in complete control of things It's the situation that's out of hand.</w:t>
      </w:r>
    </w:p>
    <w:p>
      <w:r>
        <w:t>Postmen</w:t>
      </w:r>
    </w:p>
    <w:p>
      <w:r>
        <w:t>Old postmen never die....they just lose their zip !</w:t>
      </w:r>
    </w:p>
    <w:p>
      <w:r>
        <w:t>Printers</w:t>
      </w:r>
    </w:p>
    <w:p>
      <w:r>
        <w:t>Old printers never die, they're just no the type.</w:t>
      </w:r>
    </w:p>
    <w:p>
      <w:r>
        <w:t>Programmers</w:t>
      </w:r>
    </w:p>
    <w:p>
      <w:r>
        <w:t>Old programmers never die, they just branch to a new address.</w:t>
      </w:r>
    </w:p>
    <w:p>
      <w:r>
        <w:t>Psychiatrists</w:t>
      </w:r>
    </w:p>
    <w:p>
      <w:r>
        <w:t>Psychiatrists never die, they just shrink away.</w:t>
      </w:r>
    </w:p>
    <w:p>
      <w:r>
        <w:t>Quarterbacks</w:t>
      </w:r>
    </w:p>
    <w:p>
      <w:r>
        <w:t>Old quarterbacks never die, they just pass away.</w:t>
      </w:r>
    </w:p>
    <w:p>
      <w:r>
        <w:t>Sailors</w:t>
      </w:r>
    </w:p>
    <w:p>
      <w:r>
        <w:t>Old sailors never die, they just get a little dingy.</w:t>
      </w:r>
    </w:p>
    <w:p>
      <w:r>
        <w:t>Secretaries</w:t>
      </w:r>
    </w:p>
    <w:p>
      <w:r>
        <w:t>Secretaries do it by the book.</w:t>
      </w:r>
    </w:p>
    <w:p>
      <w:r>
        <w:t>This isn't a desk....it's a landfill !!</w:t>
      </w:r>
    </w:p>
    <w:p>
      <w:r>
        <w:t>Sewage Workers</w:t>
      </w:r>
    </w:p>
    <w:p>
      <w:r>
        <w:t>Old sewage workers never die, they just waste away.</w:t>
      </w:r>
    </w:p>
    <w:p>
      <w:r>
        <w:t>School Bus Drivers</w:t>
      </w:r>
    </w:p>
    <w:p>
      <w:r>
        <w:t>School Bus Drivers are big wheels !</w:t>
      </w:r>
    </w:p>
    <w:p>
      <w:r>
        <w:t>Skiers</w:t>
      </w:r>
    </w:p>
    <w:p>
      <w:r>
        <w:t>Skiers do it in the water !!</w:t>
      </w:r>
    </w:p>
    <w:p>
      <w:r>
        <w:t>Steel makers</w:t>
      </w:r>
    </w:p>
    <w:p>
      <w:r>
        <w:t>Old steel makers never die, they just lose their temper.</w:t>
      </w:r>
    </w:p>
    <w:p>
      <w:r>
        <w:t>Tanners</w:t>
      </w:r>
    </w:p>
    <w:p>
      <w:r>
        <w:t>Old tanners never die, they just go into hiding.</w:t>
      </w:r>
    </w:p>
    <w:p>
      <w:r>
        <w:t>Taxidermists</w:t>
      </w:r>
    </w:p>
    <w:p>
      <w:r>
        <w:t>Tell me to stuff it....I'm a taxidermist.</w:t>
      </w:r>
    </w:p>
    <w:p>
      <w:r>
        <w:t>"What is the difference between a taxidermist and a tax collector?</w:t>
      </w:r>
      <w:r>
        <w:br/>
      </w:r>
      <w:r>
        <w:t>The taxidermist takes only your skin".  (Mark Twain)</w:t>
      </w:r>
    </w:p>
    <w:p>
      <w:r>
        <w:t>Weatherman</w:t>
      </w:r>
    </w:p>
    <w:p>
      <w:r>
        <w:t>Climate is what you expect...weather is what you get.. !!</w:t>
      </w:r>
    </w:p>
    <w:p>
      <w:pPr>
        <w:pStyle w:val="Heading2"/>
      </w:pPr>
      <w:r>
        <w:t>Sports</w:t>
      </w:r>
    </w:p>
    <w:p>
      <w:r>
        <w:t>Hoop Heaven</w:t>
      </w:r>
    </w:p>
    <w:p>
      <w:r>
        <w:t>Hoop-La</w:t>
      </w:r>
    </w:p>
    <w:p>
      <w:r>
        <w:t>WOW! That was a slam dunk!</w:t>
      </w:r>
    </w:p>
    <w:p>
      <w:r>
        <w:t>That’s 2!</w:t>
      </w:r>
    </w:p>
    <w:p>
      <w:r>
        <w:t>That’s 3!</w:t>
      </w:r>
    </w:p>
    <w:p>
      <w:r>
        <w:t>Jammin’</w:t>
      </w:r>
    </w:p>
    <w:p>
      <w:r>
        <w:t>All Star!</w:t>
      </w:r>
    </w:p>
    <w:p>
      <w:r>
        <w:t>B-Ball!</w:t>
      </w:r>
    </w:p>
    <w:p>
      <w:r>
        <w:t>In a league all your own.</w:t>
      </w:r>
    </w:p>
    <w:p>
      <w:r>
        <w:t>Step up to the plate for a Grand-slam day!</w:t>
      </w:r>
    </w:p>
    <w:p>
      <w:r>
        <w:t>You Gotta Love the Game!</w:t>
      </w:r>
    </w:p>
    <w:p>
      <w:r>
        <w:t>Baseball - The baseball player is up to bat, The pitch is straight and fast.  He swings the bat, "Whack," goes the ball, It whizzes swiftly past.</w:t>
      </w:r>
    </w:p>
    <w:p>
      <w:r>
        <w:t>It’s time to step up to the plate</w:t>
      </w:r>
    </w:p>
    <w:p>
      <w:r>
        <w:t>Go for the whole nine yards.</w:t>
      </w:r>
    </w:p>
    <w:p>
      <w:r>
        <w:t>Time to tackle another year</w:t>
      </w:r>
    </w:p>
    <w:p>
      <w:r>
        <w:t>Give me the pig skin!</w:t>
      </w:r>
    </w:p>
    <w:p>
      <w:r>
        <w:t>What are you looking at?</w:t>
      </w:r>
    </w:p>
    <w:p>
      <w:r>
        <w:t>All geared up!</w:t>
      </w:r>
    </w:p>
    <w:p>
      <w:r>
        <w:t>First down</w:t>
      </w:r>
    </w:p>
    <w:p>
      <w:r>
        <w:t>Touchdown!</w:t>
      </w:r>
    </w:p>
    <w:p>
      <w:r>
        <w:t>Kick back and have a great time</w:t>
      </w:r>
    </w:p>
    <w:p>
      <w:r>
        <w:t>What a Kick!</w:t>
      </w:r>
    </w:p>
    <w:p>
      <w:r>
        <w:t>Soccer's a Ball!</w:t>
      </w:r>
    </w:p>
    <w:p>
      <w:r>
        <w:t>Goal!</w:t>
      </w:r>
      <w:r>
        <w:br/>
      </w:r>
      <w:r>
        <w:t>Early to bed,</w:t>
      </w:r>
      <w:r>
        <w:br/>
      </w:r>
      <w:r>
        <w:t>Early to rise,</w:t>
      </w:r>
      <w:r>
        <w:br/>
      </w:r>
      <w:r>
        <w:t>Fish all day...</w:t>
      </w:r>
      <w:r>
        <w:br/>
      </w:r>
      <w:r>
        <w:t>Tell big lies.</w:t>
      </w:r>
      <w:r>
        <w:br/>
      </w:r>
      <w:r>
        <w:t>I go to nature to be soothed and healed, and to have my senses put in tune once more.</w:t>
      </w:r>
      <w:r>
        <w:br/>
      </w:r>
      <w:r>
        <w:t>Forget not that the earth delights to feel your bare feet and the winds long to play with your hair. - Kahlil Gibran</w:t>
      </w:r>
      <w:r>
        <w:br/>
      </w:r>
      <w:r>
        <w:t>Fishing is much more than casting and retrieving and playing your catch. It's the wind in your face, and the sound of wakening birds as the sun peeks over the horizon. It's discovering the magic in each new place and unlocking the mysteries that lurk there.</w:t>
      </w:r>
      <w:r>
        <w:br/>
      </w:r>
      <w:r>
        <w:t>Skiing is like a dance with the mountain. You move with ease from side to side, suspended by a magical thread somewhere between heaven and earth.</w:t>
      </w:r>
      <w:r>
        <w:br/>
      </w:r>
      <w:r>
        <w:t>Running is a road to self-awareness and self-reliance...you can push yourself to extremes and learn the harsh reality of your physical and mental limitations or coast quietly down a solitary path watching the earth spin beneath your feet. But when you are through, exhilarated and exhausted, at least for a moment everything seems right with the world.</w:t>
      </w:r>
      <w:r>
        <w:br/>
      </w:r>
      <w:r>
        <w:t>It was on that road and at that hour that I first became aware of my own self, experienced an inexpressible state of grace, and felt one with the first breath of air that stirred, the first bird, and the sun so newly born that it still looked not quite round.</w:t>
      </w:r>
      <w:r>
        <w:br/>
      </w:r>
      <w:r>
        <w:t>The stars are constantly shining, but often we do not see them until the dark hours.</w:t>
      </w:r>
      <w:r>
        <w:br/>
      </w:r>
      <w:r>
        <w:t>I hate golf; I hate golf; "Nice shot"; I love golf...</w:t>
      </w:r>
      <w:r>
        <w:br/>
      </w:r>
      <w:r>
        <w:t>The Competitor's Creed</w:t>
      </w:r>
      <w:r>
        <w:br/>
      </w:r>
      <w:r>
        <w:t>The contest lasts for moments</w:t>
      </w:r>
      <w:r>
        <w:br/>
      </w:r>
      <w:r>
        <w:t>though the training's taken years.</w:t>
      </w:r>
      <w:r>
        <w:br/>
      </w:r>
      <w:r>
        <w:t>It wasn't the winning alone</w:t>
      </w:r>
      <w:r>
        <w:br/>
      </w:r>
      <w:r>
        <w:t>that was worth the work and tears.</w:t>
      </w:r>
      <w:r>
        <w:br/>
      </w:r>
      <w:r>
        <w:t>The applause will be forgotten,</w:t>
      </w:r>
      <w:r>
        <w:br/>
      </w:r>
      <w:r>
        <w:t>the prize misplaced.</w:t>
      </w:r>
      <w:r>
        <w:br/>
      </w:r>
      <w:r>
        <w:t>But the long, hard hours of practice</w:t>
      </w:r>
      <w:r>
        <w:br/>
      </w:r>
      <w:r>
        <w:t>will never be a waste!</w:t>
      </w:r>
      <w:r>
        <w:br/>
      </w:r>
      <w:r>
        <w:t>For in trying to win you build a skill;</w:t>
      </w:r>
      <w:r>
        <w:br/>
      </w:r>
      <w:r>
        <w:t>you learn that winning depends on will.</w:t>
      </w:r>
      <w:r>
        <w:br/>
      </w:r>
      <w:r>
        <w:t>You never grow by how much you win,</w:t>
      </w:r>
      <w:r>
        <w:br/>
      </w:r>
      <w:r>
        <w:t>you only grow by how much you put in.</w:t>
      </w:r>
      <w:r>
        <w:br/>
      </w:r>
      <w:r>
        <w:t>So in any new challenge you've just begun,</w:t>
      </w:r>
      <w:r>
        <w:br/>
      </w:r>
      <w:r>
        <w:t>put forth your best and you've already won!</w:t>
      </w:r>
    </w:p>
    <w:p>
      <w:pPr>
        <w:pStyle w:val="Heading2"/>
      </w:pPr>
      <w:r>
        <w:t>Teachers</w:t>
      </w:r>
    </w:p>
    <w:p>
      <w:r>
        <w:t>Teacher's motto: If all else fails, pray for a fire drill</w:t>
      </w:r>
    </w:p>
    <w:p>
      <w:r>
        <w:t>A teacher sees tomorrow in a child's eyes</w:t>
      </w:r>
    </w:p>
    <w:p>
      <w:r>
        <w:t>Education is not the filling of a bucket but the lighting of a fire.     W.B. Yeats</w:t>
      </w:r>
    </w:p>
    <w:p>
      <w:r>
        <w:t>If you do not have the time to read, you do not have the time to lead.    Phillip Schlechty</w:t>
      </w:r>
    </w:p>
    <w:p>
      <w:r>
        <w:t>Students are volunteers, whether we want them to be or not. Their attendance can be commanded, but their attention must be earned. Their compliance can be insisted on, but their commitment is under their own control.     Phillip Schlechty</w:t>
      </w:r>
    </w:p>
    <w:p>
      <w:r>
        <w:t>The best teacher is the one who suggests, rather than dogmatizes, and inspires his listener with the wish to teach himself.     Edward Bulwer-Lytton, English Novelist</w:t>
      </w:r>
    </w:p>
    <w:p>
      <w:r>
        <w:t>Self-initiated learning, once begun, develops its own momentum.     Ray Hartjen</w:t>
      </w:r>
    </w:p>
    <w:p>
      <w:r>
        <w:t>We are now at a point where we must educate our children in what no one knew yesterday, and prepare our schools for what no one knows yet.     Margaret Mead</w:t>
      </w:r>
    </w:p>
    <w:p>
      <w:r>
        <w:t>Many things can wait; the child cannot. Now is the time his bones are being formed, his mind is being developed. To him, we cannot say tomorrow; his name is today.     Gabriela Mistral</w:t>
      </w:r>
    </w:p>
    <w:p>
      <w:r>
        <w:t>We can talk or dream about the glorious schools of the future or we can create them.     Marilyn Ferguson</w:t>
      </w:r>
    </w:p>
    <w:p>
      <w:r>
        <w:t>A prudent question is one half of wisdom.      Francis Bacon</w:t>
      </w:r>
    </w:p>
    <w:p>
      <w:r>
        <w:t>When one teaches, two learn.     Robert Half</w:t>
      </w:r>
    </w:p>
    <w:p>
      <w:r>
        <w:t>Ambition without knowledge is like a boat on dry land.</w:t>
      </w:r>
    </w:p>
    <w:p>
      <w:r>
        <w:t>As teachers, we must constantly try to improve schools and we must keep working at changing and experimenting and trying until we have developed ways of reaching every child.     Albert Shanker</w:t>
      </w:r>
    </w:p>
    <w:p>
      <w:r>
        <w:t>The bigger the summer vacation the harder the fall.</w:t>
      </w:r>
    </w:p>
    <w:p>
      <w:r>
        <w:t>The mediocre teacher tells. The good teacher explains. The superior teacher demonstrates. The great teacher inspires.     William Arthur Ward</w:t>
      </w:r>
    </w:p>
    <w:p>
      <w:r>
        <w:t>To question is to teach.</w:t>
      </w:r>
    </w:p>
    <w:p>
      <w:r>
        <w:t>Teaching is not a lost art, but the regard for it is a lost tradition.</w:t>
      </w:r>
    </w:p>
    <w:p>
      <w:r>
        <w:t>In a completely rational society, the best of us would be teachers and the rest of us would have to settle for something less.     Lee Iacocca</w:t>
      </w:r>
    </w:p>
    <w:p>
      <w:r>
        <w:t>Good teachers are costly, but bad teachers cost more.</w:t>
      </w:r>
    </w:p>
    <w:p>
      <w:r>
        <w:t>Our progress as a nation can be no swifter than our progress in education.     John F. Kennedy</w:t>
      </w:r>
    </w:p>
    <w:p>
      <w:r>
        <w:t>I am part of all I have read.      John Kieran</w:t>
      </w:r>
    </w:p>
    <w:p>
      <w:pPr>
        <w:pStyle w:val="Heading2"/>
      </w:pPr>
      <w:r>
        <w:t>Travel</w:t>
      </w:r>
    </w:p>
    <w:p>
      <w:r>
        <w:t>A vacation is over when you begin to yearn for your work</w:t>
      </w:r>
    </w:p>
    <w:p>
      <w:r>
        <w:t>Ahh…relaxation</w:t>
      </w:r>
    </w:p>
    <w:p>
      <w:r>
        <w:t>Paradise</w:t>
      </w:r>
    </w:p>
    <w:p>
      <w:r>
        <w:t>Vacation is wonderful</w:t>
      </w:r>
    </w:p>
    <w:p>
      <w:r>
        <w:t>Come Sail Away</w:t>
      </w:r>
    </w:p>
    <w:p>
      <w:r>
        <w:t>Graceland: The King's Castle</w:t>
      </w:r>
    </w:p>
    <w:p>
      <w:r>
        <w:t>Viva Las Vegas!</w:t>
      </w:r>
    </w:p>
    <w:p>
      <w:r>
        <w:t>Zoorific (trip to the Zoo)</w:t>
      </w:r>
    </w:p>
    <w:p>
      <w:pPr>
        <w:pStyle w:val="Heading2"/>
      </w:pPr>
      <w:r>
        <w:t>Work</w:t>
      </w:r>
    </w:p>
    <w:p>
      <w:r>
        <w:t>In the "Company" Of Friends (a co-workers layout)</w:t>
      </w:r>
    </w:p>
    <w:p>
      <w:r>
        <w:t>Funny Business (for funny work photographs)</w:t>
      </w:r>
    </w:p>
    <w:p>
      <w:pPr>
        <w:pStyle w:val="Heading2"/>
      </w:pPr>
      <w:r>
        <w:t>Golf</w:t>
      </w:r>
    </w:p>
    <w:p>
      <w:r>
        <w:t>The trouble with some golfers is that the stand too close to the ball - after they hit it.</w:t>
      </w:r>
      <w:r>
        <w:br/>
      </w:r>
      <w:r>
        <w:t>An amateur golfer is one who addresses the ball twice - before and after swinging.</w:t>
      </w:r>
      <w:r>
        <w:br/>
      </w:r>
      <w:r>
        <w:t>Many people play a fair game of golf -  but only if you watch them.</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